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9" w:after="0"/>
      </w:pPr>
      <w:r>
        <w:rPr>
          <w:rFonts w:ascii="Times New Roman" w:hAnsi="Times New Roman" w:eastAsia="Times New Roman" w:cs="Times New Roman"/>
          <w:sz w:val="24"/>
        </w:rPr>
        <w:t>OHIO GENERAL POWER OF ATTORNEY</w:t>
      </w:r>
    </w:p>
    <w:p>
      <w:pPr>
        <w:spacing w:before="214" w:after="0"/>
        <w:jc w:val="center"/>
      </w:pPr>
      <w:r>
        <w:rPr>
          <w:rFonts w:ascii="Times New Roman" w:hAnsi="Times New Roman" w:eastAsia="Times New Roman" w:cs="Times New Roman"/>
          <w:sz w:val="24"/>
        </w:rPr>
        <w:t>OF</w:t>
      </w:r>
    </w:p>
    <w:p>
      <w:pPr/>
    </w:p>
    <w:p>
      <w:pPr>
        <w:spacing w:before="10" w:after="0"/>
      </w:pPr>
    </w:p>
    <w:p>
      <w:pPr/>
    </w:p>
    <w:p>
      <w:pPr>
        <w:spacing w:before="3" w:after="0"/>
      </w:pPr>
    </w:p>
    <w:p>
      <w:pPr>
        <w:spacing w:before="92" w:after="0"/>
      </w:pP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w:t>
      </w:r>
      <w:r>
        <w:rPr>
          <w:rFonts w:ascii="Times New Roman" w:hAnsi="Times New Roman" w:eastAsia="Times New Roman" w:cs="Times New Roman"/>
          <w:sz w:val="24"/>
        </w:rPr>
        <w:t xml:space="preserve">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[STATE]</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hereby</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ab/>
      </w:r>
      <w:r>
        <w:rPr>
          <w:rFonts w:ascii="Times New Roman" w:hAnsi="Times New Roman" w:eastAsia="Times New Roman" w:cs="Times New Roman"/>
          <w:sz w:val="24"/>
        </w:rPr>
        <w:t>[street address], State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w:t>
      </w:r>
      <w:r>
        <w:rPr>
          <w:rFonts w:ascii="Times New Roman" w:hAnsi="Times New Roman" w:eastAsia="Times New Roman" w:cs="Times New Roman"/>
          <w:sz w:val="24"/>
        </w:rPr>
        <w:t xml:space="preserve">below, </w:t>
      </w:r>
      <w:r>
        <w:rPr>
          <w:rFonts w:ascii="Times New Roman" w:hAnsi="Times New Roman" w:eastAsia="Times New Roman" w:cs="Times New Roman"/>
          <w:sz w:val="24"/>
        </w:rPr>
        <w:t>in my name, in my stead and for my benefit, hereby revoking any and all powers of attorney I may have executed in the</w:t>
      </w:r>
      <w:r>
        <w:rPr>
          <w:rFonts w:ascii="Times New Roman" w:hAnsi="Times New Roman" w:eastAsia="Times New Roman" w:cs="Times New Roman"/>
          <w:sz w:val="24"/>
        </w:rPr>
        <w:t xml:space="preserve"> </w:t>
      </w:r>
      <w:r>
        <w:rPr>
          <w:rFonts w:ascii="Times New Roman" w:hAnsi="Times New Roman" w:eastAsia="Times New Roman" w:cs="Times New Roman"/>
          <w:sz w:val="24"/>
        </w:rPr>
        <w:t>past.</w:t>
      </w:r>
    </w:p>
    <w:p>
      <w:pPr>
        <w:spacing w:before="202" w:after="0"/>
        <w:ind w:hanging="200"/>
      </w:pPr>
      <w:r>
        <w:rPr>
          <w:rFonts w:ascii="Times New Roman" w:hAnsi="Times New Roman" w:eastAsia="Times New Roman" w:cs="Times New Roman"/>
          <w:sz w:val="24"/>
        </w:rPr>
        <w:t>POWERS</w:t>
      </w:r>
    </w:p>
    <w:p>
      <w:pPr>
        <w:spacing w:before="199" w:after="0"/>
        <w:jc w:val="both"/>
      </w:pPr>
      <w:r>
        <w:rPr>
          <w:rFonts w:ascii="Times New Roman" w:hAnsi="Times New Roman" w:eastAsia="Times New Roman" w:cs="Times New Roman"/>
          <w:sz w:val="24"/>
        </w:rPr>
        <w:t>I confer upon my attorney-in-fact the power to act on my behalf and in my stead, as if I were</w:t>
      </w:r>
      <w:r>
        <w:rPr>
          <w:rFonts w:ascii="Times New Roman" w:hAnsi="Times New Roman" w:eastAsia="Times New Roman" w:cs="Times New Roman"/>
          <w:sz w:val="24"/>
        </w:rPr>
        <w:t xml:space="preserve"> </w:t>
      </w:r>
      <w:r>
        <w:rPr>
          <w:rFonts w:ascii="Times New Roman" w:hAnsi="Times New Roman" w:eastAsia="Times New Roman" w:cs="Times New Roman"/>
          <w:sz w:val="24"/>
        </w:rPr>
        <w:t>present,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perform</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acts</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designated</w:t>
      </w:r>
      <w:r>
        <w:rPr>
          <w:rFonts w:ascii="Times New Roman" w:hAnsi="Times New Roman" w:eastAsia="Times New Roman" w:cs="Times New Roman"/>
          <w:sz w:val="24"/>
        </w:rPr>
        <w:t xml:space="preserve"> </w:t>
      </w:r>
      <w:r>
        <w:rPr>
          <w:rFonts w:ascii="Times New Roman" w:hAnsi="Times New Roman" w:eastAsia="Times New Roman" w:cs="Times New Roman"/>
          <w:sz w:val="24"/>
        </w:rPr>
        <w:t>with</w:t>
      </w:r>
      <w:r>
        <w:rPr>
          <w:rFonts w:ascii="Times New Roman" w:hAnsi="Times New Roman" w:eastAsia="Times New Roman" w:cs="Times New Roman"/>
          <w:sz w:val="24"/>
        </w:rPr>
        <w:t xml:space="preserve"> </w:t>
      </w:r>
      <w:r>
        <w:rPr>
          <w:rFonts w:ascii="Times New Roman" w:hAnsi="Times New Roman" w:eastAsia="Times New Roman" w:cs="Times New Roman"/>
          <w:sz w:val="24"/>
        </w:rPr>
        <w:t>my initials as set forth</w:t>
      </w:r>
      <w:r>
        <w:rPr>
          <w:rFonts w:ascii="Times New Roman" w:hAnsi="Times New Roman" w:eastAsia="Times New Roman" w:cs="Times New Roman"/>
          <w:sz w:val="24"/>
        </w:rPr>
        <w:t xml:space="preserve"> below.</w:t>
      </w:r>
    </w:p>
    <w:p>
      <w:pPr>
        <w:spacing w:before="200" w:after="0"/>
      </w:pPr>
      <w:r>
        <w:rPr>
          <w:rFonts w:ascii="Times New Roman" w:hAnsi="Times New Roman" w:eastAsia="Times New Roman" w:cs="Times New Roman"/>
          <w:sz w:val="24"/>
        </w:rPr>
        <w:t>My attorney-in-fact, shall NOT have the power to act on my behalf if I have not so</w:t>
      </w:r>
    </w:p>
    <w:p>
      <w:pPr>
        <w:spacing w:before="2" w:after="0"/>
      </w:pPr>
      <w:r>
        <w:rPr>
          <w:rFonts w:ascii="Times New Roman" w:hAnsi="Times New Roman" w:eastAsia="Times New Roman" w:cs="Times New Roman"/>
          <w:sz w:val="24"/>
        </w:rPr>
        <w:t>designated with my initials</w:t>
      </w:r>
    </w:p>
    <w:p>
      <w:pPr>
        <w:spacing w:before="195"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1. </w:t>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w:t>
      </w:r>
      <w:r>
        <w:rPr>
          <w:rFonts w:ascii="Times New Roman" w:hAnsi="Times New Roman" w:eastAsia="Times New Roman" w:cs="Times New Roman"/>
          <w:sz w:val="24"/>
        </w:rPr>
        <w:t xml:space="preserve"> </w:t>
      </w:r>
      <w:r>
        <w:rPr>
          <w:rFonts w:ascii="Times New Roman" w:hAnsi="Times New Roman" w:eastAsia="Times New Roman" w:cs="Times New Roman"/>
          <w:sz w:val="24"/>
        </w:rPr>
        <w:t>same;</w:t>
      </w:r>
    </w:p>
    <w:p>
      <w:pPr>
        <w:spacing w:before="201"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2. </w:t>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 xml:space="preserve">acquire, purchase, exchange, lease, grant options to sell, and sell and convey personal </w:t>
      </w:r>
      <w:r>
        <w:rPr>
          <w:rFonts w:ascii="Times New Roman" w:hAnsi="Times New Roman" w:eastAsia="Times New Roman" w:cs="Times New Roman"/>
          <w:sz w:val="24"/>
        </w:rPr>
        <w:t xml:space="preserve">property, </w:t>
      </w:r>
      <w:r>
        <w:rPr>
          <w:rFonts w:ascii="Times New Roman" w:hAnsi="Times New Roman" w:eastAsia="Times New Roman" w:cs="Times New Roman"/>
          <w:sz w:val="24"/>
        </w:rPr>
        <w:t xml:space="preserve">or any interests therein, on such terms and conditions, including credit arrangements, as my attorney-in-fact shall deem proper; to execute, acknowledge and </w:t>
      </w:r>
      <w:r>
        <w:rPr>
          <w:rFonts w:ascii="Times New Roman" w:hAnsi="Times New Roman" w:eastAsia="Times New Roman" w:cs="Times New Roman"/>
          <w:sz w:val="24"/>
        </w:rPr>
        <w:t xml:space="preserve">deliver, </w:t>
      </w:r>
      <w:r>
        <w:rPr>
          <w:rFonts w:ascii="Times New Roman" w:hAnsi="Times New Roman" w:eastAsia="Times New Roman" w:cs="Times New Roman"/>
          <w:sz w:val="24"/>
        </w:rPr>
        <w:t>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w:t>
      </w:r>
      <w:r>
        <w:rPr>
          <w:rFonts w:ascii="Times New Roman" w:hAnsi="Times New Roman" w:eastAsia="Times New Roman" w:cs="Times New Roman"/>
          <w:sz w:val="24"/>
        </w:rPr>
        <w:t xml:space="preserve"> </w:t>
      </w:r>
      <w:r>
        <w:rPr>
          <w:rFonts w:ascii="Times New Roman" w:hAnsi="Times New Roman" w:eastAsia="Times New Roman" w:cs="Times New Roman"/>
          <w:sz w:val="24"/>
        </w:rPr>
        <w:t>situated;</w:t>
      </w:r>
    </w:p>
    <w:p>
      <w:pPr>
        <w:spacing w:before="196"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 xml:space="preserve">acquire, purchase, exchange, lease, grant options to sell, and sell and convey real </w:t>
      </w:r>
      <w:r>
        <w:rPr>
          <w:rFonts w:ascii="Times New Roman" w:hAnsi="Times New Roman" w:eastAsia="Times New Roman" w:cs="Times New Roman"/>
          <w:sz w:val="24"/>
        </w:rPr>
        <w:t xml:space="preserve">property, </w:t>
      </w:r>
      <w:r>
        <w:rPr>
          <w:rFonts w:ascii="Times New Roman" w:hAnsi="Times New Roman" w:eastAsia="Times New Roman" w:cs="Times New Roman"/>
          <w:sz w:val="24"/>
        </w:rPr>
        <w:t xml:space="preserve">or any interests therein, on such terms and conditions, including credit arrangements, as my attorney-in-fact shall deem proper; to execute, acknowledge and </w:t>
      </w:r>
      <w:r>
        <w:rPr>
          <w:rFonts w:ascii="Times New Roman" w:hAnsi="Times New Roman" w:eastAsia="Times New Roman" w:cs="Times New Roman"/>
          <w:sz w:val="24"/>
        </w:rPr>
        <w:t xml:space="preserve">deliver, </w:t>
      </w:r>
      <w:r>
        <w:rPr>
          <w:rFonts w:ascii="Times New Roman" w:hAnsi="Times New Roman" w:eastAsia="Times New Roman" w:cs="Times New Roman"/>
          <w:sz w:val="24"/>
        </w:rPr>
        <w:t>under seal or otherwise, any and all assignments, transfers, deeds, papers, documents or instruments which my attorney-in-fact shall deem necessary in connection</w:t>
      </w:r>
      <w:r>
        <w:rPr>
          <w:rFonts w:ascii="Times New Roman" w:hAnsi="Times New Roman" w:eastAsia="Times New Roman" w:cs="Times New Roman"/>
          <w:sz w:val="24"/>
        </w:rPr>
        <w:t xml:space="preserve"> </w:t>
      </w:r>
      <w:r>
        <w:rPr>
          <w:rFonts w:ascii="Times New Roman" w:hAnsi="Times New Roman" w:eastAsia="Times New Roman" w:cs="Times New Roman"/>
          <w:sz w:val="24"/>
        </w:rPr>
        <w:t>therewith;</w:t>
      </w:r>
    </w:p>
    <w:p>
      <w:pPr>
        <w:spacing w:before="198" w:after="0" w:line="208" w:lineRule="auto"/>
        <w:ind w:hanging="360"/>
        <w:jc w:val="both"/>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4. </w:t>
      </w:r>
      <w:r>
        <w:rPr>
          <w:rFonts w:ascii="Times New Roman" w:hAnsi="Times New Roman" w:eastAsia="Times New Roman" w:cs="Times New Roman"/>
          <w:b/>
          <w:sz w:val="24"/>
        </w:rPr>
        <w:t>Management 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maintain, repair, improve, invest, manage, insure,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rent, lease, encumber, and in any manner deal with any real or personal </w:t>
      </w:r>
      <w:r>
        <w:rPr>
          <w:rFonts w:ascii="Times New Roman" w:hAnsi="Times New Roman" w:eastAsia="Times New Roman" w:cs="Times New Roman"/>
          <w:sz w:val="24"/>
        </w:rPr>
        <w:t>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tangible or</w:t>
      </w:r>
      <w:r>
        <w:rPr>
          <w:rFonts w:ascii="Times New Roman" w:hAnsi="Times New Roman" w:eastAsia="Times New Roman" w:cs="Times New Roman"/>
          <w:sz w:val="24"/>
        </w:rPr>
        <w:t xml:space="preserve"> </w:t>
      </w:r>
      <w:r>
        <w:rPr>
          <w:rFonts w:ascii="Times New Roman" w:hAnsi="Times New Roman" w:eastAsia="Times New Roman" w:cs="Times New Roman"/>
          <w:sz w:val="24"/>
        </w:rPr>
        <w:t>intangible,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interests</w:t>
      </w:r>
      <w:r>
        <w:rPr>
          <w:rFonts w:ascii="Times New Roman" w:hAnsi="Times New Roman" w:eastAsia="Times New Roman" w:cs="Times New Roman"/>
          <w:sz w:val="24"/>
        </w:rPr>
        <w:t xml:space="preserve"> </w:t>
      </w:r>
      <w:r>
        <w:rPr>
          <w:rFonts w:ascii="Times New Roman" w:hAnsi="Times New Roman" w:eastAsia="Times New Roman" w:cs="Times New Roman"/>
          <w:sz w:val="24"/>
        </w:rPr>
        <w:t>therein,</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now</w:t>
      </w:r>
      <w:r>
        <w:rPr>
          <w:rFonts w:ascii="Times New Roman" w:hAnsi="Times New Roman" w:eastAsia="Times New Roman" w:cs="Times New Roman"/>
          <w:sz w:val="24"/>
        </w:rPr>
        <w:t xml:space="preserve"> </w:t>
      </w:r>
      <w:r>
        <w:rPr>
          <w:rFonts w:ascii="Times New Roman" w:hAnsi="Times New Roman" w:eastAsia="Times New Roman" w:cs="Times New Roman"/>
          <w:sz w:val="24"/>
        </w:rPr>
        <w:t>own</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hereafter</w:t>
      </w:r>
      <w:r>
        <w:rPr>
          <w:rFonts w:ascii="Times New Roman" w:hAnsi="Times New Roman" w:eastAsia="Times New Roman" w:cs="Times New Roman"/>
          <w:sz w:val="24"/>
        </w:rPr>
        <w:t xml:space="preserve"> </w:t>
      </w:r>
      <w:r>
        <w:rPr>
          <w:rFonts w:ascii="Times New Roman" w:hAnsi="Times New Roman" w:eastAsia="Times New Roman" w:cs="Times New Roman"/>
          <w:sz w:val="24"/>
        </w:rPr>
        <w:t>acquire,</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p>
    <w:p>
      <w:pPr/>
    </w:p>
    <w:p>
      <w:pPr>
        <w:spacing w:before="67" w:after="0" w:line="258" w:lineRule="exact"/>
      </w:pPr>
      <w:r>
        <w:rPr>
          <w:rFonts w:ascii="Times New Roman" w:hAnsi="Times New Roman" w:eastAsia="Times New Roman" w:cs="Times New Roman"/>
          <w:sz w:val="24"/>
        </w:rPr>
        <w:t>name and for my benefit, upon such terms and conditions as my attorney-in-fact</w:t>
      </w:r>
    </w:p>
    <w:p>
      <w:pPr>
        <w:spacing w:line="258" w:lineRule="exact"/>
      </w:pPr>
      <w:r>
        <w:rPr>
          <w:rFonts w:ascii="Times New Roman" w:hAnsi="Times New Roman" w:eastAsia="Times New Roman" w:cs="Times New Roman"/>
          <w:sz w:val="24"/>
        </w:rPr>
        <w:t>shall deem proper;</w:t>
      </w:r>
    </w:p>
    <w:p>
      <w:pPr>
        <w:spacing w:before="190"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5. </w:t>
      </w:r>
      <w:r>
        <w:rPr>
          <w:rFonts w:ascii="Times New Roman" w:hAnsi="Times New Roman" w:eastAsia="Times New Roman" w:cs="Times New Roman"/>
          <w:b/>
          <w:sz w:val="24"/>
        </w:rPr>
        <w:t>Banking 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open and close accounts, make, receive, and endorse checks and drafts, deposit and withdraw funds, acquire and redeem certificates of deposit,</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banks,</w:t>
      </w:r>
      <w:r>
        <w:rPr>
          <w:rFonts w:ascii="Times New Roman" w:hAnsi="Times New Roman" w:eastAsia="Times New Roman" w:cs="Times New Roman"/>
          <w:sz w:val="24"/>
        </w:rPr>
        <w:t xml:space="preserve"> </w:t>
      </w:r>
      <w:r>
        <w:rPr>
          <w:rFonts w:ascii="Times New Roman" w:hAnsi="Times New Roman" w:eastAsia="Times New Roman" w:cs="Times New Roman"/>
          <w:sz w:val="24"/>
        </w:rPr>
        <w:t>savings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loan</w:t>
      </w:r>
      <w:r>
        <w:rPr>
          <w:rFonts w:ascii="Times New Roman" w:hAnsi="Times New Roman" w:eastAsia="Times New Roman" w:cs="Times New Roman"/>
          <w:sz w:val="24"/>
        </w:rPr>
        <w:t xml:space="preserve"> </w:t>
      </w:r>
      <w:r>
        <w:rPr>
          <w:rFonts w:ascii="Times New Roman" w:hAnsi="Times New Roman" w:eastAsia="Times New Roman" w:cs="Times New Roman"/>
          <w:sz w:val="24"/>
        </w:rPr>
        <w:t>associations,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r>
      <w:r>
        <w:rPr>
          <w:rFonts w:ascii="Times New Roman" w:hAnsi="Times New Roman" w:eastAsia="Times New Roman" w:cs="Times New Roman"/>
          <w:sz w:val="24"/>
        </w:rPr>
        <w:t>institutions,</w:t>
      </w:r>
      <w:r>
        <w:rPr>
          <w:rFonts w:ascii="Times New Roman" w:hAnsi="Times New Roman" w:eastAsia="Times New Roman" w:cs="Times New Roman"/>
          <w:sz w:val="24"/>
        </w:rPr>
        <w:t xml:space="preserve"> </w:t>
      </w:r>
      <w:r>
        <w:rPr>
          <w:rFonts w:ascii="Times New Roman" w:hAnsi="Times New Roman" w:eastAsia="Times New Roman" w:cs="Times New Roman"/>
          <w:sz w:val="24"/>
        </w:rPr>
        <w:t>execute</w:t>
      </w:r>
      <w:r>
        <w:rPr>
          <w:rFonts w:ascii="Times New Roman" w:hAnsi="Times New Roman" w:eastAsia="Times New Roman" w:cs="Times New Roman"/>
          <w:sz w:val="24"/>
        </w:rPr>
        <w:t xml:space="preserve"> </w:t>
      </w:r>
      <w:r>
        <w:rPr>
          <w:rFonts w:ascii="Times New Roman" w:hAnsi="Times New Roman" w:eastAsia="Times New Roman" w:cs="Times New Roman"/>
          <w:sz w:val="24"/>
        </w:rPr>
        <w:t>or release such deeds of trust or other security agreements as may be necessary or proper in the exercise of the rights and powers herein</w:t>
      </w:r>
      <w:r>
        <w:rPr>
          <w:rFonts w:ascii="Times New Roman" w:hAnsi="Times New Roman" w:eastAsia="Times New Roman" w:cs="Times New Roman"/>
          <w:sz w:val="24"/>
        </w:rPr>
        <w:t xml:space="preserve"> </w:t>
      </w:r>
      <w:r>
        <w:rPr>
          <w:rFonts w:ascii="Times New Roman" w:hAnsi="Times New Roman" w:eastAsia="Times New Roman" w:cs="Times New Roman"/>
          <w:sz w:val="24"/>
        </w:rPr>
        <w:t>granted;</w:t>
      </w:r>
    </w:p>
    <w:p>
      <w:pPr>
        <w:spacing w:before="201"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6. </w:t>
      </w:r>
      <w:r>
        <w:rPr>
          <w:rFonts w:ascii="Times New Roman" w:hAnsi="Times New Roman" w:eastAsia="Times New Roman" w:cs="Times New Roman"/>
          <w:b/>
          <w:sz w:val="24"/>
        </w:rPr>
        <w:t xml:space="preserve">Motor </w:t>
      </w:r>
      <w:r>
        <w:rPr>
          <w:rFonts w:ascii="Times New Roman" w:hAnsi="Times New Roman" w:eastAsia="Times New Roman" w:cs="Times New Roman"/>
          <w:b/>
          <w:sz w:val="24"/>
        </w:rPr>
        <w:t>Vehicles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 xml:space="preserve">apply for a Certificate of </w:t>
      </w:r>
      <w:r>
        <w:rPr>
          <w:rFonts w:ascii="Times New Roman" w:hAnsi="Times New Roman" w:eastAsia="Times New Roman" w:cs="Times New Roman"/>
          <w:sz w:val="24"/>
        </w:rPr>
        <w:t xml:space="preserve">Title </w:t>
      </w:r>
      <w:r>
        <w:rPr>
          <w:rFonts w:ascii="Times New Roman" w:hAnsi="Times New Roman" w:eastAsia="Times New Roman" w:cs="Times New Roman"/>
          <w:sz w:val="24"/>
        </w:rPr>
        <w:t>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w:t>
      </w:r>
      <w:r>
        <w:rPr>
          <w:rFonts w:ascii="Times New Roman" w:hAnsi="Times New Roman" w:eastAsia="Times New Roman" w:cs="Times New Roman"/>
          <w:sz w:val="24"/>
        </w:rPr>
        <w:t xml:space="preserve"> </w:t>
      </w:r>
      <w:r>
        <w:rPr>
          <w:rFonts w:ascii="Times New Roman" w:hAnsi="Times New Roman" w:eastAsia="Times New Roman" w:cs="Times New Roman"/>
          <w:sz w:val="24"/>
        </w:rPr>
        <w:t>assignment;</w:t>
      </w:r>
    </w:p>
    <w:p>
      <w:pPr>
        <w:spacing w:before="201"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7. </w:t>
      </w:r>
      <w:r>
        <w:rPr>
          <w:rFonts w:ascii="Times New Roman" w:hAnsi="Times New Roman" w:eastAsia="Times New Roman" w:cs="Times New Roman"/>
          <w:b/>
          <w:sz w:val="24"/>
        </w:rPr>
        <w:t xml:space="preserve">Tax </w:t>
      </w:r>
      <w:r>
        <w:rPr>
          <w:rFonts w:ascii="Times New Roman" w:hAnsi="Times New Roman" w:eastAsia="Times New Roman" w:cs="Times New Roman"/>
          <w:b/>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w:t>
      </w:r>
      <w:r>
        <w:rPr>
          <w:rFonts w:ascii="Times New Roman" w:hAnsi="Times New Roman" w:eastAsia="Times New Roman" w:cs="Times New Roman"/>
          <w:sz w:val="24"/>
        </w:rPr>
        <w:t xml:space="preserve"> </w:t>
      </w:r>
      <w:r>
        <w:rPr>
          <w:rFonts w:ascii="Times New Roman" w:hAnsi="Times New Roman" w:eastAsia="Times New Roman" w:cs="Times New Roman"/>
          <w:sz w:val="24"/>
        </w:rPr>
        <w:t>taxing</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elections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under</w:t>
      </w:r>
      <w:r>
        <w:rPr>
          <w:rFonts w:ascii="Times New Roman" w:hAnsi="Times New Roman" w:eastAsia="Times New Roman" w:cs="Times New Roman"/>
          <w:sz w:val="24"/>
        </w:rPr>
        <w:t xml:space="preserve"> </w:t>
      </w:r>
      <w:r>
        <w:rPr>
          <w:rFonts w:ascii="Times New Roman" w:hAnsi="Times New Roman" w:eastAsia="Times New Roman" w:cs="Times New Roman"/>
          <w:sz w:val="24"/>
        </w:rPr>
        <w:t>federal, state or local tax laws including without limitation the allocation of any generation- 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p>
    <w:p>
      <w:pPr>
        <w:spacing w:before="195"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8. </w:t>
      </w:r>
      <w:r>
        <w:rPr>
          <w:rFonts w:ascii="Times New Roman" w:hAnsi="Times New Roman" w:eastAsia="Times New Roman" w:cs="Times New Roman"/>
          <w:b/>
          <w:sz w:val="24"/>
        </w:rPr>
        <w:t>Safe-Deposit Boxes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 xml:space="preserve">have access at any time or times to any safe-deposit box rented by me or to which I may have access, where so ever located, including drilling, if </w:t>
      </w:r>
      <w:r>
        <w:rPr>
          <w:rFonts w:ascii="Times New Roman" w:hAnsi="Times New Roman" w:eastAsia="Times New Roman" w:cs="Times New Roman"/>
          <w:sz w:val="24"/>
        </w:rPr>
        <w:t xml:space="preserve">necessary, </w:t>
      </w:r>
      <w:r>
        <w:rPr>
          <w:rFonts w:ascii="Times New Roman" w:hAnsi="Times New Roman" w:eastAsia="Times New Roman" w:cs="Times New Roman"/>
          <w:sz w:val="24"/>
        </w:rPr>
        <w:t>and to remove all or any part of the contents thereof, and to surrender or relinquish said safe-deposit box; and any institution in which any such safe-deposit box may be located shall not incur any liability to me or my estate as</w:t>
      </w:r>
      <w:r>
        <w:rPr>
          <w:rFonts w:ascii="Times New Roman" w:hAnsi="Times New Roman" w:eastAsia="Times New Roman" w:cs="Times New Roman"/>
          <w:sz w:val="24"/>
        </w:rPr>
        <w:t xml:space="preserve"> </w:t>
      </w:r>
      <w:r>
        <w:rPr>
          <w:rFonts w:ascii="Times New Roman" w:hAnsi="Times New Roman" w:eastAsia="Times New Roman" w:cs="Times New Roman"/>
          <w:sz w:val="24"/>
        </w:rPr>
        <w:t>a result of permitting my attorney-in-fact to exercise 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p>
    <w:p>
      <w:pPr>
        <w:spacing w:before="201"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9. </w:t>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 xml:space="preserve">To </w:t>
      </w:r>
      <w:r>
        <w:rPr>
          <w:rFonts w:ascii="Times New Roman" w:hAnsi="Times New Roman" w:eastAsia="Times New Roman" w:cs="Times New Roman"/>
          <w:sz w:val="24"/>
        </w:rPr>
        <w:t>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bequest</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devise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beneficiaries</w:t>
      </w:r>
      <w:r>
        <w:rPr>
          <w:rFonts w:ascii="Times New Roman" w:hAnsi="Times New Roman" w:eastAsia="Times New Roman" w:cs="Times New Roman"/>
          <w:sz w:val="24"/>
        </w:rPr>
        <w:t xml:space="preserve"> </w:t>
      </w:r>
      <w:r>
        <w:rPr>
          <w:rFonts w:ascii="Times New Roman" w:hAnsi="Times New Roman" w:eastAsia="Times New Roman" w:cs="Times New Roman"/>
          <w:sz w:val="24"/>
        </w:rPr>
        <w:t>under</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will</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absence of a will to my spouse and descendants in whatever degree; and (b) release of any life interest, or </w:t>
      </w:r>
      <w:r>
        <w:rPr>
          <w:rFonts w:ascii="Times New Roman" w:hAnsi="Times New Roman" w:eastAsia="Times New Roman" w:cs="Times New Roman"/>
          <w:sz w:val="24"/>
        </w:rPr>
        <w:t xml:space="preserve">waiver, </w:t>
      </w:r>
      <w:r>
        <w:rPr>
          <w:rFonts w:ascii="Times New Roman" w:hAnsi="Times New Roman" w:eastAsia="Times New Roman" w:cs="Times New Roman"/>
          <w:sz w:val="24"/>
        </w:rPr>
        <w:t xml:space="preserve">renunciation, </w:t>
      </w:r>
      <w:r>
        <w:rPr>
          <w:rFonts w:ascii="Times New Roman" w:hAnsi="Times New Roman" w:eastAsia="Times New Roman" w:cs="Times New Roman"/>
          <w:sz w:val="24"/>
        </w:rPr>
        <w:t xml:space="preserve">disclaimer, </w:t>
      </w:r>
      <w:r>
        <w:rPr>
          <w:rFonts w:ascii="Times New Roman" w:hAnsi="Times New Roman" w:eastAsia="Times New Roman" w:cs="Times New Roman"/>
          <w:sz w:val="24"/>
        </w:rPr>
        <w:t>or declination of any gift to me by will, deed, or</w:t>
      </w:r>
      <w:r>
        <w:rPr>
          <w:rFonts w:ascii="Times New Roman" w:hAnsi="Times New Roman" w:eastAsia="Times New Roman" w:cs="Times New Roman"/>
          <w:sz w:val="24"/>
        </w:rPr>
        <w:t xml:space="preserve"> </w:t>
      </w:r>
      <w:r>
        <w:rPr>
          <w:rFonts w:ascii="Times New Roman" w:hAnsi="Times New Roman" w:eastAsia="Times New Roman" w:cs="Times New Roman"/>
          <w:sz w:val="24"/>
        </w:rPr>
        <w:t>trust;</w:t>
      </w:r>
    </w:p>
    <w:p>
      <w:pPr>
        <w:spacing w:before="171" w:after="0" w:line="258" w:lineRule="exact"/>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make loans in my name; to borrow money in</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p>
    <w:p>
      <w:pPr>
        <w:spacing w:line="258" w:lineRule="exact"/>
      </w:pPr>
      <w:r>
        <w:rPr>
          <w:rFonts w:ascii="Times New Roman" w:hAnsi="Times New Roman" w:eastAsia="Times New Roman" w:cs="Times New Roman"/>
          <w:sz w:val="24"/>
        </w:rPr>
        <w:t>name, individually or jointly with others; to give promissory notes or other obligations</w:t>
      </w:r>
    </w:p>
    <w:p>
      <w:pPr>
        <w:spacing w:before="96" w:after="0" w:line="206" w:lineRule="auto"/>
      </w:pPr>
      <w:r>
        <w:rPr>
          <w:rFonts w:ascii="Times New Roman" w:hAnsi="Times New Roman" w:eastAsia="Times New Roman" w:cs="Times New Roman"/>
          <w:sz w:val="24"/>
        </w:rPr>
        <w:t>therefor; and to deposit or mortgage as collateral or for security for the payment thereof any or all of my securities, real estate, personal property, or other property of whatever nature and wherever situated, held by me personally or in trust for my benefit;</w:t>
      </w:r>
    </w:p>
    <w:p>
      <w:pPr>
        <w:spacing w:before="167"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11. </w:t>
      </w:r>
      <w:r>
        <w:rPr>
          <w:rFonts w:ascii="Times New Roman" w:hAnsi="Times New Roman" w:eastAsia="Times New Roman" w:cs="Times New Roman"/>
          <w:b/>
          <w:sz w:val="24"/>
        </w:rPr>
        <w:t>Contracts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enter into contracts of whatever nature or kind in my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p>
    <w:p>
      <w:pPr>
        <w:spacing w:before="193" w:after="0" w:line="208"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12. </w:t>
      </w:r>
      <w:r>
        <w:rPr>
          <w:rFonts w:ascii="Times New Roman" w:hAnsi="Times New Roman" w:eastAsia="Times New Roman" w:cs="Times New Roman"/>
          <w:b/>
          <w:sz w:val="24"/>
        </w:rPr>
        <w:t>Health Care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take any and all steps necessary to arrange for my admission to any type of health care facility, including, without limitation, a hospital, rehabilitation</w:t>
      </w:r>
      <w:r>
        <w:rPr>
          <w:rFonts w:ascii="Times New Roman" w:hAnsi="Times New Roman" w:eastAsia="Times New Roman" w:cs="Times New Roman"/>
          <w:sz w:val="24"/>
        </w:rPr>
        <w:t xml:space="preserve"> </w:t>
      </w:r>
      <w:r>
        <w:rPr>
          <w:rFonts w:ascii="Times New Roman" w:hAnsi="Times New Roman" w:eastAsia="Times New Roman" w:cs="Times New Roman"/>
          <w:sz w:val="24"/>
        </w:rPr>
        <w:t>facility,</w:t>
      </w:r>
      <w:r>
        <w:rPr>
          <w:rFonts w:ascii="Times New Roman" w:hAnsi="Times New Roman" w:eastAsia="Times New Roman" w:cs="Times New Roman"/>
          <w:sz w:val="24"/>
        </w:rPr>
        <w:t xml:space="preserve"> </w:t>
      </w:r>
      <w:r>
        <w:rPr>
          <w:rFonts w:ascii="Times New Roman" w:hAnsi="Times New Roman" w:eastAsia="Times New Roman" w:cs="Times New Roman"/>
          <w:sz w:val="24"/>
        </w:rPr>
        <w:t>skilled</w:t>
      </w:r>
      <w:r>
        <w:rPr>
          <w:rFonts w:ascii="Times New Roman" w:hAnsi="Times New Roman" w:eastAsia="Times New Roman" w:cs="Times New Roman"/>
          <w:sz w:val="24"/>
        </w:rPr>
        <w:t xml:space="preserve"> </w:t>
      </w:r>
      <w:r>
        <w:rPr>
          <w:rFonts w:ascii="Times New Roman" w:hAnsi="Times New Roman" w:eastAsia="Times New Roman" w:cs="Times New Roman"/>
          <w:sz w:val="24"/>
        </w:rPr>
        <w:t>nursing</w:t>
      </w:r>
      <w:r>
        <w:rPr>
          <w:rFonts w:ascii="Times New Roman" w:hAnsi="Times New Roman" w:eastAsia="Times New Roman" w:cs="Times New Roman"/>
          <w:sz w:val="24"/>
        </w:rPr>
        <w:t xml:space="preserve"> </w:t>
      </w:r>
      <w:r>
        <w:rPr>
          <w:rFonts w:ascii="Times New Roman" w:hAnsi="Times New Roman" w:eastAsia="Times New Roman" w:cs="Times New Roman"/>
          <w:sz w:val="24"/>
        </w:rPr>
        <w:t>facility,</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hospice,</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release of my medical records in the discretion of my</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p>
    <w:p>
      <w:pPr>
        <w:spacing w:before="193"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13. </w:t>
      </w:r>
      <w:r>
        <w:rPr>
          <w:rFonts w:ascii="Times New Roman" w:hAnsi="Times New Roman" w:eastAsia="Times New Roman" w:cs="Times New Roman"/>
          <w:b/>
          <w:sz w:val="24"/>
        </w:rPr>
        <w:t>HIPAA</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have the power and authority as my personal representative for all purposes</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Insurance</w:t>
      </w:r>
      <w:r>
        <w:rPr>
          <w:rFonts w:ascii="Times New Roman" w:hAnsi="Times New Roman" w:eastAsia="Times New Roman" w:cs="Times New Roman"/>
          <w:sz w:val="24"/>
        </w:rPr>
        <w:t xml:space="preserve"> </w:t>
      </w:r>
      <w:r>
        <w:rPr>
          <w:rFonts w:ascii="Times New Roman" w:hAnsi="Times New Roman" w:eastAsia="Times New Roman" w:cs="Times New Roman"/>
          <w:sz w:val="24"/>
        </w:rPr>
        <w:t>Portability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Accountability</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1996</w:t>
      </w:r>
      <w:r>
        <w:rPr>
          <w:rFonts w:ascii="Times New Roman" w:hAnsi="Times New Roman" w:eastAsia="Times New Roman" w:cs="Times New Roman"/>
          <w:sz w:val="24"/>
        </w:rPr>
        <w:t xml:space="preserve"> </w:t>
      </w:r>
      <w:r>
        <w:rPr>
          <w:rFonts w:ascii="Times New Roman" w:hAnsi="Times New Roman" w:eastAsia="Times New Roman" w:cs="Times New Roman"/>
          <w:sz w:val="24"/>
        </w:rPr>
        <w:t>(Pub.</w:t>
      </w:r>
      <w:r>
        <w:rPr>
          <w:rFonts w:ascii="Times New Roman" w:hAnsi="Times New Roman" w:eastAsia="Times New Roman" w:cs="Times New Roman"/>
          <w:sz w:val="24"/>
        </w:rPr>
        <w:t xml:space="preserve"> </w:t>
      </w:r>
      <w:r>
        <w:rPr>
          <w:rFonts w:ascii="Times New Roman" w:hAnsi="Times New Roman" w:eastAsia="Times New Roman" w:cs="Times New Roman"/>
          <w:sz w:val="24"/>
        </w:rPr>
        <w:t>L. No.</w:t>
      </w:r>
      <w:r>
        <w:rPr>
          <w:rFonts w:ascii="Times New Roman" w:hAnsi="Times New Roman" w:eastAsia="Times New Roman" w:cs="Times New Roman"/>
          <w:sz w:val="24"/>
        </w:rPr>
        <w:t xml:space="preserve"> </w:t>
      </w:r>
      <w:r>
        <w:rPr>
          <w:rFonts w:ascii="Times New Roman" w:hAnsi="Times New Roman" w:eastAsia="Times New Roman" w:cs="Times New Roman"/>
          <w:sz w:val="24"/>
        </w:rPr>
        <w:t>104-191);</w:t>
      </w:r>
    </w:p>
    <w:p>
      <w:pPr>
        <w:spacing w:before="196"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retain such accountants, attorneys, social workers, consultants, clerks, employees, workers, or other persons as my agent shall deem appropriate in connection with the management of my property and affairs and to make payments from my assets for the fees of such persons</w:t>
      </w:r>
      <w:r>
        <w:rPr>
          <w:rFonts w:ascii="Times New Roman" w:hAnsi="Times New Roman" w:eastAsia="Times New Roman" w:cs="Times New Roman"/>
          <w:sz w:val="24"/>
        </w:rPr>
        <w:t xml:space="preserve"> </w:t>
      </w:r>
      <w:r>
        <w:rPr>
          <w:rFonts w:ascii="Times New Roman" w:hAnsi="Times New Roman" w:eastAsia="Times New Roman" w:cs="Times New Roman"/>
          <w:sz w:val="24"/>
        </w:rPr>
        <w:t>so employed;</w:t>
      </w:r>
    </w:p>
    <w:p>
      <w:pPr>
        <w:spacing w:before="172" w:after="0" w:line="260" w:lineRule="exact"/>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reimburse my attorney-in-fact for</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p>
    <w:p>
      <w:pPr>
        <w:spacing w:line="260" w:lineRule="exact"/>
      </w:pPr>
      <w:r>
        <w:rPr>
          <w:rFonts w:ascii="Times New Roman" w:hAnsi="Times New Roman" w:eastAsia="Times New Roman" w:cs="Times New Roman"/>
          <w:sz w:val="24"/>
        </w:rPr>
        <w:t>reasonable expenses incurred in connection with such services; and</w:t>
      </w:r>
    </w:p>
    <w:p>
      <w:pPr>
        <w:spacing w:before="190" w:after="0" w:line="206" w:lineRule="auto"/>
        <w:ind w:hanging="36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16. </w:t>
      </w:r>
      <w:r>
        <w:rPr>
          <w:rFonts w:ascii="Times New Roman" w:hAnsi="Times New Roman" w:eastAsia="Times New Roman" w:cs="Times New Roman"/>
          <w:b/>
          <w:sz w:val="24"/>
        </w:rPr>
        <w:t xml:space="preserve">Power to Sue Third Parties Who Fail to Act Pursuant to Power of </w:t>
      </w:r>
      <w:r>
        <w:rPr>
          <w:rFonts w:ascii="Times New Roman" w:hAnsi="Times New Roman" w:eastAsia="Times New Roman" w:cs="Times New Roman"/>
          <w:b/>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w:t>
      </w:r>
      <w:r>
        <w:rPr>
          <w:rFonts w:ascii="Times New Roman" w:hAnsi="Times New Roman" w:eastAsia="Times New Roman" w:cs="Times New Roman"/>
          <w:sz w:val="24"/>
        </w:rPr>
        <w:t xml:space="preserve"> </w:t>
      </w:r>
      <w:r>
        <w:rPr>
          <w:rFonts w:ascii="Times New Roman" w:hAnsi="Times New Roman" w:eastAsia="Times New Roman" w:cs="Times New Roman"/>
          <w:sz w:val="24"/>
        </w:rPr>
        <w:t>party.</w:t>
      </w:r>
    </w:p>
    <w:p>
      <w:pPr>
        <w:spacing w:before="167"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17. </w:t>
      </w:r>
      <w:r>
        <w:rPr>
          <w:rFonts w:ascii="Times New Roman" w:hAnsi="Times New Roman" w:eastAsia="Times New Roman" w:cs="Times New Roman"/>
          <w:b/>
          <w:sz w:val="24"/>
        </w:rPr>
        <w:t xml:space="preserve">Other </w:t>
      </w:r>
      <w:r>
        <w:rPr>
          <w:rFonts w:ascii="Times New Roman" w:hAnsi="Times New Roman" w:eastAsia="Times New Roman" w:cs="Times New Roman"/>
          <w:sz w:val="24"/>
        </w:rPr>
        <w:t>– Power to conduct 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following </w:t>
      </w:r>
      <w:r>
        <w:rPr>
          <w:rFonts w:ascii="Times New Roman" w:hAnsi="Times New Roman" w:eastAsia="Times New Roman" w:cs="Times New Roman"/>
          <w:sz w:val="24"/>
        </w:rPr>
        <w:t xml:space="preserve"> </w:t>
      </w:r>
      <w:r>
        <w:rPr>
          <w:rFonts w:ascii="Times New Roman" w:hAnsi="Times New Roman" w:eastAsia="Times New Roman" w:cs="Times New Roman"/>
          <w:sz w:val="24"/>
        </w:rPr>
        <w:t>[DETAILS]</w:t>
      </w:r>
    </w:p>
    <w:p>
      <w:pPr/>
    </w:p>
    <w:p>
      <w:pPr>
        <w:spacing w:before="92" w:after="0"/>
        <w:ind w:hanging="267"/>
      </w:pPr>
      <w:r>
        <w:rPr>
          <w:rFonts w:ascii="Times New Roman" w:hAnsi="Times New Roman" w:eastAsia="Times New Roman" w:cs="Times New Roman"/>
          <w:sz w:val="24"/>
        </w:rPr>
        <w:t xml:space="preserve">INTERPRETATION </w:t>
      </w:r>
      <w:r>
        <w:rPr>
          <w:rFonts w:ascii="Times New Roman" w:hAnsi="Times New Roman" w:eastAsia="Times New Roman" w:cs="Times New Roman"/>
          <w:sz w:val="24"/>
        </w:rPr>
        <w:t>AND GOVERNING</w:t>
      </w:r>
      <w:r>
        <w:rPr>
          <w:rFonts w:ascii="Times New Roman" w:hAnsi="Times New Roman" w:eastAsia="Times New Roman" w:cs="Times New Roman"/>
          <w:sz w:val="24"/>
        </w:rPr>
        <w:t xml:space="preserve"> </w:t>
      </w:r>
      <w:r>
        <w:rPr>
          <w:rFonts w:ascii="Times New Roman" w:hAnsi="Times New Roman" w:eastAsia="Times New Roman" w:cs="Times New Roman"/>
          <w:sz w:val="24"/>
        </w:rPr>
        <w:t>LAW</w:t>
      </w:r>
    </w:p>
    <w:p>
      <w:pPr>
        <w:spacing w:before="199" w:after="0"/>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Ohio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w:t>
      </w:r>
    </w:p>
    <w:p>
      <w:pPr>
        <w:spacing w:before="76" w:after="0"/>
      </w:pPr>
      <w:r>
        <w:rPr>
          <w:rFonts w:ascii="Times New Roman" w:hAnsi="Times New Roman" w:eastAsia="Times New Roman" w:cs="Times New Roman"/>
          <w:sz w:val="24"/>
        </w:rPr>
        <w:t>sureties be required. I direct that photocopies of this instrument shall have the same</w:t>
      </w:r>
    </w:p>
    <w:p>
      <w:pPr>
        <w:spacing w:before="2" w:after="0"/>
      </w:pPr>
      <w:r>
        <w:rPr>
          <w:rFonts w:ascii="Times New Roman" w:hAnsi="Times New Roman" w:eastAsia="Times New Roman" w:cs="Times New Roman"/>
          <w:sz w:val="24"/>
        </w:rPr>
        <w:t>power and effect as the original.</w:t>
      </w:r>
    </w:p>
    <w:p>
      <w:pPr>
        <w:spacing w:before="200" w:after="0"/>
        <w:ind w:hanging="334"/>
      </w:pPr>
      <w:r>
        <w:rPr>
          <w:rFonts w:ascii="Times New Roman" w:hAnsi="Times New Roman" w:eastAsia="Times New Roman" w:cs="Times New Roman"/>
          <w:sz w:val="24"/>
        </w:rPr>
        <w:t xml:space="preserve">EFFECTIVE </w:t>
      </w:r>
      <w:r>
        <w:rPr>
          <w:rFonts w:ascii="Times New Roman" w:hAnsi="Times New Roman" w:eastAsia="Times New Roman" w:cs="Times New Roman"/>
          <w:sz w:val="24"/>
        </w:rPr>
        <w:t xml:space="preserve">DATE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TERMINATION</w:t>
      </w:r>
    </w:p>
    <w:p>
      <w:pPr>
        <w:spacing w:before="199" w:after="0"/>
      </w:pPr>
      <w:r>
        <w:rPr>
          <w:rFonts w:ascii="Times New Roman" w:hAnsi="Times New Roman" w:eastAsia="Times New Roman" w:cs="Times New Roman"/>
          <w:sz w:val="24"/>
        </w:rPr>
        <w:t>To indicate when this document shall become effective, initial one of the following:</w:t>
      </w:r>
    </w:p>
    <w:p>
      <w:pPr>
        <w:spacing w:before="204"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authorization.</w:t>
      </w:r>
    </w:p>
    <w:p>
      <w:pPr>
        <w:spacing w:before="199"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 date</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before="199" w:after="0" w:line="275" w:lineRule="exact"/>
      </w:pPr>
      <w:r>
        <w:rPr>
          <w:rFonts w:ascii="Times New Roman" w:hAnsi="Times New Roman" w:eastAsia="Times New Roman" w:cs="Times New Roman"/>
          <w:sz w:val="24"/>
        </w:rPr>
        <w:t>To indicate when this document shall become terminated, initial all of the following that</w:t>
      </w:r>
    </w:p>
    <w:p>
      <w:pPr>
        <w:spacing w:line="275" w:lineRule="exact"/>
      </w:pPr>
      <w:r>
        <w:rPr>
          <w:rFonts w:ascii="Times New Roman" w:hAnsi="Times New Roman" w:eastAsia="Times New Roman" w:cs="Times New Roman"/>
          <w:sz w:val="24"/>
        </w:rPr>
        <w:t>apply (termination is effective at which of the following occurs first):</w:t>
      </w:r>
    </w:p>
    <w:p>
      <w:pPr>
        <w:spacing w:before="204"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 date</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before="199"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w:t>
      </w:r>
      <w:r>
        <w:rPr>
          <w:rFonts w:ascii="Times New Roman" w:hAnsi="Times New Roman" w:eastAsia="Times New Roman" w:cs="Times New Roman"/>
          <w:sz w:val="24"/>
        </w:rPr>
        <w:t xml:space="preserve"> </w:t>
      </w:r>
      <w:r>
        <w:rPr>
          <w:rFonts w:ascii="Times New Roman" w:hAnsi="Times New Roman" w:eastAsia="Times New Roman" w:cs="Times New Roman"/>
          <w:sz w:val="24"/>
        </w:rPr>
        <w:t>revocation.</w:t>
      </w:r>
    </w:p>
    <w:p>
      <w:pPr>
        <w:spacing w:before="200" w:after="0" w:line="275" w:lineRule="exact"/>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p>
    <w:p>
      <w:pPr>
        <w:spacing w:line="275" w:lineRule="exact"/>
      </w:pPr>
      <w:r>
        <w:rPr>
          <w:rFonts w:ascii="Times New Roman" w:hAnsi="Times New Roman" w:eastAsia="Times New Roman" w:cs="Times New Roman"/>
          <w:sz w:val="24"/>
        </w:rPr>
        <w:t>determined by a physician.</w:t>
      </w:r>
    </w:p>
    <w:p>
      <w:pPr>
        <w:spacing w:before="204" w:after="0"/>
        <w:ind w:hanging="338"/>
      </w:pPr>
      <w:r>
        <w:rPr>
          <w:rFonts w:ascii="Times New Roman" w:hAnsi="Times New Roman" w:eastAsia="Times New Roman" w:cs="Times New Roman"/>
          <w:sz w:val="24"/>
        </w:rPr>
        <w:t xml:space="preserve">THIRD </w:t>
      </w:r>
      <w:r>
        <w:rPr>
          <w:rFonts w:ascii="Times New Roman" w:hAnsi="Times New Roman" w:eastAsia="Times New Roman" w:cs="Times New Roman"/>
          <w:sz w:val="24"/>
        </w:rPr>
        <w:t>PARTY</w:t>
      </w:r>
      <w:r>
        <w:rPr>
          <w:rFonts w:ascii="Times New Roman" w:hAnsi="Times New Roman" w:eastAsia="Times New Roman" w:cs="Times New Roman"/>
          <w:sz w:val="24"/>
        </w:rPr>
        <w:t xml:space="preserve"> </w:t>
      </w:r>
      <w:r>
        <w:rPr>
          <w:rFonts w:ascii="Times New Roman" w:hAnsi="Times New Roman" w:eastAsia="Times New Roman" w:cs="Times New Roman"/>
          <w:sz w:val="24"/>
        </w:rPr>
        <w:t>RELIANCE</w:t>
      </w:r>
    </w:p>
    <w:p>
      <w:pPr>
        <w:spacing w:before="199" w:after="0"/>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w:t>
      </w:r>
      <w:r>
        <w:rPr>
          <w:rFonts w:ascii="Times New Roman" w:hAnsi="Times New Roman" w:eastAsia="Times New Roman" w:cs="Times New Roman"/>
          <w:sz w:val="24"/>
        </w:rPr>
        <w:t xml:space="preserve">hereunder. </w:t>
      </w:r>
      <w:r>
        <w:rPr>
          <w:rFonts w:ascii="Times New Roman" w:hAnsi="Times New Roman" w:eastAsia="Times New Roman" w:cs="Times New Roman"/>
          <w:sz w:val="24"/>
        </w:rPr>
        <w:t>In this regard, no person who may in good faith act in reliance upon the representations of my attorney-in- 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w:t>
      </w:r>
      <w:r>
        <w:rPr>
          <w:rFonts w:ascii="Times New Roman" w:hAnsi="Times New Roman" w:eastAsia="Times New Roman" w:cs="Times New Roman"/>
          <w:sz w:val="24"/>
        </w:rPr>
        <w:t xml:space="preserve"> </w:t>
      </w:r>
      <w:r>
        <w:rPr>
          <w:rFonts w:ascii="Times New Roman" w:hAnsi="Times New Roman" w:eastAsia="Times New Roman" w:cs="Times New Roman"/>
          <w:sz w:val="24"/>
        </w:rPr>
        <w:t>rely.</w:t>
      </w:r>
    </w:p>
    <w:p>
      <w:pPr>
        <w:jc w:val="both"/>
      </w:pP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authorized</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he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she</w:t>
      </w:r>
      <w:r>
        <w:rPr>
          <w:rFonts w:ascii="Times New Roman" w:hAnsi="Times New Roman" w:eastAsia="Times New Roman" w:cs="Times New Roman"/>
          <w:sz w:val="24"/>
        </w:rPr>
        <w:t xml:space="preserve"> </w:t>
      </w:r>
      <w:r>
        <w:rPr>
          <w:rFonts w:ascii="Times New Roman" w:hAnsi="Times New Roman" w:eastAsia="Times New Roman" w:cs="Times New Roman"/>
          <w:sz w:val="24"/>
        </w:rPr>
        <w:t>deems</w:t>
      </w:r>
      <w:r>
        <w:rPr>
          <w:rFonts w:ascii="Times New Roman" w:hAnsi="Times New Roman" w:eastAsia="Times New Roman" w:cs="Times New Roman"/>
          <w:sz w:val="24"/>
        </w:rPr>
        <w:t xml:space="preserve"> </w:t>
      </w:r>
      <w:r>
        <w:rPr>
          <w:rFonts w:ascii="Times New Roman" w:hAnsi="Times New Roman" w:eastAsia="Times New Roman" w:cs="Times New Roman"/>
          <w:sz w:val="24"/>
        </w:rPr>
        <w:t>necessary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bring</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action</w:t>
      </w:r>
      <w:r>
        <w:rPr>
          <w:rFonts w:ascii="Times New Roman" w:hAnsi="Times New Roman" w:eastAsia="Times New Roman" w:cs="Times New Roman"/>
          <w:sz w:val="24"/>
        </w:rPr>
        <w:t xml:space="preserve"> </w:t>
      </w:r>
      <w:r>
        <w:rPr>
          <w:rFonts w:ascii="Times New Roman" w:hAnsi="Times New Roman" w:eastAsia="Times New Roman" w:cs="Times New Roman"/>
          <w:sz w:val="24"/>
        </w:rPr>
        <w:t>in court</w:t>
      </w:r>
      <w:r>
        <w:rPr>
          <w:rFonts w:ascii="Times New Roman" w:hAnsi="Times New Roman" w:eastAsia="Times New Roman" w:cs="Times New Roman"/>
          <w:sz w:val="24"/>
        </w:rPr>
        <w:t xml:space="preserve"> </w:t>
      </w:r>
      <w:r>
        <w:rPr>
          <w:rFonts w:ascii="Times New Roman" w:hAnsi="Times New Roman" w:eastAsia="Times New Roman" w:cs="Times New Roman"/>
          <w:sz w:val="24"/>
        </w:rPr>
        <w:t>so</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instrument</w:t>
      </w:r>
      <w:r>
        <w:rPr>
          <w:rFonts w:ascii="Times New Roman" w:hAnsi="Times New Roman" w:eastAsia="Times New Roman" w:cs="Times New Roman"/>
          <w:sz w:val="24"/>
        </w:rPr>
        <w:t xml:space="preserve"> </w:t>
      </w:r>
      <w:r>
        <w:rPr>
          <w:rFonts w:ascii="Times New Roman" w:hAnsi="Times New Roman" w:eastAsia="Times New Roman" w:cs="Times New Roman"/>
          <w:sz w:val="24"/>
        </w:rPr>
        <w:t>shall</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given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full</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effect</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intend</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by executing</w:t>
      </w:r>
      <w:r>
        <w:rPr>
          <w:rFonts w:ascii="Times New Roman" w:hAnsi="Times New Roman" w:eastAsia="Times New Roman" w:cs="Times New Roman"/>
          <w:sz w:val="24"/>
        </w:rPr>
        <w:t xml:space="preserve"> </w:t>
      </w:r>
      <w:r>
        <w:rPr>
          <w:rFonts w:ascii="Times New Roman" w:hAnsi="Times New Roman" w:eastAsia="Times New Roman" w:cs="Times New Roman"/>
          <w:sz w:val="24"/>
        </w:rPr>
        <w:t>it.</w:t>
      </w:r>
    </w:p>
    <w:p>
      <w:pPr>
        <w:spacing w:before="197" w:after="0" w:line="275" w:lineRule="exact"/>
      </w:pPr>
      <w:r>
        <w:rPr>
          <w:rFonts w:ascii="Times New Roman" w:hAnsi="Times New Roman" w:eastAsia="Times New Roman" w:cs="Times New Roman"/>
          <w:sz w:val="24"/>
        </w:rPr>
        <w:t xml:space="preserve">IN WITNESS </w:t>
      </w:r>
      <w:r>
        <w:rPr>
          <w:rFonts w:ascii="Times New Roman" w:hAnsi="Times New Roman" w:eastAsia="Times New Roman" w:cs="Times New Roman"/>
          <w:sz w:val="24"/>
        </w:rPr>
        <w:t xml:space="preserve">WHEREOF, </w:t>
      </w:r>
      <w:r>
        <w:rPr>
          <w:rFonts w:ascii="Times New Roman" w:hAnsi="Times New Roman" w:eastAsia="Times New Roman" w:cs="Times New Roman"/>
          <w:sz w:val="24"/>
        </w:rPr>
        <w:t>I have</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[DAY]</w:t>
      </w:r>
      <w:r>
        <w:rPr>
          <w:rFonts w:ascii="Times New Roman" w:hAnsi="Times New Roman" w:eastAsia="Times New Roman" w:cs="Times New Roman"/>
          <w:sz w:val="24"/>
        </w:rPr>
        <w:t xml:space="preserve"> </w:t>
      </w:r>
      <w:r>
        <w:rPr>
          <w:rFonts w:ascii="Times New Roman" w:hAnsi="Times New Roman" w:eastAsia="Times New Roman" w:cs="Times New Roman"/>
          <w:sz w:val="24"/>
        </w:rPr>
        <w:t>day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[MONTH]</w:t>
      </w:r>
      <w:r>
        <w:rPr>
          <w:rFonts w:ascii="Times New Roman" w:hAnsi="Times New Roman" w:eastAsia="Times New Roman" w:cs="Times New Roman"/>
          <w:sz w:val="24"/>
        </w:rPr>
        <w:t>, 20</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w:t>
      </w:r>
    </w:p>
    <w:p>
      <w:pPr>
        <w:spacing w:line="275" w:lineRule="exact"/>
      </w:pPr>
      <w:r>
        <w:rPr>
          <w:rFonts w:ascii="Times New Roman" w:hAnsi="Times New Roman" w:eastAsia="Times New Roman" w:cs="Times New Roman"/>
          <w:sz w:val="24"/>
        </w:rPr>
        <w:t>executed this General Non-Durable Power of Attorney.</w:t>
      </w:r>
    </w:p>
    <w:p>
      <w:pPr>
        <w:spacing w:before="204" w:after="0"/>
      </w:pPr>
      <w:r>
        <w:rPr>
          <w:rFonts w:ascii="Times New Roman" w:hAnsi="Times New Roman" w:eastAsia="Times New Roman" w:cs="Times New Roman"/>
          <w:sz w:val="24"/>
        </w:rPr>
        <w:t>Principal’s Signature</w:t>
      </w:r>
    </w:p>
    <w:p>
      <w:pPr/>
    </w:p>
    <w:p>
      <w:pPr>
        <w:spacing w:before="3" w:after="0"/>
      </w:pPr>
    </w:p>
    <w:p>
      <w:pPr/>
    </w:p>
    <w:p>
      <w:pPr>
        <w:spacing w:before="92" w:after="0"/>
      </w:pPr>
      <w:r>
        <w:rPr>
          <w:rFonts w:ascii="Times New Roman" w:hAnsi="Times New Roman" w:eastAsia="Times New Roman" w:cs="Times New Roman"/>
          <w:sz w:val="24"/>
        </w:rPr>
        <w:t>Principal’s Printed Name</w:t>
      </w:r>
    </w:p>
    <w:p>
      <w:pPr/>
    </w:p>
    <w:p>
      <w:pPr>
        <w:spacing w:before="3" w:after="0"/>
      </w:pPr>
    </w:p>
    <w:p>
      <w:pPr/>
      <w:r>
        <w:rPr>
          <w:rFonts w:ascii="Times New Roman" w:hAnsi="Times New Roman" w:eastAsia="Times New Roman" w:cs="Times New Roman"/>
          <w:sz w:val="24"/>
        </w:rPr>
        <w:t>[NAME]</w:t>
      </w:r>
    </w:p>
    <w:p>
      <w:pPr>
        <w:spacing w:before="76" w:after="0"/>
      </w:pPr>
      <w:r>
        <w:rPr>
          <w:rFonts w:ascii="Times New Roman" w:hAnsi="Times New Roman" w:eastAsia="Times New Roman" w:cs="Times New Roman"/>
          <w:sz w:val="24"/>
        </w:rPr>
        <w:t>ACCEPTANCE OF APPOINTMENT</w:t>
      </w:r>
    </w:p>
    <w:p>
      <w:pPr>
        <w:spacing w:before="199" w:after="0" w:line="275" w:lineRule="exact"/>
      </w:pP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the attorney-in-fact named above,</w:t>
      </w:r>
      <w:r>
        <w:rPr>
          <w:rFonts w:ascii="Times New Roman" w:hAnsi="Times New Roman" w:eastAsia="Times New Roman" w:cs="Times New Roman"/>
          <w:sz w:val="24"/>
        </w:rPr>
        <w:t xml:space="preserve"> </w:t>
      </w:r>
      <w:r>
        <w:rPr>
          <w:rFonts w:ascii="Times New Roman" w:hAnsi="Times New Roman" w:eastAsia="Times New Roman" w:cs="Times New Roman"/>
          <w:sz w:val="24"/>
        </w:rPr>
        <w:t>hereby</w:t>
      </w:r>
    </w:p>
    <w:p>
      <w:pPr>
        <w:spacing w:line="275" w:lineRule="exact"/>
      </w:pPr>
      <w:r>
        <w:rPr>
          <w:rFonts w:ascii="Times New Roman" w:hAnsi="Times New Roman" w:eastAsia="Times New Roman" w:cs="Times New Roman"/>
          <w:sz w:val="24"/>
        </w:rPr>
        <w:t>accept appointment as attorney-in-fact in accordance with the foregoing instrument.</w:t>
      </w:r>
    </w:p>
    <w:p>
      <w:pPr>
        <w:spacing w:before="204" w:after="0"/>
      </w:pPr>
      <w:r>
        <w:rPr>
          <w:rFonts w:ascii="Times New Roman" w:hAnsi="Times New Roman" w:eastAsia="Times New Roman" w:cs="Times New Roman"/>
          <w:sz w:val="24"/>
        </w:rPr>
        <w:t>Attorney-in-Fact’s Signature</w:t>
      </w:r>
    </w:p>
    <w:p>
      <w:pPr/>
    </w:p>
    <w:p>
      <w:pPr>
        <w:spacing w:before="3" w:after="0"/>
      </w:pPr>
    </w:p>
    <w:p>
      <w:pPr/>
    </w:p>
    <w:p>
      <w:pPr>
        <w:spacing w:before="92" w:after="0"/>
      </w:pPr>
      <w:r>
        <w:rPr>
          <w:rFonts w:ascii="Times New Roman" w:hAnsi="Times New Roman" w:eastAsia="Times New Roman" w:cs="Times New Roman"/>
          <w:sz w:val="24"/>
        </w:rPr>
        <w:t>Attorney-in-Fact’s Printed Name</w:t>
      </w:r>
    </w:p>
    <w:p>
      <w:pPr/>
    </w:p>
    <w:p>
      <w:pPr>
        <w:spacing w:before="3" w:after="0"/>
      </w:pPr>
      <w:r>
        <w:rPr>
          <w:rFonts w:ascii="Times New Roman" w:hAnsi="Times New Roman" w:eastAsia="Times New Roman" w:cs="Times New Roman"/>
          <w:sz w:val="24"/>
        </w:rPr>
        <w:t>[NAME]</w:t>
      </w:r>
    </w:p>
    <w:p>
      <w:pPr>
        <w:spacing w:before="3" w:after="0"/>
      </w:pPr>
    </w:p>
    <w:p>
      <w:pPr/>
      <w:r>
        <w:rPr>
          <w:rFonts w:ascii="Times New Roman" w:hAnsi="Times New Roman" w:eastAsia="Times New Roman" w:cs="Times New Roman"/>
          <w:sz w:val="24"/>
        </w:rPr>
        <w:t>ACKNOWLEDGMENT OF NOTARY PUBLIC</w:t>
      </w:r>
    </w:p>
    <w:p>
      <w:pPr>
        <w:spacing w:before="199" w:after="0"/>
      </w:pPr>
      <w:r>
        <w:rPr>
          <w:rFonts w:ascii="Times New Roman" w:hAnsi="Times New Roman" w:eastAsia="Times New Roman" w:cs="Times New Roman"/>
          <w:sz w:val="24"/>
        </w:rPr>
        <w:t>STATE OF OHIO</w:t>
      </w:r>
    </w:p>
    <w:p>
      <w:pPr>
        <w:spacing w:before="199"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w:t>
      </w:r>
    </w:p>
    <w:p>
      <w:pPr>
        <w:spacing w:before="200" w:after="0"/>
      </w:pPr>
      <w:r>
        <w:rPr>
          <w:rFonts w:ascii="Times New Roman" w:hAnsi="Times New Roman" w:eastAsia="Times New Roman" w:cs="Times New Roman"/>
          <w:sz w:val="24"/>
        </w:rPr>
        <w:t>On this</w:t>
      </w:r>
      <w:r>
        <w:rPr>
          <w:rFonts w:ascii="Times New Roman" w:hAnsi="Times New Roman" w:eastAsia="Times New Roman" w:cs="Times New Roman"/>
          <w:sz w:val="24"/>
        </w:rPr>
        <w:t xml:space="preserve"> </w:t>
      </w:r>
      <w:r>
        <w:rPr>
          <w:rFonts w:ascii="Times New Roman" w:hAnsi="Times New Roman" w:eastAsia="Times New Roman" w:cs="Times New Roman"/>
          <w:sz w:val="24"/>
        </w:rPr>
        <w:t>[DAY]</w:t>
      </w:r>
      <w:r>
        <w:rPr>
          <w:rFonts w:ascii="Times New Roman" w:hAnsi="Times New Roman" w:eastAsia="Times New Roman" w:cs="Times New Roman"/>
          <w:sz w:val="24"/>
        </w:rPr>
        <w:t xml:space="preserve"> </w:t>
      </w:r>
      <w:r>
        <w:rPr>
          <w:rFonts w:ascii="Times New Roman" w:hAnsi="Times New Roman" w:eastAsia="Times New Roman" w:cs="Times New Roman"/>
          <w:sz w:val="24"/>
        </w:rPr>
        <w:t>day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[MONTH]</w:t>
      </w:r>
      <w:r>
        <w:rPr>
          <w:rFonts w:ascii="Times New Roman" w:hAnsi="Times New Roman" w:eastAsia="Times New Roman" w:cs="Times New Roman"/>
          <w:sz w:val="24"/>
        </w:rPr>
        <w:t>, 20</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 before me</w:t>
      </w:r>
      <w:r>
        <w:rPr>
          <w:rFonts w:ascii="Times New Roman" w:hAnsi="Times New Roman" w:eastAsia="Times New Roman" w:cs="Times New Roman"/>
          <w:sz w:val="24"/>
        </w:rPr>
        <w:t xml:space="preserve"> </w:t>
      </w:r>
      <w:r>
        <w:rPr>
          <w:rFonts w:ascii="Times New Roman" w:hAnsi="Times New Roman" w:eastAsia="Times New Roman" w:cs="Times New Roman"/>
          <w:sz w:val="24"/>
        </w:rPr>
        <w:t>appeared</w:t>
      </w:r>
    </w:p>
    <w:p>
      <w:pPr>
        <w:spacing w:before="2"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w:t>
      </w:r>
      <w:r>
        <w:rPr>
          <w:rFonts w:ascii="Times New Roman" w:hAnsi="Times New Roman" w:eastAsia="Times New Roman" w:cs="Times New Roman"/>
          <w:sz w:val="24"/>
        </w:rPr>
        <w:t xml:space="preserve"> </w:t>
      </w:r>
      <w:r>
        <w:rPr>
          <w:rFonts w:ascii="Times New Roman" w:hAnsi="Times New Roman" w:eastAsia="Times New Roman" w:cs="Times New Roman"/>
          <w:sz w:val="24"/>
        </w:rPr>
        <w:t>same as his free act 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w:t>
      </w:r>
    </w:p>
    <w:p>
      <w:pPr/>
    </w:p>
    <w:p>
      <w:pPr>
        <w:spacing w:before="6" w:after="0"/>
      </w:pPr>
    </w:p>
    <w:p>
      <w:pPr>
        <w:spacing w:line="246" w:lineRule="exact"/>
        <w:jc w:val="center"/>
      </w:pPr>
    </w:p>
    <w:p>
      <w:pPr>
        <w:spacing w:line="246" w:lineRule="exact"/>
        <w:jc w:val="center"/>
      </w:pPr>
      <w:r>
        <w:rPr>
          <w:rFonts w:ascii="Times New Roman" w:hAnsi="Times New Roman" w:eastAsia="Times New Roman" w:cs="Times New Roman"/>
          <w:sz w:val="24"/>
        </w:rPr>
        <w:t>Notary Public</w:t>
      </w:r>
    </w:p>
    <w:p>
      <w:pPr>
        <w:spacing w:line="275"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before="204" w:after="0"/>
      </w:pPr>
      <w:r>
        <w:rPr>
          <w:rFonts w:ascii="Times New Roman" w:hAnsi="Times New Roman" w:eastAsia="Times New Roman" w:cs="Times New Roman"/>
          <w:sz w:val="24"/>
        </w:rPr>
        <w:t>Pursuant to Ohio Chapter 1337: Power of Attorney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