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Ohio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pPr>
    </w:p>
    <w:p>
      <w:pPr>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Ohio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