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OHIO LIMITED</w:t>
      </w:r>
      <w:r>
        <w:rPr>
          <w:rFonts w:ascii="Times New Roman" w:hAnsi="Times New Roman" w:eastAsia="Times New Roman" w:cs="Times New Roman"/>
          <w:b/>
          <w:sz w:val="24"/>
        </w:rPr>
        <w:t xml:space="preserve"> WARRANTY DEED</w:t>
      </w:r>
    </w:p>
    <w:p>
      <w:pPr>
        <w:spacing w:before="0" w:after="0" w:line="276" w:lineRule="auto"/>
      </w:pPr>
      <w:r>
        <w:rPr>
          <w:rFonts w:ascii="Times New Roman" w:hAnsi="Times New Roman" w:eastAsia="Times New Roman" w:cs="Times New Roman"/>
          <w:sz w:val="24"/>
        </w:rPr>
        <w:t>The grantor, named _______________________________</w:t>
      </w:r>
      <w:r>
        <w:rPr>
          <w:rFonts w:ascii="Times New Roman" w:hAnsi="Times New Roman" w:eastAsia="Times New Roman" w:cs="Times New Roman"/>
          <w:sz w:val="24"/>
        </w:rPr>
        <w:t xml:space="preserve">, being </w:t>
      </w:r>
      <w:r>
        <w:rPr>
          <w:rFonts w:ascii="Times New Roman" w:hAnsi="Times New Roman" w:eastAsia="Times New Roman" w:cs="Times New Roman"/>
          <w:sz w:val="24"/>
        </w:rPr>
        <w:t>________________</w:t>
      </w:r>
      <w:r>
        <w:rPr>
          <w:rFonts w:ascii="Times New Roman" w:hAnsi="Times New Roman" w:eastAsia="Times New Roman" w:cs="Times New Roman"/>
          <w:sz w:val="24"/>
        </w:rPr>
        <w:t xml:space="preserve">, of </w:t>
      </w:r>
      <w:r>
        <w:rPr>
          <w:rFonts w:ascii="Times New Roman" w:hAnsi="Times New Roman" w:eastAsia="Times New Roman" w:cs="Times New Roman"/>
          <w:sz w:val="24"/>
        </w:rPr>
        <w:t>______________________________________, County of ___________________</w:t>
      </w:r>
      <w:r>
        <w:rPr>
          <w:rFonts w:ascii="Times New Roman" w:hAnsi="Times New Roman" w:eastAsia="Times New Roman" w:cs="Times New Roman"/>
          <w:sz w:val="24"/>
        </w:rPr>
        <w:t xml:space="preserve">, State of ____________________________, for valuable consideration paid, grants, with limited warranty covenants, to </w:t>
      </w:r>
      <w:r>
        <w:rPr>
          <w:rFonts w:ascii="Times New Roman" w:hAnsi="Times New Roman" w:eastAsia="Times New Roman" w:cs="Times New Roman"/>
          <w:sz w:val="24"/>
        </w:rPr>
        <w:t>grantee, named ____________________________</w:t>
      </w:r>
      <w:r>
        <w:rPr>
          <w:rFonts w:ascii="Times New Roman" w:hAnsi="Times New Roman" w:eastAsia="Times New Roman" w:cs="Times New Roman"/>
          <w:sz w:val="24"/>
        </w:rPr>
        <w:t xml:space="preserve">, whose tax-mailing address is </w:t>
      </w:r>
      <w:r>
        <w:rPr>
          <w:rFonts w:ascii="Times New Roman" w:hAnsi="Times New Roman" w:eastAsia="Times New Roman" w:cs="Times New Roman"/>
          <w:sz w:val="24"/>
        </w:rPr>
        <w:t>______________________________________, County of ___________________</w:t>
      </w:r>
      <w:r>
        <w:rPr>
          <w:rFonts w:ascii="Times New Roman" w:hAnsi="Times New Roman" w:eastAsia="Times New Roman" w:cs="Times New Roman"/>
          <w:sz w:val="24"/>
        </w:rPr>
        <w:t xml:space="preserve">, State of ____________________________, the following real property located in </w:t>
      </w:r>
      <w:r>
        <w:rPr>
          <w:rFonts w:ascii="Times New Roman" w:hAnsi="Times New Roman" w:eastAsia="Times New Roman" w:cs="Times New Roman"/>
          <w:sz w:val="24"/>
        </w:rPr>
        <w:t>County of __________________________</w:t>
      </w:r>
      <w:r>
        <w:rPr>
          <w:rFonts w:ascii="Times New Roman" w:hAnsi="Times New Roman" w:eastAsia="Times New Roman" w:cs="Times New Roman"/>
          <w:sz w:val="24"/>
        </w:rPr>
        <w:t xml:space="preserve">, Ohio: </w:t>
      </w:r>
    </w:p>
    <w:p>
      <w:pPr>
        <w:spacing w:before="0" w:after="0" w:line="276"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jc w:val="center"/>
      </w:pPr>
      <w:r>
        <w:rPr>
          <w:rFonts w:ascii="Times New Roman" w:hAnsi="Times New Roman" w:eastAsia="Times New Roman" w:cs="Times New Roman"/>
          <w:b/>
          <w:sz w:val="24"/>
        </w:rPr>
        <w:t xml:space="preserve">[Insert </w:t>
      </w:r>
      <w:r>
        <w:rPr>
          <w:rFonts w:ascii="Times New Roman" w:hAnsi="Times New Roman" w:eastAsia="Times New Roman" w:cs="Times New Roman"/>
          <w:b/>
          <w:sz w:val="24"/>
        </w:rPr>
        <w:t>legal description of property, including encumbrances, reservations, or exceptions above</w:t>
      </w:r>
      <w:r>
        <w:rPr>
          <w:rFonts w:ascii="Times New Roman" w:hAnsi="Times New Roman" w:eastAsia="Times New Roman" w:cs="Times New Roman"/>
          <w:b/>
          <w:sz w:val="24"/>
        </w:rPr>
        <w:t>]</w:t>
      </w:r>
    </w:p>
    <w:p>
      <w:pPr>
        <w:spacing w:before="0" w:after="0" w:line="240" w:lineRule="auto"/>
        <w:jc w:val="both"/>
      </w:pPr>
    </w:p>
    <w:p>
      <w:pPr>
        <w:spacing w:before="0" w:after="0" w:line="240" w:lineRule="auto"/>
        <w:jc w:val="both"/>
      </w:pPr>
      <w:r>
        <w:rPr>
          <w:rFonts w:ascii="Times New Roman" w:hAnsi="Times New Roman" w:eastAsia="Times New Roman" w:cs="Times New Roman"/>
          <w:sz w:val="24"/>
        </w:rPr>
        <w:t xml:space="preserve">Prior instrument reference: Volume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page </w:t>
      </w:r>
      <w:r>
        <w:rPr>
          <w:rFonts w:ascii="Times New Roman" w:hAnsi="Times New Roman" w:eastAsia="Times New Roman" w:cs="Times New Roman"/>
          <w:sz w:val="24"/>
        </w:rPr>
        <w:t>__________________</w:t>
      </w:r>
      <w:r>
        <w:rPr>
          <w:rFonts w:ascii="Times New Roman" w:hAnsi="Times New Roman" w:eastAsia="Times New Roman" w:cs="Times New Roman"/>
          <w:sz w:val="24"/>
        </w:rPr>
        <w:t>.</w:t>
      </w:r>
    </w:p>
    <w:p>
      <w:pPr>
        <w:spacing w:before="0" w:after="0" w:line="240" w:lineRule="auto"/>
        <w:jc w:val="both"/>
      </w:pPr>
    </w:p>
    <w:p>
      <w:pPr>
        <w:spacing w:before="0" w:after="0" w:line="240" w:lineRule="auto"/>
        <w:jc w:val="both"/>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Limited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r>
        <w:rPr>
          <w:rFonts w:ascii="Times New Roman" w:hAnsi="Times New Roman" w:eastAsia="Times New Roman" w:cs="Times New Roman"/>
          <w:sz w:val="24"/>
        </w:rPr>
        <w:t>STATE OF OHIO)</w:t>
      </w:r>
    </w:p>
    <w:p>
      <w:pPr/>
    </w:p>
    <w:p>
      <w:pPr/>
      <w:r>
        <w:rPr>
          <w:rFonts w:ascii="Times New Roman" w:hAnsi="Times New Roman" w:eastAsia="Times New Roman" w:cs="Times New Roman"/>
          <w:sz w:val="24"/>
        </w:rPr>
        <w:t>COUNTY OF ___________________)</w:t>
      </w: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w:t>
      </w:r>
    </w:p>
    <w:p>
      <w:pPr>
        <w:spacing w:before="0" w:after="0" w:line="240" w:lineRule="auto"/>
        <w:jc w:val="both"/>
      </w:pPr>
    </w:p>
    <w:p>
      <w:pPr>
        <w:spacing w:before="0"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