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OHIO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Ohio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Ohio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