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OHIO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5321.16,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