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TRANSFER ON DEATH DESIGNATION AFFIDAVIT</w:t>
      </w:r>
    </w:p>
    <w:p>
      <w:pPr>
        <w:jc w:val="center"/>
      </w:pPr>
      <w:r>
        <w:rPr>
          <w:rFonts w:ascii="Times New Roman" w:hAnsi="Times New Roman" w:eastAsia="Times New Roman" w:cs="Times New Roman"/>
          <w:sz w:val="24"/>
        </w:rPr>
        <w:t>(ORC 5302.22)</w:t>
      </w:r>
    </w:p>
    <w:p>
      <w:pPr/>
    </w:p>
    <w:p>
      <w:pPr/>
    </w:p>
    <w:p>
      <w:pPr>
        <w:spacing w:line="276" w:lineRule="auto"/>
      </w:pPr>
      <w:r>
        <w:rPr>
          <w:rFonts w:ascii="Times New Roman" w:hAnsi="Times New Roman" w:eastAsia="Times New Roman" w:cs="Times New Roman"/>
          <w:sz w:val="24"/>
        </w:rPr>
        <w:t>I, _______________________________________, owner, ________________, now owner of record of the following real property located at ________________________________________________, _____________________, Ohio _________ as recorded in Volume ___________, Page _________ of the ___________________ deed records:</w:t>
      </w:r>
    </w:p>
    <w:p>
      <w:pPr/>
    </w:p>
    <w:p>
      <w:pPr>
        <w:jc w:val="center"/>
      </w:pPr>
      <w:r>
        <w:rPr>
          <w:rFonts w:ascii="Times New Roman" w:hAnsi="Times New Roman" w:eastAsia="Times New Roman" w:cs="Times New Roman"/>
          <w:b/>
          <w:sz w:val="24"/>
        </w:rPr>
        <w:t xml:space="preserve">A complete legal description of the real property being conveyed by this instrument is attached hereto on page 3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r>
        <w:rPr>
          <w:rFonts w:ascii="Times New Roman" w:hAnsi="Times New Roman" w:eastAsia="Times New Roman" w:cs="Times New Roman"/>
          <w:sz w:val="24"/>
        </w:rPr>
        <w:t>Parcel Number   ____________________________________________________________</w:t>
      </w:r>
    </w:p>
    <w:p>
      <w:pPr/>
    </w:p>
    <w:p>
      <w:pPr>
        <w:spacing w:line="276" w:lineRule="auto"/>
      </w:pPr>
      <w:r>
        <w:rPr>
          <w:rFonts w:ascii="Times New Roman" w:hAnsi="Times New Roman" w:eastAsia="Times New Roman" w:cs="Times New Roman"/>
          <w:sz w:val="24"/>
        </w:rPr>
        <w:t>hereby designate the following as TRANSFER ON DEATH BENEFICIARY to receive the owner’s title to that property upon the death of the owner: _________________________________________________________________________</w:t>
      </w:r>
    </w:p>
    <w:p>
      <w:pPr>
        <w:spacing w:line="276" w:lineRule="auto"/>
      </w:pPr>
    </w:p>
    <w:p>
      <w:pPr>
        <w:spacing w:before="91" w:after="0" w:line="276" w:lineRule="auto"/>
      </w:pPr>
      <w:r>
        <w:rPr>
          <w:rFonts w:ascii="Times New Roman" w:hAnsi="Times New Roman" w:eastAsia="Times New Roman" w:cs="Times New Roman"/>
          <w:sz w:val="24"/>
        </w:rPr>
        <w:t>I, ______________________________ (spouse of the owner), do hereby state that my dower rights are subordinate to the vesting of title to the real property in the transfer on death beneficiary designated herein.</w:t>
      </w:r>
    </w:p>
    <w:p>
      <w:pPr>
        <w:spacing w:before="200" w:after="0" w:line="276" w:lineRule="auto"/>
      </w:pPr>
      <w:r>
        <w:rPr>
          <w:rFonts w:ascii="Times New Roman" w:hAnsi="Times New Roman" w:eastAsia="Times New Roman" w:cs="Times New Roman"/>
          <w:sz w:val="24"/>
        </w:rPr>
        <w:t>This affidavit revokes any prior transfer on death beneficiary designation by owner for that property, whether by deed or by affidavit.</w:t>
      </w:r>
    </w:p>
    <w:p>
      <w:pPr/>
    </w:p>
    <w:p>
      <w:pPr>
        <w:spacing w:before="0" w:after="0"/>
      </w:pPr>
    </w:p>
    <w:p>
      <w:pPr/>
    </w:p>
    <w:p>
      <w:pPr/>
    </w:p>
    <w:p>
      <w:pPr>
        <w:spacing w:before="10" w:after="0"/>
      </w:pPr>
    </w:p>
    <w:p>
      <w:pPr>
        <w:spacing w:before="10" w:after="0" w:line="276" w:lineRule="auto"/>
      </w:pPr>
    </w:p>
    <w:p>
      <w:pPr>
        <w:spacing w:before="10" w:after="0" w:line="276" w:lineRule="auto"/>
      </w:pPr>
      <w:r>
        <w:rPr>
          <w:rFonts w:ascii="Times New Roman" w:hAnsi="Times New Roman" w:eastAsia="Times New Roman" w:cs="Times New Roman"/>
          <w:sz w:val="24"/>
        </w:rPr>
        <w:t>This instrument was prepared by (and shall be returned to):</w:t>
      </w:r>
    </w:p>
    <w:p>
      <w:pPr/>
    </w:p>
    <w:p>
      <w:pPr>
        <w:spacing w:before="10" w:after="0" w:line="276" w:lineRule="auto"/>
      </w:pPr>
      <w:r>
        <w:rPr>
          <w:rFonts w:ascii="Times New Roman" w:hAnsi="Times New Roman" w:eastAsia="Times New Roman" w:cs="Times New Roman"/>
          <w:sz w:val="24"/>
        </w:rPr>
        <w:t>_______________________________</w:t>
      </w:r>
    </w:p>
    <w:p>
      <w:pPr>
        <w:spacing w:before="10" w:after="0" w:line="276" w:lineRule="auto"/>
      </w:pPr>
      <w:r>
        <w:rPr>
          <w:rFonts w:ascii="Times New Roman" w:hAnsi="Times New Roman" w:eastAsia="Times New Roman" w:cs="Times New Roman"/>
          <w:sz w:val="24"/>
        </w:rPr>
        <w:t>_______________________________</w:t>
      </w:r>
    </w:p>
    <w:p>
      <w:pPr>
        <w:spacing w:before="10" w:after="0" w:line="276" w:lineRule="auto"/>
      </w:pPr>
      <w:r>
        <w:rPr>
          <w:rFonts w:ascii="Times New Roman" w:hAnsi="Times New Roman" w:eastAsia="Times New Roman" w:cs="Times New Roman"/>
          <w:sz w:val="24"/>
        </w:rPr>
        <w:t>_______________________________</w:t>
      </w:r>
    </w:p>
    <w:p>
      <w:pPr>
        <w:jc w:val="center"/>
      </w:pPr>
    </w:p>
    <w:p>
      <w:pPr>
        <w:jc w:val="center"/>
      </w:pPr>
    </w:p>
    <w:p>
      <w:pPr>
        <w:jc w:val="center"/>
      </w:pPr>
    </w:p>
    <w:p>
      <w:pPr>
        <w:jc w:val="center"/>
      </w:pPr>
      <w:r>
        <w:rPr>
          <w:rFonts w:ascii="Times New Roman" w:hAnsi="Times New Roman" w:eastAsia="Times New Roman" w:cs="Times New Roman"/>
          <w:b/>
          <w:sz w:val="24"/>
        </w:rPr>
        <w:t>NOTARY ACKNOWLEDGMENT</w:t>
      </w:r>
    </w:p>
    <w:p>
      <w:pPr/>
    </w:p>
    <w:p>
      <w:pPr>
        <w:spacing w:line="276" w:lineRule="auto"/>
      </w:pPr>
      <w:r>
        <w:rPr>
          <w:rFonts w:ascii="Times New Roman" w:hAnsi="Times New Roman" w:eastAsia="Times New Roman" w:cs="Times New Roman"/>
          <w:sz w:val="24"/>
        </w:rPr>
        <w:t>State of ___________________________ }</w:t>
      </w:r>
    </w:p>
    <w:p>
      <w:pPr>
        <w:spacing w:line="276" w:lineRule="auto"/>
      </w:pPr>
      <w:r>
        <w:rPr>
          <w:rFonts w:ascii="Times New Roman" w:hAnsi="Times New Roman" w:eastAsia="Times New Roman" w:cs="Times New Roman"/>
          <w:sz w:val="24"/>
        </w:rPr>
        <w:t>County of _________________________ }</w:t>
      </w:r>
    </w:p>
    <w:p>
      <w:pPr>
        <w:spacing w:line="276" w:lineRule="auto"/>
      </w:pPr>
    </w:p>
    <w:p>
      <w:pPr>
        <w:spacing w:line="276" w:lineRule="auto"/>
      </w:pPr>
      <w:r>
        <w:rPr>
          <w:rFonts w:ascii="Times New Roman" w:hAnsi="Times New Roman" w:eastAsia="Times New Roman" w:cs="Times New Roman"/>
          <w:sz w:val="24"/>
        </w:rPr>
        <w:t xml:space="preserve">On ________________________, 20____, before me, ________________________ (insert name and title of the officer), personally appeared ________________________ (seller’s name) who proved to me on the basis of satisfactory evidence to be the person whose name is subscribed within the Transfer on Death Deed and acknowledged to me that they executed the same in their authorized capacity, and that by their signature on the instrument the person, or the entity upon behalf of which the person acted, executed the instrument. </w:t>
      </w:r>
    </w:p>
    <w:p>
      <w:pPr>
        <w:spacing w:line="276" w:lineRule="auto"/>
      </w:pPr>
    </w:p>
    <w:p>
      <w:pPr>
        <w:spacing w:line="276" w:lineRule="auto"/>
      </w:pPr>
      <w:r>
        <w:rPr>
          <w:rFonts w:ascii="Times New Roman" w:hAnsi="Times New Roman" w:eastAsia="Times New Roman" w:cs="Times New Roman"/>
          <w:sz w:val="24"/>
        </w:rPr>
        <w:t xml:space="preserve">I certify under PENALTY OF PERJURY under the laws of the state of ________________________ that the foregoing paragraph is true and correct. </w:t>
      </w:r>
    </w:p>
    <w:p>
      <w:pPr>
        <w:spacing w:line="276" w:lineRule="auto"/>
      </w:pPr>
    </w:p>
    <w:p>
      <w:pPr>
        <w:spacing w:line="276" w:lineRule="auto"/>
      </w:pPr>
      <w:r>
        <w:rPr>
          <w:rFonts w:ascii="Times New Roman" w:hAnsi="Times New Roman" w:eastAsia="Times New Roman" w:cs="Times New Roman"/>
          <w:sz w:val="24"/>
        </w:rPr>
        <w:t xml:space="preserve">WITNESS my hand and official seal. </w:t>
      </w:r>
    </w:p>
    <w:p>
      <w:pPr>
        <w:spacing w:line="276" w:lineRule="auto"/>
      </w:pPr>
    </w:p>
    <w:p>
      <w:pPr>
        <w:spacing w:line="276" w:lineRule="auto"/>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w:t>
      </w:r>
    </w:p>
    <w:p>
      <w:pPr>
        <w:spacing w:line="276" w:lineRule="auto"/>
      </w:pPr>
      <w:r>
        <w:rPr>
          <w:rFonts w:ascii="Times New Roman" w:hAnsi="Times New Roman" w:eastAsia="Times New Roman" w:cs="Times New Roman"/>
          <w:sz w:val="24"/>
        </w:rPr>
        <w:t>Print Name: ________________________</w:t>
      </w:r>
    </w:p>
    <w:p>
      <w:pPr>
        <w:spacing w:line="276" w:lineRule="auto"/>
      </w:pPr>
      <w:r>
        <w:rPr>
          <w:rFonts w:ascii="Times New Roman" w:hAnsi="Times New Roman" w:eastAsia="Times New Roman" w:cs="Times New Roman"/>
          <w:sz w:val="24"/>
        </w:rPr>
        <w:t>My Commission Expires: ________________________, 20____</w:t>
      </w:r>
    </w:p>
    <w:p>
      <w:pPr>
        <w:spacing w:before="0" w:after="240"/>
      </w:pPr>
    </w:p>
    <w:p>
      <w:pPr/>
      <w:r>
        <w:rPr>
          <w:rFonts w:ascii="Times New Roman" w:hAnsi="Times New Roman" w:eastAsia="Times New Roman" w:cs="Times New Roman"/>
          <w:sz w:val="24"/>
        </w:rPr>
        <w:t>(seal)</w:t>
      </w:r>
    </w:p>
    <w:p>
      <w:pPr/>
    </w:p>
    <w:p>
      <w:pPr>
        <w:spacing w:before="0" w:after="0"/>
        <w:jc w:val="center"/>
      </w:pPr>
      <w:r>
        <w:rPr>
          <w:rFonts w:ascii="Times New Roman" w:hAnsi="Times New Roman" w:eastAsia="Times New Roman" w:cs="Times New Roman"/>
          <w:sz w:val="24"/>
        </w:rPr>
        <w:t>EXHIBIT A</w:t>
      </w:r>
    </w:p>
    <w:p>
      <w:pPr>
        <w:spacing w:before="10" w:after="0"/>
        <w:jc w:val="center"/>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