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8" w:after="0" w:line="288" w:lineRule="auto"/>
        <w:ind w:firstLine="0"/>
        <w:jc w:val="center"/>
      </w:pPr>
      <w:r>
        <w:rPr>
          <w:rFonts w:ascii="Times New Roman" w:hAnsi="Times New Roman" w:eastAsia="Times New Roman" w:cs="Times New Roman"/>
          <w:sz w:val="24"/>
        </w:rPr>
        <w:t xml:space="preserve">OKLAHOMA DURABLE POWER OF </w:t>
      </w:r>
      <w:r>
        <w:rPr>
          <w:rFonts w:ascii="Times New Roman" w:hAnsi="Times New Roman" w:eastAsia="Times New Roman" w:cs="Times New Roman"/>
          <w:sz w:val="24"/>
        </w:rPr>
        <w:t xml:space="preserve">ATTORNEY </w:t>
      </w:r>
      <w:r>
        <w:rPr>
          <w:rFonts w:ascii="Times New Roman" w:hAnsi="Times New Roman" w:eastAsia="Times New Roman" w:cs="Times New Roman"/>
          <w:sz w:val="24"/>
        </w:rPr>
        <w:t xml:space="preserve">(WITH </w:t>
      </w:r>
      <w:r>
        <w:rPr>
          <w:rFonts w:ascii="Times New Roman" w:hAnsi="Times New Roman" w:eastAsia="Times New Roman" w:cs="Times New Roman"/>
          <w:sz w:val="24"/>
        </w:rPr>
        <w:t xml:space="preserve">HEALTH </w:t>
      </w:r>
      <w:r>
        <w:rPr>
          <w:rFonts w:ascii="Times New Roman" w:hAnsi="Times New Roman" w:eastAsia="Times New Roman" w:cs="Times New Roman"/>
          <w:sz w:val="24"/>
        </w:rPr>
        <w:t>CARE 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ONLY)</w:t>
      </w:r>
    </w:p>
    <w:p>
      <w:pPr>
        <w:spacing w:before="239" w:after="0" w:line="247" w:lineRule="auto"/>
      </w:pPr>
      <w:r>
        <w:rPr>
          <w:rFonts w:ascii="Times New Roman" w:hAnsi="Times New Roman" w:eastAsia="Times New Roman" w:cs="Times New Roman"/>
          <w:sz w:val="24"/>
        </w:rPr>
        <w:t xml:space="preserve">NOTICE: </w:t>
      </w:r>
      <w:r>
        <w:rPr>
          <w:rFonts w:ascii="Times New Roman" w:hAnsi="Times New Roman" w:eastAsia="Times New Roman" w:cs="Times New Roman"/>
          <w:sz w:val="24"/>
        </w:rPr>
        <w:t xml:space="preserve">The powers granted by this document are broad and sweeping. They are explained in the Uniform Statutory Form Power of Attorney Act. If you have any questions about these powers, obtain competent legal advice. Free legal information regarding construction of the powers granted by this document and completion of this form may be obtained by calling the Legal Services </w:t>
      </w:r>
      <w:r>
        <w:rPr>
          <w:rFonts w:ascii="Times New Roman" w:hAnsi="Times New Roman" w:eastAsia="Times New Roman" w:cs="Times New Roman"/>
          <w:sz w:val="24"/>
        </w:rPr>
        <w:t xml:space="preserve">Developer, </w:t>
      </w:r>
      <w:r>
        <w:rPr>
          <w:rFonts w:ascii="Times New Roman" w:hAnsi="Times New Roman" w:eastAsia="Times New Roman" w:cs="Times New Roman"/>
          <w:sz w:val="24"/>
        </w:rPr>
        <w:t>Aging Services Division of the Oklahoma Department of Human Services, (405) 5223069, or your local legal aid</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legal</w:t>
      </w:r>
      <w:r>
        <w:rPr>
          <w:rFonts w:ascii="Times New Roman" w:hAnsi="Times New Roman" w:eastAsia="Times New Roman" w:cs="Times New Roman"/>
          <w:sz w:val="24"/>
        </w:rPr>
        <w:t xml:space="preserve"> </w:t>
      </w:r>
      <w:r>
        <w:rPr>
          <w:rFonts w:ascii="Times New Roman" w:hAnsi="Times New Roman" w:eastAsia="Times New Roman" w:cs="Times New Roman"/>
          <w:sz w:val="24"/>
        </w:rPr>
        <w:t>services</w:t>
      </w:r>
      <w:r>
        <w:rPr>
          <w:rFonts w:ascii="Times New Roman" w:hAnsi="Times New Roman" w:eastAsia="Times New Roman" w:cs="Times New Roman"/>
          <w:sz w:val="24"/>
        </w:rPr>
        <w:t xml:space="preserve"> </w:t>
      </w:r>
      <w:r>
        <w:rPr>
          <w:rFonts w:ascii="Times New Roman" w:hAnsi="Times New Roman" w:eastAsia="Times New Roman" w:cs="Times New Roman"/>
          <w:sz w:val="24"/>
        </w:rPr>
        <w:t>office.</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document</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authorizes</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make</w:t>
      </w:r>
      <w:r>
        <w:rPr>
          <w:rFonts w:ascii="Times New Roman" w:hAnsi="Times New Roman" w:eastAsia="Times New Roman" w:cs="Times New Roman"/>
          <w:sz w:val="24"/>
        </w:rPr>
        <w:t xml:space="preserve"> </w:t>
      </w:r>
      <w:r>
        <w:rPr>
          <w:rFonts w:ascii="Times New Roman" w:hAnsi="Times New Roman" w:eastAsia="Times New Roman" w:cs="Times New Roman"/>
          <w:sz w:val="24"/>
        </w:rPr>
        <w:t>medical</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healthcare </w:t>
      </w:r>
      <w:r>
        <w:rPr>
          <w:rFonts w:ascii="Times New Roman" w:hAnsi="Times New Roman" w:eastAsia="Times New Roman" w:cs="Times New Roman"/>
          <w:sz w:val="24"/>
        </w:rPr>
        <w:t xml:space="preserve">decisions for you. </w:t>
      </w:r>
      <w:r>
        <w:rPr>
          <w:rFonts w:ascii="Times New Roman" w:hAnsi="Times New Roman" w:eastAsia="Times New Roman" w:cs="Times New Roman"/>
          <w:sz w:val="24"/>
        </w:rPr>
        <w:t xml:space="preserve">You </w:t>
      </w:r>
      <w:r>
        <w:rPr>
          <w:rFonts w:ascii="Times New Roman" w:hAnsi="Times New Roman" w:eastAsia="Times New Roman" w:cs="Times New Roman"/>
          <w:sz w:val="24"/>
        </w:rPr>
        <w:t xml:space="preserve">may revoke this power of attorney if you later wish to </w:t>
      </w:r>
      <w:r>
        <w:rPr>
          <w:rFonts w:ascii="Times New Roman" w:hAnsi="Times New Roman" w:eastAsia="Times New Roman" w:cs="Times New Roman"/>
          <w:sz w:val="24"/>
        </w:rPr>
        <w:t>do</w:t>
      </w:r>
      <w:r>
        <w:rPr>
          <w:rFonts w:ascii="Times New Roman" w:hAnsi="Times New Roman" w:eastAsia="Times New Roman" w:cs="Times New Roman"/>
          <w:sz w:val="24"/>
        </w:rPr>
        <w:t xml:space="preserve"> </w:t>
      </w:r>
      <w:r>
        <w:rPr>
          <w:rFonts w:ascii="Times New Roman" w:hAnsi="Times New Roman" w:eastAsia="Times New Roman" w:cs="Times New Roman"/>
          <w:sz w:val="24"/>
        </w:rPr>
        <w:t>so.</w:t>
      </w:r>
    </w:p>
    <w:p>
      <w:pPr>
        <w:spacing w:before="1" w:after="0"/>
      </w:pPr>
    </w:p>
    <w:p>
      <w:pPr/>
      <w:r>
        <w:rPr>
          <w:rFonts w:ascii="Times New Roman" w:hAnsi="Times New Roman" w:eastAsia="Times New Roman" w:cs="Times New Roman"/>
          <w:b/>
          <w:sz w:val="24"/>
        </w:rPr>
        <w:t>I</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 ADDRESS]</w:t>
      </w:r>
      <w:r>
        <w:rPr>
          <w:rFonts w:ascii="Times New Roman" w:hAnsi="Times New Roman" w:eastAsia="Times New Roman" w:cs="Times New Roman"/>
          <w:sz w:val="24"/>
        </w:rPr>
        <w:t xml:space="preserve"> </w:t>
      </w:r>
      <w:r>
        <w:rPr>
          <w:rFonts w:ascii="Times New Roman" w:hAnsi="Times New Roman" w:eastAsia="Times New Roman" w:cs="Times New Roman"/>
          <w:sz w:val="24"/>
        </w:rPr>
        <w:t>appoint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 ADDRESS]</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any</w:t>
      </w:r>
      <w:r>
        <w:rPr>
          <w:rFonts w:ascii="Times New Roman" w:hAnsi="Times New Roman" w:eastAsia="Times New Roman" w:cs="Times New Roman"/>
          <w:sz w:val="24"/>
        </w:rPr>
        <w:t xml:space="preserve"> </w:t>
      </w:r>
      <w:r>
        <w:rPr>
          <w:rFonts w:ascii="Times New Roman" w:hAnsi="Times New Roman" w:eastAsia="Times New Roman" w:cs="Times New Roman"/>
          <w:sz w:val="24"/>
        </w:rPr>
        <w:t>lawful</w:t>
      </w:r>
      <w:r>
        <w:rPr>
          <w:rFonts w:ascii="Times New Roman" w:hAnsi="Times New Roman" w:eastAsia="Times New Roman" w:cs="Times New Roman"/>
          <w:sz w:val="24"/>
        </w:rPr>
        <w:t xml:space="preserve"> </w:t>
      </w:r>
      <w:r>
        <w:rPr>
          <w:rFonts w:ascii="Times New Roman" w:hAnsi="Times New Roman" w:eastAsia="Times New Roman" w:cs="Times New Roman"/>
          <w:sz w:val="24"/>
        </w:rPr>
        <w:t>way</w:t>
      </w:r>
      <w:r>
        <w:rPr>
          <w:rFonts w:ascii="Times New Roman" w:hAnsi="Times New Roman" w:eastAsia="Times New Roman" w:cs="Times New Roman"/>
          <w:sz w:val="24"/>
        </w:rPr>
        <w:t xml:space="preserve"> </w:t>
      </w:r>
      <w:r>
        <w:rPr>
          <w:rFonts w:ascii="Times New Roman" w:hAnsi="Times New Roman" w:eastAsia="Times New Roman" w:cs="Times New Roman"/>
          <w:sz w:val="24"/>
        </w:rPr>
        <w:t>with</w:t>
      </w:r>
      <w:r>
        <w:rPr>
          <w:rFonts w:ascii="Times New Roman" w:hAnsi="Times New Roman" w:eastAsia="Times New Roman" w:cs="Times New Roman"/>
          <w:sz w:val="24"/>
        </w:rPr>
        <w:t xml:space="preserve"> </w:t>
      </w:r>
      <w:r>
        <w:rPr>
          <w:rFonts w:ascii="Times New Roman" w:hAnsi="Times New Roman" w:eastAsia="Times New Roman" w:cs="Times New Roman"/>
          <w:sz w:val="24"/>
        </w:rPr>
        <w:t>respect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following</w:t>
      </w:r>
      <w:r>
        <w:rPr>
          <w:rFonts w:ascii="Times New Roman" w:hAnsi="Times New Roman" w:eastAsia="Times New Roman" w:cs="Times New Roman"/>
          <w:sz w:val="24"/>
        </w:rPr>
        <w:t xml:space="preserve"> </w:t>
      </w:r>
      <w:r>
        <w:rPr>
          <w:rFonts w:ascii="Times New Roman" w:hAnsi="Times New Roman" w:eastAsia="Times New Roman" w:cs="Times New Roman"/>
          <w:sz w:val="24"/>
        </w:rPr>
        <w:t>initialed</w:t>
      </w:r>
      <w:r>
        <w:rPr>
          <w:rFonts w:ascii="Times New Roman" w:hAnsi="Times New Roman" w:eastAsia="Times New Roman" w:cs="Times New Roman"/>
          <w:sz w:val="24"/>
        </w:rPr>
        <w:t xml:space="preserve"> </w:t>
      </w:r>
      <w:r>
        <w:rPr>
          <w:rFonts w:ascii="Times New Roman" w:hAnsi="Times New Roman" w:eastAsia="Times New Roman" w:cs="Times New Roman"/>
          <w:sz w:val="24"/>
        </w:rPr>
        <w:t>subjects. If my agent is unable or unwilling to serve, I</w:t>
      </w:r>
      <w:r>
        <w:rPr>
          <w:rFonts w:ascii="Times New Roman" w:hAnsi="Times New Roman" w:eastAsia="Times New Roman" w:cs="Times New Roman"/>
          <w:sz w:val="24"/>
        </w:rPr>
        <w:t xml:space="preserve"> </w:t>
      </w:r>
      <w:r>
        <w:rPr>
          <w:rFonts w:ascii="Times New Roman" w:hAnsi="Times New Roman" w:eastAsia="Times New Roman" w:cs="Times New Roman"/>
          <w:sz w:val="24"/>
        </w:rPr>
        <w:t>appoint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 ADDRESS]</w:t>
      </w:r>
      <w:r>
        <w:rPr>
          <w:rFonts w:ascii="Times New Roman" w:hAnsi="Times New Roman" w:eastAsia="Times New Roman" w:cs="Times New Roman"/>
          <w:sz w:val="24"/>
        </w:rPr>
        <w:t xml:space="preserve"> </w:t>
      </w:r>
      <w:r>
        <w:rPr>
          <w:rFonts w:ascii="Times New Roman" w:hAnsi="Times New Roman" w:eastAsia="Times New Roman" w:cs="Times New Roman"/>
          <w:sz w:val="24"/>
        </w:rPr>
        <w:t>as my alternate agent with the same</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p>
    <w:p>
      <w:pPr>
        <w:spacing w:before="5" w:after="0"/>
      </w:pPr>
    </w:p>
    <w:p>
      <w:pPr>
        <w:spacing w:line="240" w:lineRule="auto"/>
      </w:pPr>
      <w:r>
        <w:rPr>
          <w:rFonts w:ascii="Times New Roman" w:hAnsi="Times New Roman" w:eastAsia="Times New Roman" w:cs="Times New Roman"/>
          <w:sz w:val="24"/>
        </w:rPr>
        <w:t>Once effective pursuant to section III on the back of this form, this power of attorney will continue to be effective even though I become disabled, incapacitated, or incompetent, and shall not be affected by  lapse of</w:t>
      </w:r>
      <w:r>
        <w:rPr>
          <w:rFonts w:ascii="Times New Roman" w:hAnsi="Times New Roman" w:eastAsia="Times New Roman" w:cs="Times New Roman"/>
          <w:sz w:val="24"/>
        </w:rPr>
        <w:t xml:space="preserve"> </w:t>
      </w:r>
      <w:r>
        <w:rPr>
          <w:rFonts w:ascii="Times New Roman" w:hAnsi="Times New Roman" w:eastAsia="Times New Roman" w:cs="Times New Roman"/>
          <w:sz w:val="24"/>
        </w:rPr>
        <w:t>time.</w:t>
      </w:r>
    </w:p>
    <w:p>
      <w:pPr>
        <w:spacing w:before="9" w:after="0"/>
      </w:pPr>
    </w:p>
    <w:p>
      <w:pPr>
        <w:ind w:hanging="241"/>
      </w:pPr>
      <w:r>
        <w:rPr>
          <w:rFonts w:ascii="Times New Roman" w:hAnsi="Times New Roman" w:eastAsia="Times New Roman" w:cs="Times New Roman"/>
          <w:b/>
          <w:sz w:val="24"/>
        </w:rPr>
        <w:t>Grant of Health Care</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Powers</w:t>
      </w:r>
    </w:p>
    <w:p>
      <w:pPr>
        <w:spacing w:before="7" w:after="0" w:line="247" w:lineRule="auto"/>
        <w:ind w:hanging="1"/>
      </w:pPr>
      <w:r>
        <w:rPr>
          <w:rFonts w:ascii="Times New Roman" w:hAnsi="Times New Roman" w:eastAsia="Times New Roman" w:cs="Times New Roman"/>
          <w:b/>
          <w:sz w:val="24"/>
        </w:rPr>
        <w:t xml:space="preserve">To </w:t>
      </w:r>
      <w:r>
        <w:rPr>
          <w:rFonts w:ascii="Times New Roman" w:hAnsi="Times New Roman" w:eastAsia="Times New Roman" w:cs="Times New Roman"/>
          <w:b/>
          <w:sz w:val="24"/>
        </w:rPr>
        <w:t>grant all of the following powers, initial the line in front of (f) and ignore the lines in front of the other</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powers.</w:t>
      </w:r>
    </w:p>
    <w:p>
      <w:pPr>
        <w:spacing w:before="1" w:after="0" w:line="247" w:lineRule="auto"/>
        <w:ind w:hanging="1"/>
      </w:pPr>
      <w:r>
        <w:rPr>
          <w:rFonts w:ascii="Times New Roman" w:hAnsi="Times New Roman" w:eastAsia="Times New Roman" w:cs="Times New Roman"/>
          <w:sz w:val="24"/>
        </w:rPr>
        <w:t xml:space="preserve">To </w:t>
      </w:r>
      <w:r>
        <w:rPr>
          <w:rFonts w:ascii="Times New Roman" w:hAnsi="Times New Roman" w:eastAsia="Times New Roman" w:cs="Times New Roman"/>
          <w:sz w:val="24"/>
        </w:rPr>
        <w:t>grant one or more, but fewer than all, of the following powers, initial the line in front of each power you are</w:t>
      </w:r>
      <w:r>
        <w:rPr>
          <w:rFonts w:ascii="Times New Roman" w:hAnsi="Times New Roman" w:eastAsia="Times New Roman" w:cs="Times New Roman"/>
          <w:sz w:val="24"/>
        </w:rPr>
        <w:t xml:space="preserve"> </w:t>
      </w:r>
      <w:r>
        <w:rPr>
          <w:rFonts w:ascii="Times New Roman" w:hAnsi="Times New Roman" w:eastAsia="Times New Roman" w:cs="Times New Roman"/>
          <w:sz w:val="24"/>
        </w:rPr>
        <w:t>granting.</w:t>
      </w:r>
    </w:p>
    <w:p>
      <w:pPr>
        <w:spacing w:before="1" w:after="0" w:line="247" w:lineRule="auto"/>
        <w:ind w:hanging="1"/>
      </w:pPr>
      <w:r>
        <w:rPr>
          <w:rFonts w:ascii="Times New Roman" w:hAnsi="Times New Roman" w:eastAsia="Times New Roman" w:cs="Times New Roman"/>
          <w:sz w:val="24"/>
        </w:rPr>
        <w:t xml:space="preserve">To </w:t>
      </w:r>
      <w:r>
        <w:rPr>
          <w:rFonts w:ascii="Times New Roman" w:hAnsi="Times New Roman" w:eastAsia="Times New Roman" w:cs="Times New Roman"/>
          <w:sz w:val="24"/>
        </w:rPr>
        <w:t xml:space="preserve">withhold a power, do not initial the line in front of it. </w:t>
      </w:r>
      <w:r>
        <w:rPr>
          <w:rFonts w:ascii="Times New Roman" w:hAnsi="Times New Roman" w:eastAsia="Times New Roman" w:cs="Times New Roman"/>
          <w:sz w:val="24"/>
        </w:rPr>
        <w:t xml:space="preserve">You </w:t>
      </w:r>
      <w:r>
        <w:rPr>
          <w:rFonts w:ascii="Times New Roman" w:hAnsi="Times New Roman" w:eastAsia="Times New Roman" w:cs="Times New Roman"/>
          <w:sz w:val="24"/>
        </w:rPr>
        <w:t xml:space="preserve">may, </w:t>
      </w:r>
      <w:r>
        <w:rPr>
          <w:rFonts w:ascii="Times New Roman" w:hAnsi="Times New Roman" w:eastAsia="Times New Roman" w:cs="Times New Roman"/>
          <w:sz w:val="24"/>
        </w:rPr>
        <w:t>but need not, cross out each power with held.</w:t>
      </w:r>
    </w:p>
    <w:p>
      <w:pPr>
        <w:spacing w:before="1" w:after="0"/>
        <w:ind w:hanging="2"/>
      </w:pPr>
      <w:r>
        <w:rPr>
          <w:rFonts w:ascii="Times New Roman" w:hAnsi="Times New Roman" w:eastAsia="Times New Roman" w:cs="Times New Roman"/>
          <w:sz w:val="24"/>
        </w:rPr>
        <w:t xml:space="preserve">If I am unable to decide or speak for myself, my agent has the power </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p>
    <w:p>
      <w:pPr>
        <w:spacing w:before="12" w:after="0"/>
      </w:pPr>
      <w:r>
        <w:rPr>
          <w:rFonts w:ascii="Times New Roman" w:hAnsi="Times New Roman" w:eastAsia="Times New Roman" w:cs="Times New Roman"/>
          <w:sz w:val="24"/>
        </w:rPr>
        <w:t>Initial</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ab/>
        <w:t>a.</w:t>
      </w:r>
    </w:p>
    <w:p>
      <w:pPr>
        <w:spacing w:before="0" w:after="0" w:line="252" w:lineRule="auto"/>
      </w:pPr>
      <w:r>
        <w:rPr>
          <w:rFonts w:ascii="Times New Roman" w:hAnsi="Times New Roman" w:eastAsia="Times New Roman" w:cs="Times New Roman"/>
          <w:sz w:val="24"/>
        </w:rPr>
        <w:t>Make health and medical care decisions for me, including serving as my representative under the Oklahoma DoNotResuscitate Act, but excluding signing an advance directive, making decisions reserved to a health care proxy under an advance directive, or</w:t>
      </w:r>
      <w:r>
        <w:rPr>
          <w:rFonts w:ascii="Times New Roman" w:hAnsi="Times New Roman" w:eastAsia="Times New Roman" w:cs="Times New Roman"/>
          <w:sz w:val="24"/>
        </w:rPr>
        <w:t xml:space="preserve"> </w:t>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r>
      <w:r>
        <w:rPr>
          <w:rFonts w:ascii="Times New Roman" w:hAnsi="Times New Roman" w:eastAsia="Times New Roman" w:cs="Times New Roman"/>
          <w:sz w:val="24"/>
        </w:rPr>
        <w:t>lifesustaining</w:t>
      </w:r>
      <w:r>
        <w:rPr>
          <w:rFonts w:ascii="Times New Roman" w:hAnsi="Times New Roman" w:eastAsia="Times New Roman" w:cs="Times New Roman"/>
          <w:sz w:val="24"/>
        </w:rPr>
        <w:t xml:space="preserve"> </w:t>
      </w:r>
      <w:r>
        <w:rPr>
          <w:rFonts w:ascii="Times New Roman" w:hAnsi="Times New Roman" w:eastAsia="Times New Roman" w:cs="Times New Roman"/>
          <w:sz w:val="24"/>
        </w:rPr>
        <w:t>treatment</w:t>
      </w:r>
      <w:r>
        <w:rPr>
          <w:rFonts w:ascii="Times New Roman" w:hAnsi="Times New Roman" w:eastAsia="Times New Roman" w:cs="Times New Roman"/>
          <w:sz w:val="24"/>
        </w:rPr>
        <w:t xml:space="preserve"> </w:t>
      </w:r>
      <w:r>
        <w:rPr>
          <w:rFonts w:ascii="Times New Roman" w:hAnsi="Times New Roman" w:eastAsia="Times New Roman" w:cs="Times New Roman"/>
          <w:sz w:val="24"/>
        </w:rPr>
        <w:t>decisions.</w:t>
      </w:r>
    </w:p>
    <w:p>
      <w:pPr/>
    </w:p>
    <w:p>
      <w:pPr>
        <w:spacing w:before="0" w:after="0" w:line="272" w:lineRule="exact"/>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t>b.</w:t>
        <w:tab/>
        <w:t>Choose my health care</w:t>
      </w:r>
      <w:r>
        <w:rPr>
          <w:rFonts w:ascii="Times New Roman" w:hAnsi="Times New Roman" w:eastAsia="Times New Roman" w:cs="Times New Roman"/>
          <w:sz w:val="24"/>
        </w:rPr>
        <w:t xml:space="preserve"> </w:t>
      </w:r>
      <w:r>
        <w:rPr>
          <w:rFonts w:ascii="Times New Roman" w:hAnsi="Times New Roman" w:eastAsia="Times New Roman" w:cs="Times New Roman"/>
          <w:sz w:val="24"/>
        </w:rPr>
        <w:t>providers.</w:t>
      </w:r>
    </w:p>
    <w:p>
      <w:pPr>
        <w:ind w:hanging="2161"/>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t>c.</w:t>
        <w:tab/>
        <w:t xml:space="preserve">Choose where I live and receive care and support when these choices relate to </w:t>
      </w:r>
      <w:r>
        <w:rPr>
          <w:rFonts w:ascii="Times New Roman" w:hAnsi="Times New Roman" w:eastAsia="Times New Roman" w:cs="Times New Roman"/>
          <w:sz w:val="24"/>
        </w:rPr>
        <w:t xml:space="preserve"> </w:t>
      </w:r>
      <w:r>
        <w:rPr>
          <w:rFonts w:ascii="Times New Roman" w:hAnsi="Times New Roman" w:eastAsia="Times New Roman" w:cs="Times New Roman"/>
          <w:sz w:val="24"/>
        </w:rPr>
        <w:t>my</w:t>
      </w:r>
      <w:r>
        <w:rPr>
          <w:rFonts w:ascii="Times New Roman" w:hAnsi="Times New Roman" w:eastAsia="Times New Roman" w:cs="Times New Roman"/>
          <w:sz w:val="24"/>
        </w:rPr>
        <w:t xml:space="preserve"> </w:t>
      </w:r>
      <w:r>
        <w:rPr>
          <w:rFonts w:ascii="Times New Roman" w:hAnsi="Times New Roman" w:eastAsia="Times New Roman" w:cs="Times New Roman"/>
          <w:sz w:val="24"/>
        </w:rPr>
        <w:t>health care</w:t>
      </w:r>
      <w:r>
        <w:rPr>
          <w:rFonts w:ascii="Times New Roman" w:hAnsi="Times New Roman" w:eastAsia="Times New Roman" w:cs="Times New Roman"/>
          <w:sz w:val="24"/>
        </w:rPr>
        <w:t xml:space="preserve"> </w:t>
      </w:r>
      <w:r>
        <w:rPr>
          <w:rFonts w:ascii="Times New Roman" w:hAnsi="Times New Roman" w:eastAsia="Times New Roman" w:cs="Times New Roman"/>
          <w:sz w:val="24"/>
        </w:rPr>
        <w:t>needs.</w:t>
      </w:r>
    </w:p>
    <w:p>
      <w:pPr>
        <w:spacing w:before="23" w:after="0"/>
        <w:ind w:hanging="2161"/>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t>d.</w:t>
        <w:tab/>
        <w:t xml:space="preserve">Review my medical records and have the same rights that I would have to </w:t>
      </w:r>
      <w:r>
        <w:rPr>
          <w:rFonts w:ascii="Times New Roman" w:hAnsi="Times New Roman" w:eastAsia="Times New Roman" w:cs="Times New Roman"/>
          <w:sz w:val="24"/>
        </w:rPr>
        <w:t xml:space="preserve"> </w:t>
      </w:r>
      <w:r>
        <w:rPr>
          <w:rFonts w:ascii="Times New Roman" w:hAnsi="Times New Roman" w:eastAsia="Times New Roman" w:cs="Times New Roman"/>
          <w:sz w:val="24"/>
        </w:rPr>
        <w:t>give</w:t>
      </w:r>
      <w:r>
        <w:rPr>
          <w:rFonts w:ascii="Times New Roman" w:hAnsi="Times New Roman" w:eastAsia="Times New Roman" w:cs="Times New Roman"/>
          <w:sz w:val="24"/>
        </w:rPr>
        <w:t xml:space="preserve"> </w:t>
      </w:r>
      <w:r>
        <w:rPr>
          <w:rFonts w:ascii="Times New Roman" w:hAnsi="Times New Roman" w:eastAsia="Times New Roman" w:cs="Times New Roman"/>
          <w:sz w:val="24"/>
        </w:rPr>
        <w:t>my medical records to other</w:t>
      </w:r>
      <w:r>
        <w:rPr>
          <w:rFonts w:ascii="Times New Roman" w:hAnsi="Times New Roman" w:eastAsia="Times New Roman" w:cs="Times New Roman"/>
          <w:sz w:val="24"/>
        </w:rPr>
        <w:t xml:space="preserve"> </w:t>
      </w:r>
      <w:r>
        <w:rPr>
          <w:rFonts w:ascii="Times New Roman" w:hAnsi="Times New Roman" w:eastAsia="Times New Roman" w:cs="Times New Roman"/>
          <w:sz w:val="24"/>
        </w:rPr>
        <w:t>people.</w:t>
      </w:r>
    </w:p>
    <w:p>
      <w:pPr>
        <w:spacing w:before="23"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t>e.</w:t>
        <w:tab/>
        <w:t>Elect hospice</w:t>
      </w:r>
      <w:r>
        <w:rPr>
          <w:rFonts w:ascii="Times New Roman" w:hAnsi="Times New Roman" w:eastAsia="Times New Roman" w:cs="Times New Roman"/>
          <w:sz w:val="24"/>
        </w:rPr>
        <w:t xml:space="preserve"> </w:t>
      </w:r>
      <w:r>
        <w:rPr>
          <w:rFonts w:ascii="Times New Roman" w:hAnsi="Times New Roman" w:eastAsia="Times New Roman" w:cs="Times New Roman"/>
          <w:sz w:val="24"/>
        </w:rPr>
        <w:t>treatment.</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ab/>
        <w:t>f.</w:t>
        <w:tab/>
        <w:t>All of the powers listed</w:t>
      </w:r>
      <w:r>
        <w:rPr>
          <w:rFonts w:ascii="Times New Roman" w:hAnsi="Times New Roman" w:eastAsia="Times New Roman" w:cs="Times New Roman"/>
          <w:sz w:val="24"/>
        </w:rPr>
        <w:t xml:space="preserve"> </w:t>
      </w:r>
      <w:r>
        <w:rPr>
          <w:rFonts w:ascii="Times New Roman" w:hAnsi="Times New Roman" w:eastAsia="Times New Roman" w:cs="Times New Roman"/>
          <w:sz w:val="24"/>
        </w:rPr>
        <w:t>above.</w:t>
      </w:r>
    </w:p>
    <w:p>
      <w:pPr>
        <w:spacing w:before="1" w:after="0"/>
      </w:pPr>
    </w:p>
    <w:p>
      <w:pPr/>
      <w:r>
        <w:rPr>
          <w:rFonts w:ascii="Times New Roman" w:hAnsi="Times New Roman" w:eastAsia="Times New Roman" w:cs="Times New Roman"/>
          <w:sz w:val="24"/>
        </w:rPr>
        <w:t xml:space="preserve">You </w:t>
      </w:r>
      <w:r>
        <w:rPr>
          <w:rFonts w:ascii="Times New Roman" w:hAnsi="Times New Roman" w:eastAsia="Times New Roman" w:cs="Times New Roman"/>
          <w:sz w:val="24"/>
        </w:rPr>
        <w:t>need not initial any other lines if you initial line</w:t>
      </w:r>
      <w:r>
        <w:rPr>
          <w:rFonts w:ascii="Times New Roman" w:hAnsi="Times New Roman" w:eastAsia="Times New Roman" w:cs="Times New Roman"/>
          <w:sz w:val="24"/>
        </w:rPr>
        <w:t xml:space="preserve"> </w:t>
      </w:r>
      <w:r>
        <w:rPr>
          <w:rFonts w:ascii="Times New Roman" w:hAnsi="Times New Roman" w:eastAsia="Times New Roman" w:cs="Times New Roman"/>
          <w:sz w:val="24"/>
        </w:rPr>
        <w:t>f.</w:t>
      </w:r>
    </w:p>
    <w:p>
      <w:pPr>
        <w:spacing w:before="2" w:after="0"/>
      </w:pPr>
    </w:p>
    <w:p>
      <w:pPr>
        <w:spacing w:line="247" w:lineRule="auto"/>
        <w:ind w:firstLine="0"/>
      </w:pPr>
      <w:r>
        <w:rPr>
          <w:rFonts w:ascii="Times New Roman" w:hAnsi="Times New Roman" w:eastAsia="Times New Roman" w:cs="Times New Roman"/>
          <w:sz w:val="24"/>
        </w:rPr>
        <w:t xml:space="preserve">It is my intention that my agent’s acts on my behalf are to be honored by my family members and health care providers as an expression of my legal right to manage my health care. The directions and decisions of my agent are superior to and shall take precedence over any decision made by any member of my </w:t>
      </w:r>
      <w:r>
        <w:rPr>
          <w:rFonts w:ascii="Times New Roman" w:hAnsi="Times New Roman" w:eastAsia="Times New Roman" w:cs="Times New Roman"/>
          <w:sz w:val="24"/>
        </w:rPr>
        <w:t xml:space="preserve">family. </w:t>
      </w:r>
      <w:r>
        <w:rPr>
          <w:rFonts w:ascii="Times New Roman" w:hAnsi="Times New Roman" w:eastAsia="Times New Roman" w:cs="Times New Roman"/>
          <w:sz w:val="24"/>
        </w:rPr>
        <w:t xml:space="preserve">To </w:t>
      </w:r>
      <w:r>
        <w:rPr>
          <w:rFonts w:ascii="Times New Roman" w:hAnsi="Times New Roman" w:eastAsia="Times New Roman" w:cs="Times New Roman"/>
          <w:sz w:val="24"/>
        </w:rPr>
        <w:t>the extent appropriate, my agent may discuss health care decisions with my family and others to the extent they are</w:t>
      </w:r>
      <w:r>
        <w:rPr>
          <w:rFonts w:ascii="Times New Roman" w:hAnsi="Times New Roman" w:eastAsia="Times New Roman" w:cs="Times New Roman"/>
          <w:sz w:val="24"/>
        </w:rPr>
        <w:t xml:space="preserve"> </w:t>
      </w:r>
      <w:r>
        <w:rPr>
          <w:rFonts w:ascii="Times New Roman" w:hAnsi="Times New Roman" w:eastAsia="Times New Roman" w:cs="Times New Roman"/>
          <w:sz w:val="24"/>
        </w:rPr>
        <w:t>available.</w:t>
      </w:r>
    </w:p>
    <w:p>
      <w:pPr>
        <w:spacing w:before="4" w:after="0"/>
      </w:pPr>
    </w:p>
    <w:p>
      <w:pPr>
        <w:ind w:hanging="308"/>
      </w:pPr>
      <w:r>
        <w:rPr>
          <w:rFonts w:ascii="Times New Roman" w:hAnsi="Times New Roman" w:eastAsia="Times New Roman" w:cs="Times New Roman"/>
          <w:sz w:val="24"/>
        </w:rPr>
        <w:t>Additional Guidance and</w:t>
      </w:r>
      <w:r>
        <w:rPr>
          <w:rFonts w:ascii="Times New Roman" w:hAnsi="Times New Roman" w:eastAsia="Times New Roman" w:cs="Times New Roman"/>
          <w:sz w:val="24"/>
        </w:rPr>
        <w:t xml:space="preserve"> </w:t>
      </w:r>
      <w:r>
        <w:rPr>
          <w:rFonts w:ascii="Times New Roman" w:hAnsi="Times New Roman" w:eastAsia="Times New Roman" w:cs="Times New Roman"/>
          <w:sz w:val="24"/>
        </w:rPr>
        <w:t>Information</w:t>
      </w:r>
    </w:p>
    <w:p>
      <w:pPr>
        <w:spacing w:before="7" w:after="0"/>
      </w:pPr>
      <w:r>
        <w:rPr>
          <w:rFonts w:ascii="Times New Roman" w:hAnsi="Times New Roman" w:eastAsia="Times New Roman" w:cs="Times New Roman"/>
          <w:sz w:val="24"/>
        </w:rPr>
        <w:t xml:space="preserve">NOTE: </w:t>
      </w:r>
      <w:r>
        <w:rPr>
          <w:rFonts w:ascii="Times New Roman" w:hAnsi="Times New Roman" w:eastAsia="Times New Roman" w:cs="Times New Roman"/>
          <w:sz w:val="24"/>
        </w:rPr>
        <w:t>This section, while very helpful to your agent, is optional and choices may be left</w:t>
      </w:r>
      <w:r>
        <w:rPr>
          <w:rFonts w:ascii="Times New Roman" w:hAnsi="Times New Roman" w:eastAsia="Times New Roman" w:cs="Times New Roman"/>
          <w:sz w:val="24"/>
        </w:rPr>
        <w:t xml:space="preserve"> </w:t>
      </w:r>
      <w:r>
        <w:rPr>
          <w:rFonts w:ascii="Times New Roman" w:hAnsi="Times New Roman" w:eastAsia="Times New Roman" w:cs="Times New Roman"/>
          <w:sz w:val="24"/>
        </w:rPr>
        <w:t>blank.</w:t>
      </w:r>
    </w:p>
    <w:p>
      <w:pPr>
        <w:spacing w:before="12" w:after="0"/>
        <w:ind w:hanging="298"/>
      </w:pPr>
      <w:r>
        <w:rPr>
          <w:rFonts w:ascii="Times New Roman" w:hAnsi="Times New Roman" w:eastAsia="Times New Roman" w:cs="Times New Roman"/>
          <w:sz w:val="24"/>
        </w:rPr>
        <w:t>My goals for my 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care: </w:t>
      </w:r>
      <w:r>
        <w:rPr>
          <w:rFonts w:ascii="Times New Roman" w:hAnsi="Times New Roman" w:eastAsia="Times New Roman" w:cs="Times New Roman"/>
          <w:sz w:val="24"/>
        </w:rPr>
        <w:t xml:space="preserve"> </w:t>
      </w:r>
      <w:r>
        <w:rPr>
          <w:rFonts w:ascii="Times New Roman" w:hAnsi="Times New Roman" w:eastAsia="Times New Roman" w:cs="Times New Roman"/>
          <w:sz w:val="24"/>
        </w:rPr>
        <w:t>[DETAILS]</w:t>
      </w:r>
    </w:p>
    <w:p>
      <w:pPr>
        <w:spacing w:before="25" w:after="0"/>
        <w:ind w:hanging="312"/>
      </w:pPr>
      <w:r>
        <w:rPr>
          <w:rFonts w:ascii="Times New Roman" w:hAnsi="Times New Roman" w:eastAsia="Times New Roman" w:cs="Times New Roman"/>
          <w:sz w:val="24"/>
        </w:rPr>
        <w:t>My fears about my health</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care: </w:t>
      </w:r>
      <w:r>
        <w:rPr>
          <w:rFonts w:ascii="Times New Roman" w:hAnsi="Times New Roman" w:eastAsia="Times New Roman" w:cs="Times New Roman"/>
          <w:sz w:val="24"/>
        </w:rPr>
        <w:t xml:space="preserve"> </w:t>
      </w:r>
      <w:r>
        <w:rPr>
          <w:rFonts w:ascii="Times New Roman" w:hAnsi="Times New Roman" w:eastAsia="Times New Roman" w:cs="Times New Roman"/>
          <w:sz w:val="24"/>
        </w:rPr>
        <w:t>[DETAILS]</w:t>
      </w:r>
    </w:p>
    <w:p>
      <w:pPr>
        <w:spacing w:before="25" w:after="0"/>
        <w:ind w:hanging="299"/>
      </w:pPr>
      <w:r>
        <w:rPr>
          <w:rFonts w:ascii="Times New Roman" w:hAnsi="Times New Roman" w:eastAsia="Times New Roman" w:cs="Times New Roman"/>
          <w:sz w:val="24"/>
        </w:rPr>
        <w:t>My spiritual or religious beliefs and</w:t>
      </w:r>
      <w:r>
        <w:rPr>
          <w:rFonts w:ascii="Times New Roman" w:hAnsi="Times New Roman" w:eastAsia="Times New Roman" w:cs="Times New Roman"/>
          <w:sz w:val="24"/>
        </w:rPr>
        <w:t xml:space="preserve"> </w:t>
      </w:r>
      <w:r>
        <w:rPr>
          <w:rFonts w:ascii="Times New Roman" w:hAnsi="Times New Roman" w:eastAsia="Times New Roman" w:cs="Times New Roman"/>
          <w:sz w:val="24"/>
        </w:rPr>
        <w:t>traditions: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[DETAILS]</w:t>
      </w:r>
      <w:r>
        <w:rPr>
          <w:rFonts w:ascii="Times New Roman" w:hAnsi="Times New Roman" w:eastAsia="Times New Roman" w:cs="Times New Roman"/>
          <w:sz w:val="24"/>
        </w:rPr>
        <w:tab/>
      </w:r>
    </w:p>
    <w:p>
      <w:pPr>
        <w:spacing w:before="1" w:after="0"/>
      </w:pPr>
    </w:p>
    <w:p>
      <w:pPr>
        <w:spacing w:line="20" w:lineRule="exact"/>
      </w:pPr>
    </w:p>
    <w:p>
      <w:pPr>
        <w:spacing w:before="4" w:after="0"/>
      </w:pPr>
    </w:p>
    <w:p>
      <w:pPr>
        <w:spacing w:line="20" w:lineRule="exact"/>
      </w:pPr>
    </w:p>
    <w:p>
      <w:pPr/>
    </w:p>
    <w:p>
      <w:pPr/>
    </w:p>
    <w:p>
      <w:pPr>
        <w:spacing w:before="4" w:after="0"/>
      </w:pPr>
    </w:p>
    <w:p>
      <w:pPr>
        <w:spacing w:before="111" w:after="0"/>
        <w:ind w:hanging="396"/>
      </w:pPr>
      <w:r>
        <w:rPr>
          <w:rFonts w:ascii="Times New Roman" w:hAnsi="Times New Roman" w:eastAsia="Times New Roman" w:cs="Times New Roman"/>
          <w:sz w:val="24"/>
        </w:rPr>
        <w:t>When Power Becomes</w:t>
      </w:r>
      <w:r>
        <w:rPr>
          <w:rFonts w:ascii="Times New Roman" w:hAnsi="Times New Roman" w:eastAsia="Times New Roman" w:cs="Times New Roman"/>
          <w:sz w:val="24"/>
        </w:rPr>
        <w:t xml:space="preserve"> </w:t>
      </w:r>
      <w:r>
        <w:rPr>
          <w:rFonts w:ascii="Times New Roman" w:hAnsi="Times New Roman" w:eastAsia="Times New Roman" w:cs="Times New Roman"/>
          <w:sz w:val="24"/>
        </w:rPr>
        <w:t>Effective</w:t>
      </w:r>
    </w:p>
    <w:p>
      <w:pPr>
        <w:spacing w:before="7" w:after="0" w:line="247" w:lineRule="auto"/>
        <w:ind w:hanging="1"/>
      </w:pPr>
      <w:r>
        <w:rPr>
          <w:rFonts w:ascii="Times New Roman" w:hAnsi="Times New Roman" w:eastAsia="Times New Roman" w:cs="Times New Roman"/>
          <w:sz w:val="24"/>
        </w:rPr>
        <w:t>Please initial one statement below regarding the effective date of this power of attorney. Initial</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This power of attorney is effective immediately and shall continue until it is  revoked.</w:t>
      </w:r>
    </w:p>
    <w:p>
      <w:pPr>
        <w:ind w:hanging="1"/>
      </w:pPr>
      <w:r>
        <w:rPr>
          <w:rFonts w:ascii="Times New Roman" w:hAnsi="Times New Roman" w:eastAsia="Times New Roman" w:cs="Times New Roman"/>
          <w:sz w:val="24"/>
        </w:rPr>
        <w:t xml:space="preserve">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This power of attorney shall be effective when my attending physician determines that I am </w:t>
      </w:r>
      <w:r>
        <w:rPr>
          <w:rFonts w:ascii="Times New Roman" w:hAnsi="Times New Roman" w:eastAsia="Times New Roman" w:cs="Times New Roman"/>
          <w:sz w:val="24"/>
        </w:rPr>
        <w:t xml:space="preserve"> </w:t>
      </w:r>
      <w:r>
        <w:rPr>
          <w:rFonts w:ascii="Times New Roman" w:hAnsi="Times New Roman" w:eastAsia="Times New Roman" w:cs="Times New Roman"/>
          <w:sz w:val="24"/>
        </w:rPr>
        <w:t>no</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longer able to manage my person. This determination shall be provided in writing and attached to this </w:t>
      </w:r>
      <w:r>
        <w:rPr>
          <w:rFonts w:ascii="Times New Roman" w:hAnsi="Times New Roman" w:eastAsia="Times New Roman" w:cs="Times New Roman"/>
          <w:sz w:val="24"/>
        </w:rPr>
        <w:t xml:space="preserve"> </w:t>
      </w:r>
      <w:r>
        <w:rPr>
          <w:rFonts w:ascii="Times New Roman" w:hAnsi="Times New Roman" w:eastAsia="Times New Roman" w:cs="Times New Roman"/>
          <w:sz w:val="24"/>
        </w:rPr>
        <w:t>form.</w:t>
      </w:r>
    </w:p>
    <w:p>
      <w:pPr>
        <w:spacing w:before="1" w:after="0"/>
      </w:pPr>
    </w:p>
    <w:p>
      <w:pPr>
        <w:spacing w:before="0" w:after="0" w:line="247" w:lineRule="auto"/>
        <w:ind w:hanging="1"/>
      </w:pPr>
      <w:r>
        <w:rPr>
          <w:rFonts w:ascii="Times New Roman" w:hAnsi="Times New Roman" w:eastAsia="Times New Roman" w:cs="Times New Roman"/>
          <w:sz w:val="24"/>
        </w:rPr>
        <w:t xml:space="preserve">I agree that any third party who receives a copy of this document may act under it. Revocation of the power of attorney is not effective as to a third party until the third party learns of the revocation. I agree to indemnify  the third party for any claims that arise against the third party because of reliance on this power of </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spacing w:before="1" w:after="0"/>
      </w:pPr>
    </w:p>
    <w:p>
      <w:pPr>
        <w:spacing w:before="0" w:after="0"/>
      </w:pPr>
      <w:r>
        <w:rPr>
          <w:rFonts w:ascii="Times New Roman" w:hAnsi="Times New Roman" w:eastAsia="Times New Roman" w:cs="Times New Roman"/>
          <w:sz w:val="24"/>
        </w:rPr>
        <w:t>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tab/>
      </w:r>
    </w:p>
    <w:p>
      <w:pPr>
        <w:jc w:val="center"/>
      </w:pPr>
      <w:r>
        <w:rPr>
          <w:rFonts w:ascii="Times New Roman" w:hAnsi="Times New Roman" w:eastAsia="Times New Roman" w:cs="Times New Roman"/>
          <w:sz w:val="24"/>
        </w:rPr>
        <w:t>(Principal’s</w:t>
      </w:r>
      <w:r>
        <w:rPr>
          <w:rFonts w:ascii="Times New Roman" w:hAnsi="Times New Roman" w:eastAsia="Times New Roman" w:cs="Times New Roman"/>
          <w:sz w:val="24"/>
        </w:rPr>
        <w:t xml:space="preserve"> </w:t>
      </w:r>
      <w:r>
        <w:rPr>
          <w:rFonts w:ascii="Times New Roman" w:hAnsi="Times New Roman" w:eastAsia="Times New Roman" w:cs="Times New Roman"/>
          <w:sz w:val="24"/>
        </w:rPr>
        <w:t>signature)</w:t>
      </w:r>
    </w:p>
    <w:p>
      <w:pPr/>
      <w:r>
        <w:rPr>
          <w:rFonts w:ascii="Times New Roman" w:hAnsi="Times New Roman" w:eastAsia="Times New Roman" w:cs="Times New Roman"/>
          <w:sz w:val="24"/>
        </w:rPr>
        <w:t xml:space="preserve">City, </w:t>
      </w:r>
      <w:r>
        <w:rPr>
          <w:rFonts w:ascii="Times New Roman" w:hAnsi="Times New Roman" w:eastAsia="Times New Roman" w:cs="Times New Roman"/>
          <w:sz w:val="24"/>
        </w:rPr>
        <w:t xml:space="preserve">County, </w:t>
      </w:r>
      <w:r>
        <w:rPr>
          <w:rFonts w:ascii="Times New Roman" w:hAnsi="Times New Roman" w:eastAsia="Times New Roman" w:cs="Times New Roman"/>
          <w:sz w:val="24"/>
        </w:rPr>
        <w:t>and State of</w:t>
      </w:r>
      <w:r>
        <w:rPr>
          <w:rFonts w:ascii="Times New Roman" w:hAnsi="Times New Roman" w:eastAsia="Times New Roman" w:cs="Times New Roman"/>
          <w:sz w:val="24"/>
        </w:rPr>
        <w:t xml:space="preserve"> </w:t>
      </w:r>
      <w:r>
        <w:rPr>
          <w:rFonts w:ascii="Times New Roman" w:hAnsi="Times New Roman" w:eastAsia="Times New Roman" w:cs="Times New Roman"/>
          <w:sz w:val="24"/>
        </w:rPr>
        <w:t>Residence</w:t>
      </w:r>
    </w:p>
    <w:p>
      <w:pPr>
        <w:spacing w:before="1" w:after="0"/>
      </w:pPr>
      <w:r>
        <w:rPr>
          <w:rFonts w:ascii="Times New Roman" w:hAnsi="Times New Roman" w:eastAsia="Times New Roman" w:cs="Times New Roman"/>
          <w:sz w:val="24"/>
        </w:rPr>
        <w:t>[ADDRESS]</w:t>
      </w:r>
    </w:p>
    <w:p>
      <w:pPr>
        <w:spacing w:line="20" w:lineRule="exact"/>
      </w:pPr>
    </w:p>
    <w:p>
      <w:pPr>
        <w:spacing w:before="15" w:after="0" w:line="247" w:lineRule="auto"/>
        <w:ind w:hanging="1"/>
      </w:pPr>
      <w:r>
        <w:rPr>
          <w:rFonts w:ascii="Times New Roman" w:hAnsi="Times New Roman" w:eastAsia="Times New Roman" w:cs="Times New Roman"/>
          <w:sz w:val="24"/>
        </w:rPr>
        <w:t xml:space="preserve">The principal is personally known to me and I believe the principal to be of sound mind. I am eighteen (18) years of age or </w:t>
      </w:r>
      <w:r>
        <w:rPr>
          <w:rFonts w:ascii="Times New Roman" w:hAnsi="Times New Roman" w:eastAsia="Times New Roman" w:cs="Times New Roman"/>
          <w:sz w:val="24"/>
        </w:rPr>
        <w:t xml:space="preserve">older. </w:t>
      </w:r>
      <w:r>
        <w:rPr>
          <w:rFonts w:ascii="Times New Roman" w:hAnsi="Times New Roman" w:eastAsia="Times New Roman" w:cs="Times New Roman"/>
          <w:sz w:val="24"/>
        </w:rPr>
        <w:t>I am not related to the principal by blood or marriage, or related to the attorneyinfact by blood or marriage. The principal has declared to me that this instrument is his power of attorney granting to the</w:t>
      </w:r>
      <w:r>
        <w:rPr>
          <w:rFonts w:ascii="Times New Roman" w:hAnsi="Times New Roman" w:eastAsia="Times New Roman" w:cs="Times New Roman"/>
          <w:sz w:val="24"/>
        </w:rPr>
        <w:t xml:space="preserve"> </w:t>
      </w:r>
      <w:r>
        <w:rPr>
          <w:rFonts w:ascii="Times New Roman" w:hAnsi="Times New Roman" w:eastAsia="Times New Roman" w:cs="Times New Roman"/>
          <w:sz w:val="24"/>
        </w:rPr>
        <w:t>named</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specified</w:t>
      </w:r>
      <w:r>
        <w:rPr>
          <w:rFonts w:ascii="Times New Roman" w:hAnsi="Times New Roman" w:eastAsia="Times New Roman" w:cs="Times New Roman"/>
          <w:sz w:val="24"/>
        </w:rPr>
        <w:t xml:space="preserve"> </w:t>
      </w:r>
      <w:r>
        <w:rPr>
          <w:rFonts w:ascii="Times New Roman" w:hAnsi="Times New Roman" w:eastAsia="Times New Roman" w:cs="Times New Roman"/>
          <w:sz w:val="24"/>
        </w:rPr>
        <w:t>herein,</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he</w:t>
      </w:r>
      <w:r>
        <w:rPr>
          <w:rFonts w:ascii="Times New Roman" w:hAnsi="Times New Roman" w:eastAsia="Times New Roman" w:cs="Times New Roman"/>
          <w:sz w:val="24"/>
        </w:rPr>
        <w:t xml:space="preserve"> </w:t>
      </w:r>
      <w:r>
        <w:rPr>
          <w:rFonts w:ascii="Times New Roman" w:hAnsi="Times New Roman" w:eastAsia="Times New Roman" w:cs="Times New Roman"/>
          <w:sz w:val="24"/>
        </w:rPr>
        <w:t>has</w:t>
      </w:r>
      <w:r>
        <w:rPr>
          <w:rFonts w:ascii="Times New Roman" w:hAnsi="Times New Roman" w:eastAsia="Times New Roman" w:cs="Times New Roman"/>
          <w:sz w:val="24"/>
        </w:rPr>
        <w:t xml:space="preserve"> </w:t>
      </w:r>
      <w:r>
        <w:rPr>
          <w:rFonts w:ascii="Times New Roman" w:hAnsi="Times New Roman" w:eastAsia="Times New Roman" w:cs="Times New Roman"/>
          <w:sz w:val="24"/>
        </w:rPr>
        <w:t>willingly</w:t>
      </w:r>
      <w:r>
        <w:rPr>
          <w:rFonts w:ascii="Times New Roman" w:hAnsi="Times New Roman" w:eastAsia="Times New Roman" w:cs="Times New Roman"/>
          <w:sz w:val="24"/>
        </w:rPr>
        <w:t xml:space="preserve"> </w:t>
      </w:r>
      <w:r>
        <w:rPr>
          <w:rFonts w:ascii="Times New Roman" w:hAnsi="Times New Roman" w:eastAsia="Times New Roman" w:cs="Times New Roman"/>
          <w:sz w:val="24"/>
        </w:rPr>
        <w:t>made</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exe cuted it as his free and voluntary act for the purposes herein </w:t>
      </w:r>
      <w:r>
        <w:rPr>
          <w:rFonts w:ascii="Times New Roman" w:hAnsi="Times New Roman" w:eastAsia="Times New Roman" w:cs="Times New Roman"/>
          <w:sz w:val="24"/>
        </w:rPr>
        <w:t xml:space="preserve"> </w:t>
      </w:r>
      <w:r>
        <w:rPr>
          <w:rFonts w:ascii="Times New Roman" w:hAnsi="Times New Roman" w:eastAsia="Times New Roman" w:cs="Times New Roman"/>
          <w:sz w:val="24"/>
        </w:rPr>
        <w:t>expressed.</w:t>
      </w:r>
    </w:p>
    <w:p>
      <w:pPr>
        <w:spacing w:before="12" w:after="0"/>
      </w:pPr>
      <w:r>
        <w:rPr>
          <w:rFonts w:ascii="Times New Roman" w:hAnsi="Times New Roman" w:eastAsia="Times New Roman" w:cs="Times New Roman"/>
          <w:sz w:val="24"/>
        </w:rPr>
        <w:t>Witness:</w:t>
      </w:r>
      <w:r>
        <w:rPr>
          <w:rFonts w:ascii="Times New Roman" w:hAnsi="Times New Roman" w:eastAsia="Times New Roman" w:cs="Times New Roman"/>
          <w:sz w:val="24"/>
        </w:rPr>
        <w:t xml:space="preserve"> </w:t>
      </w:r>
      <w:r>
        <w:rPr>
          <w:rFonts w:ascii="Times New Roman" w:hAnsi="Times New Roman" w:eastAsia="Times New Roman" w:cs="Times New Roman"/>
          <w:b w:val="0"/>
          <w:sz w:val="24"/>
        </w:rPr>
        <w:t xml:space="preserve"> </w:t>
        <w:tab/>
      </w:r>
    </w:p>
    <w:p>
      <w:pPr>
        <w:spacing w:before="1" w:after="0"/>
      </w:pPr>
    </w:p>
    <w:p>
      <w:pPr/>
      <w:r>
        <w:rPr>
          <w:rFonts w:ascii="Times New Roman" w:hAnsi="Times New Roman" w:eastAsia="Times New Roman" w:cs="Times New Roman"/>
          <w:b/>
          <w:sz w:val="24"/>
        </w:rPr>
        <w:t>Witness:</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 </w:t>
        <w:tab/>
      </w:r>
    </w:p>
    <w:p>
      <w:pPr/>
    </w:p>
    <w:p>
      <w:pPr/>
      <w:r>
        <w:rPr>
          <w:rFonts w:ascii="Times New Roman" w:hAnsi="Times New Roman" w:eastAsia="Times New Roman" w:cs="Times New Roman"/>
          <w:sz w:val="24"/>
        </w:rPr>
        <w:t xml:space="preserve">STATE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OKLAHOMA</w:t>
      </w:r>
    </w:p>
    <w:p>
      <w:pPr>
        <w:spacing w:before="0" w:after="0"/>
      </w:pPr>
      <w:r>
        <w:rPr>
          <w:rFonts w:ascii="Times New Roman" w:hAnsi="Times New Roman" w:eastAsia="Times New Roman" w:cs="Times New Roman"/>
          <w:sz w:val="24"/>
        </w:rPr>
        <w:t>)</w:t>
      </w:r>
    </w:p>
    <w:p>
      <w:pPr>
        <w:spacing w:before="8" w:after="0"/>
      </w:pPr>
      <w:r>
        <w:rPr>
          <w:rFonts w:ascii="Times New Roman" w:hAnsi="Times New Roman" w:eastAsia="Times New Roman" w:cs="Times New Roman"/>
          <w:sz w:val="24"/>
        </w:rPr>
        <w:t>)</w:t>
        <w:tab/>
        <w:t>SS.</w:t>
      </w:r>
    </w:p>
    <w:p>
      <w:pPr/>
    </w:p>
    <w:p>
      <w:pPr>
        <w:spacing w:before="8"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[COUNTY]</w:t>
      </w:r>
      <w:r>
        <w:rPr>
          <w:rFonts w:ascii="Times New Roman" w:hAnsi="Times New Roman" w:eastAsia="Times New Roman" w:cs="Times New Roman"/>
          <w:sz w:val="24"/>
        </w:rPr>
        <w:t>)</w:t>
      </w:r>
    </w:p>
    <w:p>
      <w:pPr>
        <w:spacing w:before="7" w:after="0"/>
      </w:pPr>
    </w:p>
    <w:p>
      <w:pPr>
        <w:spacing w:before="69" w:after="0"/>
      </w:pPr>
      <w:r>
        <w:rPr>
          <w:rFonts w:ascii="Times New Roman" w:hAnsi="Times New Roman" w:eastAsia="Times New Roman" w:cs="Times New Roman"/>
          <w:sz w:val="24"/>
        </w:rPr>
        <w:t>Before me, the undersigned authority,</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personally</w:t>
      </w:r>
      <w:r>
        <w:rPr>
          <w:rFonts w:ascii="Times New Roman" w:hAnsi="Times New Roman" w:eastAsia="Times New Roman" w:cs="Times New Roman"/>
          <w:sz w:val="24"/>
        </w:rPr>
        <w:t xml:space="preserve"> </w:t>
      </w:r>
      <w:r>
        <w:rPr>
          <w:rFonts w:ascii="Times New Roman" w:hAnsi="Times New Roman" w:eastAsia="Times New Roman" w:cs="Times New Roman"/>
          <w:sz w:val="24"/>
        </w:rPr>
        <w:t>appeared</w:t>
      </w:r>
    </w:p>
    <w:p>
      <w:pPr>
        <w:spacing w:line="247"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(witness), and</w:t>
      </w:r>
      <w:r>
        <w:rPr>
          <w:rFonts w:ascii="Times New Roman" w:hAnsi="Times New Roman" w:eastAsia="Times New Roman" w:cs="Times New Roman"/>
          <w:sz w:val="24"/>
        </w:rPr>
        <w:t xml:space="preserve"> </w:t>
        <w:tab/>
      </w:r>
      <w:r>
        <w:rPr>
          <w:rFonts w:ascii="Times New Roman" w:hAnsi="Times New Roman" w:eastAsia="Times New Roman" w:cs="Times New Roman"/>
          <w:sz w:val="24"/>
        </w:rPr>
        <w:t>[NAME]</w:t>
      </w:r>
      <w:r>
        <w:rPr>
          <w:rFonts w:ascii="Times New Roman" w:hAnsi="Times New Roman" w:eastAsia="Times New Roman" w:cs="Times New Roman"/>
          <w:sz w:val="24"/>
        </w:rPr>
        <w:t xml:space="preserve"> (witness), whose names are subscribed to the</w:t>
      </w:r>
      <w:r>
        <w:rPr>
          <w:rFonts w:ascii="Times New Roman" w:hAnsi="Times New Roman" w:eastAsia="Times New Roman" w:cs="Times New Roman"/>
          <w:sz w:val="24"/>
        </w:rPr>
        <w:t xml:space="preserve"> </w:t>
      </w:r>
      <w:r>
        <w:rPr>
          <w:rFonts w:ascii="Times New Roman" w:hAnsi="Times New Roman" w:eastAsia="Times New Roman" w:cs="Times New Roman"/>
          <w:sz w:val="24"/>
        </w:rPr>
        <w:t>foregoing</w:t>
      </w:r>
      <w:r>
        <w:rPr>
          <w:rFonts w:ascii="Times New Roman" w:hAnsi="Times New Roman" w:eastAsia="Times New Roman" w:cs="Times New Roman"/>
          <w:sz w:val="24"/>
        </w:rPr>
        <w:t xml:space="preserve"> </w:t>
      </w:r>
      <w:r>
        <w:rPr>
          <w:rFonts w:ascii="Times New Roman" w:hAnsi="Times New Roman" w:eastAsia="Times New Roman" w:cs="Times New Roman"/>
          <w:sz w:val="24"/>
        </w:rPr>
        <w:t>instru ment in their respective capacities, and all of said persons being by me duly sworn, the principal declared to  me and to the said witnesses in my presence that the instrument is his or her power of attorney, and that the principal has willingly and voluntarily made and executed it as the free act and deed of the principal for the purposes therein expressed, and the witnesses declared to me that they were each eighteen (18) years of age or over,</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neither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them</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related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r>
      <w:r>
        <w:rPr>
          <w:rFonts w:ascii="Times New Roman" w:hAnsi="Times New Roman" w:eastAsia="Times New Roman" w:cs="Times New Roman"/>
          <w:sz w:val="24"/>
        </w:rPr>
        <w:t xml:space="preserve"> </w:t>
      </w:r>
      <w:r>
        <w:rPr>
          <w:rFonts w:ascii="Times New Roman" w:hAnsi="Times New Roman" w:eastAsia="Times New Roman" w:cs="Times New Roman"/>
          <w:sz w:val="24"/>
        </w:rPr>
        <w:t>blood</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marriage,</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related</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 by blood or</w:t>
      </w:r>
      <w:r>
        <w:rPr>
          <w:rFonts w:ascii="Times New Roman" w:hAnsi="Times New Roman" w:eastAsia="Times New Roman" w:cs="Times New Roman"/>
          <w:sz w:val="24"/>
        </w:rPr>
        <w:t xml:space="preserve"> </w:t>
      </w:r>
      <w:r>
        <w:rPr>
          <w:rFonts w:ascii="Times New Roman" w:hAnsi="Times New Roman" w:eastAsia="Times New Roman" w:cs="Times New Roman"/>
          <w:sz w:val="24"/>
        </w:rPr>
        <w:t>marriage.</w:t>
      </w:r>
    </w:p>
    <w:p>
      <w:pPr/>
    </w:p>
    <w:p>
      <w:pPr>
        <w:spacing w:before="3" w:after="0"/>
      </w:pPr>
    </w:p>
    <w:p>
      <w:pPr>
        <w:spacing w:line="20" w:lineRule="exact"/>
      </w:pPr>
    </w:p>
    <w:p>
      <w:pPr>
        <w:spacing w:before="26" w:after="0"/>
        <w:jc w:val="center"/>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p>
    <w:p>
      <w:pPr>
        <w:spacing w:before="58" w:after="0" w:line="247" w:lineRule="auto"/>
      </w:pPr>
      <w:r>
        <w:rPr>
          <w:rFonts w:ascii="Times New Roman" w:hAnsi="Times New Roman" w:eastAsia="Times New Roman" w:cs="Times New Roman"/>
          <w:sz w:val="24"/>
        </w:rPr>
        <w:t>By accepting or acting under the appointment, the agent assumes the fiduciary and other legal responsibilities of an</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