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b/>
          <w:sz w:val="24"/>
        </w:rPr>
        <w:t>OKLAHOMA GENERAL POWER OF ATTORNEY</w:t>
      </w:r>
    </w:p>
    <w:p>
      <w:pPr/>
    </w:p>
    <w:p>
      <w:pPr>
        <w:jc w:val="center"/>
      </w:pPr>
      <w:r>
        <w:rPr>
          <w:rFonts w:ascii="Times New Roman" w:hAnsi="Times New Roman" w:eastAsia="Times New Roman" w:cs="Times New Roman"/>
          <w:b/>
          <w:sz w:val="24"/>
        </w:rPr>
        <w:t>IMPORTANT INFORMATION</w:t>
      </w:r>
    </w:p>
    <w:p>
      <w:pPr>
        <w:jc w:val="center"/>
      </w:pPr>
    </w:p>
    <w:p>
      <w:pPr/>
      <w:r>
        <w:rPr>
          <w:rFonts w:ascii="Times New Roman" w:hAnsi="Times New Roman" w:eastAsia="Times New Roman" w:cs="Times New Roman"/>
          <w:sz w:val="24"/>
        </w:rPr>
        <w:t xml:space="preserve">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 </w:t>
      </w:r>
      <w:r>
        <w:rPr>
          <w:rFonts w:ascii="Times New Roman" w:hAnsi="Times New Roman" w:eastAsia="Times New Roman" w:cs="Times New Roman"/>
          <w:sz w:val="24"/>
        </w:rPr>
        <w:t>Section 3001 et seq. of Title 58 of the Oklahoma Statutes</w:t>
      </w:r>
      <w:r>
        <w:rPr>
          <w:rFonts w:ascii="Times New Roman" w:hAnsi="Times New Roman" w:eastAsia="Times New Roman" w:cs="Times New Roman"/>
          <w:sz w:val="24"/>
        </w:rPr>
        <w:t>.</w:t>
      </w:r>
    </w:p>
    <w:p>
      <w:pPr/>
    </w:p>
    <w:p>
      <w:pPr/>
      <w:r>
        <w:rPr>
          <w:rFonts w:ascii="Times New Roman" w:hAnsi="Times New Roman" w:eastAsia="Times New Roman" w:cs="Times New Roman"/>
          <w:sz w:val="24"/>
        </w:rPr>
        <w:t>This power of attorney does not authorize the agent to make health 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p>
    <w:p>
      <w:pPr/>
      <w:r>
        <w:rPr>
          <w:rFonts w:ascii="Times New Roman" w:hAnsi="Times New Roman" w:eastAsia="Times New Roman" w:cs="Times New Roman"/>
          <w:sz w:val="24"/>
        </w:rPr>
        <w:t>Your agent is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r>
        <w:rPr>
          <w:rFonts w:ascii="Times New Roman" w:hAnsi="Times New Roman" w:eastAsia="Times New Roman" w:cs="Times New Roman"/>
          <w:sz w:val="24"/>
        </w:rPr>
        <w:t>This power of attorney becomes effective immediately unless you state otherwise in the Special Instructions.</w:t>
      </w:r>
    </w:p>
    <w:p>
      <w:pPr/>
    </w:p>
    <w:p>
      <w:pPr/>
      <w:r>
        <w:rPr>
          <w:rFonts w:ascii="Times New Roman" w:hAnsi="Times New Roman" w:eastAsia="Times New Roman" w:cs="Times New Roman"/>
          <w:sz w:val="24"/>
        </w:rPr>
        <w:t>If you have questions about the power of attorney or the authority you are granting to your agent, you should seek legal advice before signing this form.</w:t>
      </w:r>
    </w:p>
    <w:p>
      <w:pPr/>
    </w:p>
    <w:p>
      <w:pPr>
        <w:jc w:val="center"/>
      </w:pPr>
      <w:r>
        <w:rPr>
          <w:rFonts w:ascii="Times New Roman" w:hAnsi="Times New Roman" w:eastAsia="Times New Roman" w:cs="Times New Roman"/>
          <w:b/>
          <w:sz w:val="24"/>
        </w:rPr>
        <w:t>DESIGNATION OF AGENT</w:t>
      </w:r>
    </w:p>
    <w:p>
      <w:pPr/>
    </w:p>
    <w:p>
      <w:pPr>
        <w:spacing w:line="360" w:lineRule="auto"/>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name the following person as my agent:</w:t>
      </w:r>
    </w:p>
    <w:p>
      <w:pPr>
        <w:spacing w:line="360" w:lineRule="auto"/>
      </w:pPr>
    </w:p>
    <w:p>
      <w:pPr>
        <w:spacing w:line="360" w:lineRule="auto"/>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w:t>
      </w:r>
    </w:p>
    <w:p>
      <w:pPr>
        <w:spacing w:line="360" w:lineRule="auto"/>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[ADDRESS]</w:t>
      </w:r>
    </w:p>
    <w:p>
      <w:pPr>
        <w:spacing w:line="360" w:lineRule="auto"/>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[NUMBER]</w:t>
      </w:r>
    </w:p>
    <w:p>
      <w:pPr>
        <w:spacing w:line="360" w:lineRule="auto"/>
      </w:pPr>
    </w:p>
    <w:p>
      <w:pPr>
        <w:jc w:val="center"/>
      </w:pPr>
      <w:r>
        <w:rPr>
          <w:rFonts w:ascii="Times New Roman" w:hAnsi="Times New Roman" w:eastAsia="Times New Roman" w:cs="Times New Roman"/>
          <w:b/>
          <w:sz w:val="24"/>
        </w:rPr>
        <w:t>DESIGNATION OF SUCCESSOR AGENT(S) (OPTIONAL)</w:t>
      </w:r>
    </w:p>
    <w:p>
      <w:pPr>
        <w:jc w:val="center"/>
      </w:pPr>
    </w:p>
    <w:p>
      <w:pPr/>
    </w:p>
    <w:p>
      <w:pPr>
        <w:jc w:val="center"/>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 xml:space="preserve">I grant my agent and any successor agent general authority to act for me with respect to the following subjects as defined in the Uniform Power of Attorney Act, </w:t>
      </w:r>
      <w:r>
        <w:rPr>
          <w:rFonts w:ascii="Times New Roman" w:hAnsi="Times New Roman" w:eastAsia="Times New Roman" w:cs="Times New Roman"/>
          <w:sz w:val="24"/>
        </w:rPr>
        <w:t>Section 3001 et seq. of Title 58 of the Oklahoma Statutes</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Real Property</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Tangible Personal Property</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Stocks and Bonds</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Commodities and Options</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Banks and Other Financial Institutions</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Operation of Entity or Business</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Insurance and Annuities</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Estates, Trusts and Other Beneficial Interests</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Claims and Litigation</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Personal and Family Maintenance</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Benefits from Governmental Programs or Civil or Military Service</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Retirement Plans</w:t>
      </w:r>
    </w:p>
    <w:p>
      <w:pPr>
        <w:spacing w:line="275" w:lineRule="exact"/>
      </w:pPr>
      <w:r>
        <w:rPr>
          <w:rFonts w:ascii="Times New Roman" w:hAnsi="Times New Roman" w:eastAsia="Times New Roman" w:cs="Times New Roman"/>
          <w:sz w:val="24"/>
        </w:rPr>
        <w:t xml:space="preserve"> </w:t>
      </w:r>
    </w:p>
    <w:p>
      <w:pPr>
        <w:spacing w:line="275" w:lineRule="exact"/>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Taxes</w:t>
      </w:r>
    </w:p>
    <w:p>
      <w:pPr>
        <w:spacing w:line="275" w:lineRule="exact"/>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All Preceding Subjects</w:t>
      </w:r>
    </w:p>
    <w:p>
      <w:pPr/>
    </w:p>
    <w:p>
      <w:pPr>
        <w:jc w:val="center"/>
      </w:pPr>
      <w:r>
        <w:rPr>
          <w:rFonts w:ascii="Times New Roman" w:hAnsi="Times New Roman" w:eastAsia="Times New Roman" w:cs="Times New Roman"/>
          <w:b/>
          <w:sz w:val="24"/>
        </w:rPr>
        <w:t>LIMITATION ON AGENT’S AUTHORITY</w:t>
      </w:r>
    </w:p>
    <w:p>
      <w:pPr/>
    </w:p>
    <w:p>
      <w:pPr>
        <w:spacing w:line="275" w:lineRule="exact"/>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jc w:val="center"/>
      </w:pPr>
      <w:r>
        <w:rPr>
          <w:rFonts w:ascii="Times New Roman" w:hAnsi="Times New Roman" w:eastAsia="Times New Roman" w:cs="Times New Roman"/>
          <w:b/>
          <w:sz w:val="24"/>
        </w:rPr>
        <w:t>SPECIAL INSTRUCTIONS (OPTIONAL)</w:t>
      </w:r>
    </w:p>
    <w:p>
      <w:pPr/>
    </w:p>
    <w:p>
      <w:pPr/>
      <w:r>
        <w:rPr>
          <w:rFonts w:ascii="Times New Roman" w:hAnsi="Times New Roman" w:eastAsia="Times New Roman" w:cs="Times New Roman"/>
          <w:sz w:val="24"/>
        </w:rPr>
        <w:t>On the following lines are any special instructions limiting or extending the powers I give to my attorney-in-fact (Write “None” if no additional instructions are given):</w:t>
      </w:r>
    </w:p>
    <w:p>
      <w:pPr/>
    </w:p>
    <w:p>
      <w:pPr/>
      <w:r>
        <w:rPr>
          <w:rFonts w:ascii="Times New Roman" w:hAnsi="Times New Roman" w:eastAsia="Times New Roman" w:cs="Times New Roman"/>
          <w:sz w:val="24"/>
        </w:rPr>
        <w:t>[INSTRUCTIONS]</w:t>
      </w:r>
    </w:p>
    <w:p>
      <w:pPr/>
    </w:p>
    <w:p>
      <w:pPr>
        <w:jc w:val="center"/>
      </w:pPr>
      <w:r>
        <w:rPr>
          <w:rFonts w:ascii="Times New Roman" w:hAnsi="Times New Roman" w:eastAsia="Times New Roman" w:cs="Times New Roman"/>
          <w:b/>
          <w:sz w:val="24"/>
        </w:rPr>
        <w:t>RELIANCE ON THIS POWER OF ATTORNEY</w:t>
      </w:r>
    </w:p>
    <w:p>
      <w:pPr/>
    </w:p>
    <w:p>
      <w:pPr>
        <w:spacing w:line="275" w:lineRule="exact"/>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spacing w:line="275" w:lineRule="exact"/>
      </w:pPr>
    </w:p>
    <w:p>
      <w:pPr>
        <w:jc w:val="center"/>
      </w:pPr>
      <w:r>
        <w:rPr>
          <w:rFonts w:ascii="Times New Roman" w:hAnsi="Times New Roman" w:eastAsia="Times New Roman" w:cs="Times New Roman"/>
          <w:b/>
          <w:sz w:val="24"/>
        </w:rPr>
        <w:t>EFFECTIVE DATE AND TERMINATION</w:t>
      </w:r>
    </w:p>
    <w:p>
      <w:pPr>
        <w:spacing w:line="276" w:lineRule="auto"/>
      </w:pPr>
      <w:r>
        <w:rPr>
          <w:rFonts w:ascii="Times New Roman" w:hAnsi="Times New Roman" w:eastAsia="Times New Roman" w:cs="Times New Roman"/>
          <w:sz w:val="24"/>
        </w:rPr>
        <w:t>To indicate when this document shall become effective, initial one of the following:</w:t>
      </w:r>
    </w:p>
    <w:p>
      <w:pPr>
        <w:spacing w:line="276"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Upon the date of this document with my authorization.</w:t>
      </w:r>
    </w:p>
    <w:p>
      <w:pPr>
        <w:spacing w:line="276"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The following date </w:t>
      </w:r>
      <w:r>
        <w:rPr>
          <w:rFonts w:ascii="Times New Roman" w:hAnsi="Times New Roman" w:eastAsia="Times New Roman" w:cs="Times New Roman"/>
          <w:sz w:val="24"/>
        </w:rPr>
        <w:t>[DATE]</w:t>
      </w:r>
    </w:p>
    <w:p>
      <w:pPr>
        <w:spacing w:line="276" w:lineRule="auto"/>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spacing w:line="276"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On the following date </w:t>
      </w:r>
      <w:r>
        <w:rPr>
          <w:rFonts w:ascii="Times New Roman" w:hAnsi="Times New Roman" w:eastAsia="Times New Roman" w:cs="Times New Roman"/>
          <w:sz w:val="24"/>
        </w:rPr>
        <w:t>[DATE]</w:t>
      </w:r>
    </w:p>
    <w:p>
      <w:pPr>
        <w:spacing w:line="276"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When I have made a written revocation.</w:t>
      </w:r>
    </w:p>
    <w:p>
      <w:pPr>
        <w:spacing w:line="276" w:lineRule="auto"/>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When and if I become incapacitated and unable to make decisions as determined by a physician.</w:t>
      </w:r>
    </w:p>
    <w:p>
      <w:pPr>
        <w:spacing w:line="275" w:lineRule="exact"/>
      </w:pPr>
    </w:p>
    <w:p>
      <w:pPr>
        <w:spacing w:line="275" w:lineRule="exact"/>
        <w:jc w:val="center"/>
      </w:pPr>
      <w:r>
        <w:rPr>
          <w:rFonts w:ascii="Times New Roman" w:hAnsi="Times New Roman" w:eastAsia="Times New Roman" w:cs="Times New Roman"/>
          <w:b/>
          <w:sz w:val="24"/>
        </w:rPr>
        <w:t>SIGNATURE AND ACKNOWLEDGMENT</w:t>
      </w:r>
    </w:p>
    <w:p>
      <w:pPr>
        <w:spacing w:line="275" w:lineRule="exact"/>
        <w:jc w:val="center"/>
      </w:pPr>
    </w:p>
    <w:p>
      <w:pPr>
        <w:spacing w:line="275" w:lineRule="exact"/>
      </w:pPr>
      <w:r>
        <w:rPr>
          <w:rFonts w:ascii="Times New Roman" w:hAnsi="Times New Roman" w:eastAsia="Times New Roman" w:cs="Times New Roman"/>
          <w:sz w:val="24"/>
        </w:rPr>
        <w:t xml:space="preserve">_________________________________    </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spacing w:line="275" w:lineRule="exact"/>
      </w:pPr>
      <w:r>
        <w:rPr>
          <w:rFonts w:ascii="Times New Roman" w:hAnsi="Times New Roman" w:eastAsia="Times New Roman" w:cs="Times New Roman"/>
          <w:sz w:val="24"/>
        </w:rPr>
        <w:t>Your Signature                                               Date</w:t>
      </w:r>
    </w:p>
    <w:p>
      <w:pPr>
        <w:spacing w:line="275" w:lineRule="exact"/>
        <w:jc w:val="center"/>
      </w:pPr>
    </w:p>
    <w:p>
      <w:pPr>
        <w:spacing w:line="275" w:lineRule="exact"/>
        <w:jc w:val="center"/>
      </w:pPr>
    </w:p>
    <w:p>
      <w:pPr>
        <w:spacing w:line="275" w:lineRule="exact"/>
      </w:pPr>
      <w:r>
        <w:rPr>
          <w:rFonts w:ascii="Times New Roman" w:hAnsi="Times New Roman" w:eastAsia="Times New Roman" w:cs="Times New Roman"/>
          <w:sz w:val="24"/>
        </w:rPr>
        <w:t>[NAME]</w:t>
      </w:r>
    </w:p>
    <w:p>
      <w:pPr>
        <w:spacing w:line="275" w:lineRule="exact"/>
      </w:pPr>
      <w:r>
        <w:rPr>
          <w:rFonts w:ascii="Times New Roman" w:hAnsi="Times New Roman" w:eastAsia="Times New Roman" w:cs="Times New Roman"/>
          <w:sz w:val="24"/>
        </w:rPr>
        <w:t xml:space="preserve">Your Name Printed  </w:t>
      </w:r>
    </w:p>
    <w:p>
      <w:pPr>
        <w:spacing w:line="275" w:lineRule="exact"/>
      </w:pPr>
    </w:p>
    <w:p>
      <w:pPr>
        <w:spacing w:line="275" w:lineRule="exact"/>
      </w:pPr>
    </w:p>
    <w:p>
      <w:pPr>
        <w:spacing w:line="275" w:lineRule="exact"/>
      </w:pPr>
      <w:r>
        <w:rPr>
          <w:rFonts w:ascii="Times New Roman" w:hAnsi="Times New Roman" w:eastAsia="Times New Roman" w:cs="Times New Roman"/>
          <w:sz w:val="24"/>
        </w:rPr>
        <w:t>[ADDRESS]</w:t>
      </w:r>
      <w:r>
        <w:rPr>
          <w:rFonts w:ascii="Times New Roman" w:hAnsi="Times New Roman" w:eastAsia="Times New Roman" w:cs="Times New Roman"/>
          <w:sz w:val="24"/>
        </w:rPr>
        <w:tab/>
        <w:tab/>
        <w:t xml:space="preserve"> </w:t>
      </w:r>
    </w:p>
    <w:p>
      <w:pPr>
        <w:spacing w:line="275" w:lineRule="exact"/>
      </w:pPr>
      <w:r>
        <w:rPr>
          <w:rFonts w:ascii="Times New Roman" w:hAnsi="Times New Roman" w:eastAsia="Times New Roman" w:cs="Times New Roman"/>
          <w:sz w:val="24"/>
        </w:rPr>
        <w:t xml:space="preserve">Your Address                                                </w:t>
      </w:r>
    </w:p>
    <w:p>
      <w:pPr>
        <w:spacing w:line="275" w:lineRule="exact"/>
      </w:pPr>
      <w:r>
        <w:rPr>
          <w:rFonts w:ascii="Times New Roman" w:hAnsi="Times New Roman" w:eastAsia="Times New Roman" w:cs="Times New Roman"/>
          <w:sz w:val="24"/>
        </w:rPr>
        <w:t>[NUMBER]</w:t>
      </w:r>
    </w:p>
    <w:p>
      <w:pPr>
        <w:spacing w:line="275" w:lineRule="exact"/>
      </w:pPr>
      <w:r>
        <w:rPr>
          <w:rFonts w:ascii="Times New Roman" w:hAnsi="Times New Roman" w:eastAsia="Times New Roman" w:cs="Times New Roman"/>
          <w:sz w:val="24"/>
        </w:rPr>
        <w:t>Your Telephone Number</w:t>
      </w:r>
    </w:p>
    <w:p>
      <w:pPr>
        <w:spacing w:line="275" w:lineRule="exact"/>
      </w:pPr>
    </w:p>
    <w:p>
      <w:pPr/>
      <w:r>
        <w:rPr>
          <w:rFonts w:ascii="Times New Roman" w:hAnsi="Times New Roman" w:eastAsia="Times New Roman" w:cs="Times New Roman"/>
          <w:sz w:val="24"/>
        </w:rPr>
        <w:t>STATE OF OKLAHOMA</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Before me, the undersigned authority, on [DATE]</w:t>
      </w:r>
    </w:p>
    <w:p>
      <w:pPr>
        <w:spacing w:line="276" w:lineRule="auto"/>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personally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(Principal), whose name is subscribed to the foregoing instrument in his or her respective capacities, and said person being by me duly sworn, the principal declared to me that the instrument is his or her power of attorney, and that the principal has willingly and voluntarily made and executed it as the free act and deed of the principal for the purposes therein expressed.</w:t>
      </w:r>
    </w:p>
    <w:p>
      <w:pPr/>
    </w:p>
    <w:p>
      <w:pPr/>
      <w:r>
        <w:rPr>
          <w:rFonts w:ascii="Times New Roman" w:hAnsi="Times New Roman" w:eastAsia="Times New Roman" w:cs="Times New Roman"/>
          <w:sz w:val="24"/>
        </w:rPr>
        <w:t>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spacing w:line="275" w:lineRule="exact"/>
      </w:pPr>
    </w:p>
    <w:p>
      <w:pPr>
        <w:spacing w:line="275" w:lineRule="exact"/>
      </w:pPr>
      <w:r>
        <w:rPr>
          <w:rFonts w:ascii="Times New Roman" w:hAnsi="Times New Roman" w:eastAsia="Times New Roman" w:cs="Times New Roman"/>
          <w:sz w:val="24"/>
        </w:rPr>
        <w:t xml:space="preserve">                                     </w:t>
      </w:r>
    </w:p>
    <w:p>
      <w:pPr>
        <w:spacing w:line="276" w:lineRule="auto"/>
        <w:jc w:val="center"/>
      </w:pPr>
      <w:r>
        <w:rPr>
          <w:rFonts w:ascii="Times New Roman" w:hAnsi="Times New Roman" w:eastAsia="Times New Roman" w:cs="Times New Roman"/>
          <w:b/>
          <w:sz w:val="24"/>
        </w:rPr>
        <w:t>IMPORTANT INFORMATION FOR AGENT</w:t>
      </w:r>
    </w:p>
    <w:p>
      <w:pPr>
        <w:spacing w:line="276" w:lineRule="auto"/>
      </w:pPr>
      <w:r>
        <w:rPr>
          <w:rFonts w:ascii="Times New Roman" w:hAnsi="Times New Roman" w:eastAsia="Times New Roman" w:cs="Times New Roman"/>
          <w:sz w:val="24"/>
        </w:rPr>
        <w:t xml:space="preserve"> </w:t>
      </w:r>
    </w:p>
    <w:p>
      <w:pPr>
        <w:spacing w:line="276" w:lineRule="auto"/>
        <w:jc w:val="center"/>
      </w:pPr>
      <w:r>
        <w:rPr>
          <w:rFonts w:ascii="Times New Roman" w:hAnsi="Times New Roman" w:eastAsia="Times New Roman" w:cs="Times New Roman"/>
          <w:sz w:val="24"/>
        </w:rPr>
        <w:t>Agent's Duties</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1. Do what you know the principal reasonably expects you to do with the principal's property or, if you do not know the principal's expectations, act in the principal's best interest;</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2. Act in good faith;</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3. Do nothing beyond the authority granted in this power of attorney; and</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4. Disclose your identity as an agent whenever you act for the principal by writing or printing the name of the principal and signing your own name as “agent” in the following manner:</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(Principal's Name) by (Your Signature) as Agent</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Unless the Special Instructions in this power of attorney state otherwise, you must also:</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1. Act loyally for the principal's benefit;</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2. Avoid conflicts that would impair your ability to act in the principal's best interest;</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3. Act with care, competence and diligence;</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4. Keep a record of all receipts, disbursements and transactions made on behalf of the principal;</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5. Cooperate with any person that has authority to make health care decisions for the principal to do what you know the principal reasonably expects or, if you do not know the principal's expectations, to act in the principal's best interest; and</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6. Attempt to preserve the principal's estate plan if you know the plan and preserving the plan is consistent with the principal's best interest.</w:t>
      </w:r>
    </w:p>
    <w:p>
      <w:pPr>
        <w:spacing w:line="276" w:lineRule="auto"/>
      </w:pPr>
      <w:r>
        <w:rPr>
          <w:rFonts w:ascii="Times New Roman" w:hAnsi="Times New Roman" w:eastAsia="Times New Roman" w:cs="Times New Roman"/>
          <w:sz w:val="24"/>
        </w:rPr>
        <w:t xml:space="preserve"> </w:t>
      </w:r>
    </w:p>
    <w:p>
      <w:pPr>
        <w:spacing w:line="276" w:lineRule="auto"/>
        <w:jc w:val="center"/>
      </w:pPr>
      <w:r>
        <w:rPr>
          <w:rFonts w:ascii="Times New Roman" w:hAnsi="Times New Roman" w:eastAsia="Times New Roman" w:cs="Times New Roman"/>
          <w:sz w:val="24"/>
        </w:rPr>
        <w:t>Termination of Agent's Authority</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1. Death of the principal;</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2. The principal's revocation of the power of attorney or your authority;</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3. The occurrence of a termination event stated in the power of attorney;</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4. The purpose of the power of attorney is fully accomplished; or</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5. If you are married to the principal, a legal action is filed with a court to end your marriage, or for your legal separation, unless the Special Instructions in this power of attorney state that such an action will not terminate your authority.</w:t>
      </w:r>
    </w:p>
    <w:p>
      <w:pPr>
        <w:spacing w:line="276" w:lineRule="auto"/>
      </w:pPr>
      <w:r>
        <w:rPr>
          <w:rFonts w:ascii="Times New Roman" w:hAnsi="Times New Roman" w:eastAsia="Times New Roman" w:cs="Times New Roman"/>
          <w:sz w:val="24"/>
        </w:rPr>
        <w:t xml:space="preserve"> </w:t>
      </w:r>
    </w:p>
    <w:p>
      <w:pPr>
        <w:spacing w:line="276" w:lineRule="auto"/>
        <w:jc w:val="center"/>
      </w:pPr>
      <w:r>
        <w:rPr>
          <w:rFonts w:ascii="Times New Roman" w:hAnsi="Times New Roman" w:eastAsia="Times New Roman" w:cs="Times New Roman"/>
          <w:sz w:val="24"/>
        </w:rPr>
        <w:t>Liability of Agent</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The meaning of the authority granted to you is defined in the Uniform Power of Attorney Act, Section 3001 et seq. of Title 58 of the Oklahoma Statutes. If you violate the Uniform Power of Attorney Act, Section 3001 et seq. of Title 58 of the Oklahoma Statutes, or act outside the authority granted, you may be liable for any damages caused by your violation.</w:t>
      </w:r>
    </w:p>
    <w:p>
      <w:pPr>
        <w:spacing w:line="276" w:lineRule="auto"/>
      </w:pPr>
      <w:r>
        <w:rPr>
          <w:rFonts w:ascii="Times New Roman" w:hAnsi="Times New Roman" w:eastAsia="Times New Roman" w:cs="Times New Roman"/>
          <w:sz w:val="24"/>
        </w:rPr>
        <w:t xml:space="preserve"> </w:t>
      </w:r>
    </w:p>
    <w:p>
      <w:pPr>
        <w:spacing w:line="276" w:lineRule="auto"/>
      </w:pPr>
      <w:r>
        <w:rPr>
          <w:rFonts w:ascii="Times New Roman" w:hAnsi="Times New Roman" w:eastAsia="Times New Roman" w:cs="Times New Roman"/>
          <w:sz w:val="24"/>
        </w:rPr>
        <w:t>If there is anything about this document or your duties that you do not understand, you should seek legal advice.</w:t>
      </w:r>
    </w:p>
    <w:p>
      <w:pPr>
        <w:spacing w:line="276" w:lineRule="auto"/>
      </w:pPr>
    </w:p>
    <w:p>
      <w:pPr>
        <w:spacing w:line="275" w:lineRule="exact"/>
      </w:pPr>
      <w:r>
        <w:rPr>
          <w:rFonts w:ascii="Times New Roman" w:hAnsi="Times New Roman" w:eastAsia="Times New Roman" w:cs="Times New Roman"/>
          <w:sz w:val="24"/>
        </w:rP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