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40" w:line="360" w:lineRule="exact"/>
        <w:jc w:val="center"/>
      </w:pPr>
      <w:r>
        <w:rPr>
          <w:rFonts w:ascii="Times New Roman" w:hAnsi="Times New Roman" w:eastAsia="Times New Roman" w:cs="Times New Roman"/>
          <w:b/>
          <w:sz w:val="24"/>
        </w:rPr>
        <w:t>Statutory Form for Power of Attorney to Delegate Parental or Legal Custodian Powers</w:t>
      </w:r>
    </w:p>
    <w:p>
      <w:pPr>
        <w:spacing w:before="120" w:after="240" w:line="360" w:lineRule="exact"/>
      </w:pPr>
      <w:r>
        <w:rPr>
          <w:rFonts w:ascii="Times New Roman" w:hAnsi="Times New Roman" w:eastAsia="Times New Roman" w:cs="Times New Roman"/>
          <w:sz w:val="24"/>
        </w:rPr>
        <w:t>1. "I certify that I am the parent or legal custodian of:</w:t>
      </w:r>
    </w:p>
    <w:p>
      <w:pPr>
        <w:spacing w:before="120" w:after="240" w:line="360" w:lineRule="exact"/>
      </w:pPr>
      <w:r>
        <w:rPr>
          <w:rFonts w:ascii="Times New Roman" w:hAnsi="Times New Roman" w:eastAsia="Times New Roman" w:cs="Times New Roman"/>
          <w:sz w:val="24"/>
        </w:rPr>
        <w:t>[NAME, BIRTHDATE]</w:t>
      </w:r>
    </w:p>
    <w:p>
      <w:pPr>
        <w:spacing w:before="120" w:after="240" w:line="360" w:lineRule="exact"/>
      </w:pPr>
      <w:r>
        <w:rPr>
          <w:rFonts w:ascii="Times New Roman" w:hAnsi="Times New Roman" w:eastAsia="Times New Roman" w:cs="Times New Roman"/>
          <w:sz w:val="24"/>
        </w:rPr>
        <w:t>(Full name of minor child) (Date of birth)</w:t>
      </w:r>
    </w:p>
    <w:p>
      <w:pPr>
        <w:spacing w:before="120" w:after="240" w:line="360" w:lineRule="exact"/>
      </w:pPr>
      <w:r>
        <w:rPr>
          <w:rFonts w:ascii="Times New Roman" w:hAnsi="Times New Roman" w:eastAsia="Times New Roman" w:cs="Times New Roman"/>
          <w:sz w:val="24"/>
        </w:rPr>
        <w:t>[NAME, BIRTHDATE]</w:t>
      </w:r>
    </w:p>
    <w:p>
      <w:pPr>
        <w:spacing w:before="120" w:after="240" w:line="360" w:lineRule="exact"/>
      </w:pPr>
      <w:r>
        <w:rPr>
          <w:rFonts w:ascii="Times New Roman" w:hAnsi="Times New Roman" w:eastAsia="Times New Roman" w:cs="Times New Roman"/>
          <w:sz w:val="24"/>
        </w:rPr>
        <w:t>(Full name of minor child) (Date of birth)</w:t>
      </w:r>
    </w:p>
    <w:p>
      <w:pPr>
        <w:spacing w:before="120" w:after="240" w:line="360" w:lineRule="exact"/>
      </w:pPr>
      <w:r>
        <w:rPr>
          <w:rFonts w:ascii="Times New Roman" w:hAnsi="Times New Roman" w:eastAsia="Times New Roman" w:cs="Times New Roman"/>
          <w:sz w:val="24"/>
        </w:rPr>
        <w:t>[NAME, BIRTHDATE]</w:t>
      </w:r>
    </w:p>
    <w:p>
      <w:pPr>
        <w:spacing w:before="120" w:after="240" w:line="360" w:lineRule="exact"/>
      </w:pPr>
      <w:r>
        <w:rPr>
          <w:rFonts w:ascii="Times New Roman" w:hAnsi="Times New Roman" w:eastAsia="Times New Roman" w:cs="Times New Roman"/>
          <w:sz w:val="24"/>
        </w:rPr>
        <w:t xml:space="preserve">(Full name of minor child) (Date of birth) </w:t>
      </w:r>
    </w:p>
    <w:p>
      <w:pPr>
        <w:spacing w:before="120" w:after="240" w:line="360" w:lineRule="exact"/>
      </w:pPr>
      <w:r>
        <w:rPr>
          <w:rFonts w:ascii="Times New Roman" w:hAnsi="Times New Roman" w:eastAsia="Times New Roman" w:cs="Times New Roman"/>
          <w:sz w:val="24"/>
        </w:rPr>
        <w:t>(minor child(ren))."</w:t>
      </w:r>
    </w:p>
    <w:p>
      <w:pPr>
        <w:spacing w:before="120" w:after="240" w:line="360" w:lineRule="exact"/>
      </w:pPr>
      <w:r>
        <w:rPr>
          <w:rFonts w:ascii="Times New Roman" w:hAnsi="Times New Roman" w:eastAsia="Times New Roman" w:cs="Times New Roman"/>
          <w:sz w:val="24"/>
        </w:rPr>
        <w:t xml:space="preserve">2. "I designate </w:t>
      </w:r>
      <w:r>
        <w:rPr>
          <w:rFonts w:ascii="Times New Roman" w:hAnsi="Times New Roman" w:eastAsia="Times New Roman" w:cs="Times New Roman"/>
          <w:sz w:val="24"/>
        </w:rPr>
        <w:t>[NAME]</w:t>
      </w:r>
      <w:r>
        <w:rPr>
          <w:rFonts w:ascii="Times New Roman" w:hAnsi="Times New Roman" w:eastAsia="Times New Roman" w:cs="Times New Roman"/>
          <w:sz w:val="24"/>
        </w:rPr>
        <w:t xml:space="preserve"> </w:t>
      </w:r>
    </w:p>
    <w:p>
      <w:pPr>
        <w:spacing w:before="120" w:after="240" w:line="360" w:lineRule="exact"/>
      </w:pPr>
      <w:r>
        <w:rPr>
          <w:rFonts w:ascii="Times New Roman" w:hAnsi="Times New Roman" w:eastAsia="Times New Roman" w:cs="Times New Roman"/>
          <w:sz w:val="24"/>
        </w:rPr>
        <w:t>(Full name of Attorney-in-fact)</w:t>
      </w:r>
    </w:p>
    <w:p>
      <w:pPr>
        <w:spacing w:before="120" w:after="240" w:line="360" w:lineRule="exact"/>
      </w:pPr>
      <w:r>
        <w:rPr>
          <w:rFonts w:ascii="Times New Roman" w:hAnsi="Times New Roman" w:eastAsia="Times New Roman" w:cs="Times New Roman"/>
          <w:sz w:val="24"/>
        </w:rPr>
        <w:t>[ADDRESS]</w:t>
      </w:r>
    </w:p>
    <w:p>
      <w:pPr>
        <w:spacing w:before="120" w:after="240" w:line="360" w:lineRule="exact"/>
      </w:pPr>
      <w:r>
        <w:rPr>
          <w:rFonts w:ascii="Times New Roman" w:hAnsi="Times New Roman" w:eastAsia="Times New Roman" w:cs="Times New Roman"/>
          <w:sz w:val="24"/>
        </w:rPr>
        <w:t>(Street address, city, state and zip code of Attorney-in-fact)</w:t>
      </w:r>
    </w:p>
    <w:p>
      <w:pPr>
        <w:spacing w:before="120" w:after="240" w:line="360" w:lineRule="exact"/>
      </w:pPr>
      <w:r>
        <w:rPr>
          <w:rFonts w:ascii="Times New Roman" w:hAnsi="Times New Roman" w:eastAsia="Times New Roman" w:cs="Times New Roman"/>
          <w:sz w:val="24"/>
        </w:rPr>
        <w:t>[NUMBER]</w:t>
      </w:r>
    </w:p>
    <w:p>
      <w:pPr>
        <w:spacing w:before="120" w:after="240" w:line="360" w:lineRule="exact"/>
      </w:pPr>
      <w:r>
        <w:rPr>
          <w:rFonts w:ascii="Times New Roman" w:hAnsi="Times New Roman" w:eastAsia="Times New Roman" w:cs="Times New Roman"/>
          <w:sz w:val="24"/>
        </w:rPr>
        <w:t>(Home phone of Attorney-in-fact) (Work phone of Attorney-in-fact)</w:t>
      </w:r>
    </w:p>
    <w:p>
      <w:pPr>
        <w:spacing w:before="120" w:after="240" w:line="360" w:lineRule="exact"/>
      </w:pPr>
      <w:r>
        <w:rPr>
          <w:rFonts w:ascii="Times New Roman" w:hAnsi="Times New Roman" w:eastAsia="Times New Roman" w:cs="Times New Roman"/>
          <w:sz w:val="24"/>
        </w:rPr>
        <w:t>as the attorney-in-fact of each minor child named above."</w:t>
      </w:r>
    </w:p>
    <w:p>
      <w:pPr>
        <w:spacing w:before="120" w:after="240" w:line="360" w:lineRule="exact"/>
      </w:pPr>
      <w:r>
        <w:rPr>
          <w:rFonts w:ascii="Times New Roman" w:hAnsi="Times New Roman" w:eastAsia="Times New Roman" w:cs="Times New Roman"/>
          <w:sz w:val="24"/>
        </w:rPr>
        <w:t>3. _</w:t>
      </w:r>
      <w:r>
        <w:rPr>
          <w:rFonts w:ascii="Times New Roman" w:hAnsi="Times New Roman" w:eastAsia="Times New Roman" w:cs="Times New Roman"/>
          <w:sz w:val="24"/>
        </w:rPr>
        <w:t>[INITIALS]</w:t>
      </w:r>
      <w:r>
        <w:rPr>
          <w:rFonts w:ascii="Times New Roman" w:hAnsi="Times New Roman" w:eastAsia="Times New Roman" w:cs="Times New Roman"/>
          <w:sz w:val="24"/>
        </w:rPr>
        <w:t>_"I delegate to the attorney-in-fact all of my power and authority regarding the care, custody and property of each minor child named above, including but not limited to the right to enroll the child in school, inspect and obtain copies of education records and other records concerning the child, the right to attend school activities and other functions concerning the child, and the right to give or withhold any consent or waiver with respect to school activities, medical and dental treatment, and any other activity, function or treatment that may concern the child. This delegation shall not include the power or authority to consent to marriage or adoption of the child, the performance or inducement of an abortion on or for the child, or the termination of parental rights to the child." or</w:t>
      </w:r>
    </w:p>
    <w:p>
      <w:pPr>
        <w:spacing w:before="120" w:after="240" w:line="360" w:lineRule="exact"/>
      </w:pPr>
      <w:r>
        <w:rPr>
          <w:rFonts w:ascii="Times New Roman" w:hAnsi="Times New Roman" w:eastAsia="Times New Roman" w:cs="Times New Roman"/>
          <w:sz w:val="24"/>
        </w:rPr>
        <w:t xml:space="preserve">4. </w:t>
      </w:r>
      <w:r>
        <w:rPr>
          <w:rFonts w:ascii="Times New Roman" w:hAnsi="Times New Roman" w:eastAsia="Times New Roman" w:cs="Times New Roman"/>
          <w:sz w:val="24"/>
        </w:rPr>
        <w:t>[INITIALS]</w:t>
      </w:r>
      <w:r>
        <w:rPr>
          <w:rFonts w:ascii="Times New Roman" w:hAnsi="Times New Roman" w:eastAsia="Times New Roman" w:cs="Times New Roman"/>
          <w:sz w:val="24"/>
        </w:rPr>
        <w:t>_"I delegate to the attorney-in-fact the following specific powers and responsibilities (write in):</w:t>
      </w:r>
    </w:p>
    <w:p>
      <w:pPr>
        <w:spacing w:before="120" w:after="240" w:line="360" w:lineRule="exact"/>
      </w:pPr>
      <w:r>
        <w:rPr>
          <w:rFonts w:ascii="Times New Roman" w:hAnsi="Times New Roman" w:eastAsia="Times New Roman" w:cs="Times New Roman"/>
          <w:sz w:val="24"/>
        </w:rPr>
        <w:t>[DETAILS]</w:t>
      </w:r>
    </w:p>
    <w:p>
      <w:pPr>
        <w:spacing w:before="120" w:after="240" w:line="360" w:lineRule="exact"/>
      </w:pPr>
      <w:r>
        <w:rPr>
          <w:rFonts w:ascii="Times New Roman" w:hAnsi="Times New Roman" w:eastAsia="Times New Roman" w:cs="Times New Roman"/>
          <w:sz w:val="24"/>
        </w:rPr>
        <w:t>This delegation shall not include the power or authority to consent to marriage or adoption of the child, the performance or inducement of an abortion on or for the child, or the termination of parental rights to the child."</w:t>
      </w:r>
    </w:p>
    <w:p>
      <w:pPr>
        <w:spacing w:before="120" w:after="240" w:line="360" w:lineRule="exact"/>
      </w:pPr>
      <w:r>
        <w:rPr>
          <w:rFonts w:ascii="Times New Roman" w:hAnsi="Times New Roman" w:eastAsia="Times New Roman" w:cs="Times New Roman"/>
          <w:sz w:val="24"/>
        </w:rPr>
        <w:t xml:space="preserve">5. </w:t>
      </w:r>
      <w:r>
        <w:rPr>
          <w:rFonts w:ascii="Times New Roman" w:hAnsi="Times New Roman" w:eastAsia="Times New Roman" w:cs="Times New Roman"/>
          <w:sz w:val="24"/>
        </w:rPr>
        <w:t>[INITIALS]</w:t>
      </w:r>
      <w:r>
        <w:rPr>
          <w:rFonts w:ascii="Times New Roman" w:hAnsi="Times New Roman" w:eastAsia="Times New Roman" w:cs="Times New Roman"/>
          <w:sz w:val="24"/>
        </w:rPr>
        <w:t xml:space="preserve">_"This power of attorney is effective for a period not to exceed one year, beginning </w:t>
      </w:r>
      <w:r>
        <w:rPr>
          <w:rFonts w:ascii="Times New Roman" w:hAnsi="Times New Roman" w:eastAsia="Times New Roman" w:cs="Times New Roman"/>
          <w:sz w:val="24"/>
        </w:rPr>
        <w:t>[DATE]</w:t>
      </w:r>
      <w:r>
        <w:rPr>
          <w:rFonts w:ascii="Times New Roman" w:hAnsi="Times New Roman" w:eastAsia="Times New Roman" w:cs="Times New Roman"/>
          <w:sz w:val="24"/>
        </w:rPr>
        <w:t>. I reserve the right to revoke this authority at any time."</w:t>
      </w:r>
    </w:p>
    <w:p>
      <w:pPr>
        <w:spacing w:before="120" w:after="240" w:line="360" w:lineRule="exact"/>
      </w:pPr>
      <w:r>
        <w:rPr>
          <w:rFonts w:ascii="Times New Roman" w:hAnsi="Times New Roman" w:eastAsia="Times New Roman" w:cs="Times New Roman"/>
          <w:sz w:val="24"/>
        </w:rPr>
        <w:t xml:space="preserve">By: </w:t>
      </w:r>
      <w:r>
        <w:rPr>
          <w:rFonts w:ascii="Times New Roman" w:hAnsi="Times New Roman" w:eastAsia="Times New Roman" w:cs="Times New Roman"/>
          <w:sz w:val="24"/>
        </w:rPr>
        <w:t>__________________________________</w:t>
      </w:r>
    </w:p>
    <w:p>
      <w:pPr>
        <w:spacing w:before="120" w:after="240" w:line="360" w:lineRule="exact"/>
      </w:pPr>
      <w:r>
        <w:rPr>
          <w:rFonts w:ascii="Times New Roman" w:hAnsi="Times New Roman" w:eastAsia="Times New Roman" w:cs="Times New Roman"/>
          <w:sz w:val="24"/>
        </w:rPr>
        <w:t>(Parent/Legal Custodian Signature)</w:t>
      </w:r>
    </w:p>
    <w:p>
      <w:pPr>
        <w:spacing w:before="120" w:after="240" w:line="360" w:lineRule="exact"/>
      </w:pPr>
      <w:r>
        <w:rPr>
          <w:rFonts w:ascii="Times New Roman" w:hAnsi="Times New Roman" w:eastAsia="Times New Roman" w:cs="Times New Roman"/>
          <w:sz w:val="24"/>
        </w:rPr>
        <w:t xml:space="preserve">6. "I hereby accept my designation as attorney-in-fact for </w:t>
      </w:r>
    </w:p>
    <w:p>
      <w:pPr>
        <w:spacing w:before="120" w:after="240" w:line="360" w:lineRule="exact"/>
      </w:pPr>
      <w:r>
        <w:rPr>
          <w:rFonts w:ascii="Times New Roman" w:hAnsi="Times New Roman" w:eastAsia="Times New Roman" w:cs="Times New Roman"/>
          <w:sz w:val="24"/>
        </w:rPr>
        <w:t>[NAME]</w:t>
      </w:r>
    </w:p>
    <w:p>
      <w:pPr>
        <w:spacing w:before="120" w:after="240" w:line="360" w:lineRule="exact"/>
      </w:pPr>
      <w:r>
        <w:rPr>
          <w:rFonts w:ascii="Times New Roman" w:hAnsi="Times New Roman" w:eastAsia="Times New Roman" w:cs="Times New Roman"/>
          <w:sz w:val="24"/>
        </w:rPr>
        <w:t>(Minor child(ren)) as specified in this power of attorney."</w:t>
      </w:r>
    </w:p>
    <w:p>
      <w:pPr>
        <w:spacing w:before="120" w:after="240" w:line="360" w:lineRule="exact"/>
      </w:pPr>
      <w:r>
        <w:rPr>
          <w:rFonts w:ascii="Times New Roman" w:hAnsi="Times New Roman" w:eastAsia="Times New Roman" w:cs="Times New Roman"/>
          <w:sz w:val="24"/>
        </w:rPr>
        <w:t>_______________________________</w:t>
      </w:r>
    </w:p>
    <w:p>
      <w:pPr>
        <w:spacing w:before="120" w:after="240" w:line="360" w:lineRule="exact"/>
      </w:pPr>
      <w:r>
        <w:rPr>
          <w:rFonts w:ascii="Times New Roman" w:hAnsi="Times New Roman" w:eastAsia="Times New Roman" w:cs="Times New Roman"/>
          <w:sz w:val="24"/>
        </w:rPr>
        <w:t>(Attorney-in-fact signature)</w:t>
      </w:r>
    </w:p>
    <w:p>
      <w:pPr>
        <w:spacing w:before="120" w:after="240" w:line="360" w:lineRule="exact"/>
      </w:pPr>
      <w:r>
        <w:rPr>
          <w:rFonts w:ascii="Times New Roman" w:hAnsi="Times New Roman" w:eastAsia="Times New Roman" w:cs="Times New Roman"/>
          <w:sz w:val="24"/>
        </w:rPr>
        <w:t xml:space="preserve">State of </w:t>
      </w:r>
      <w:r>
        <w:rPr>
          <w:rFonts w:ascii="Times New Roman" w:hAnsi="Times New Roman" w:eastAsia="Times New Roman" w:cs="Times New Roman"/>
          <w:sz w:val="24"/>
        </w:rPr>
        <w:t>[STATE]</w:t>
      </w:r>
    </w:p>
    <w:p>
      <w:pPr>
        <w:spacing w:before="120" w:after="240" w:line="360" w:lineRule="exact"/>
      </w:pPr>
      <w:r>
        <w:rPr>
          <w:rFonts w:ascii="Times New Roman" w:hAnsi="Times New Roman" w:eastAsia="Times New Roman" w:cs="Times New Roman"/>
          <w:sz w:val="24"/>
        </w:rPr>
        <w:t xml:space="preserve">County of </w:t>
      </w:r>
      <w:r>
        <w:rPr>
          <w:rFonts w:ascii="Times New Roman" w:hAnsi="Times New Roman" w:eastAsia="Times New Roman" w:cs="Times New Roman"/>
          <w:sz w:val="24"/>
        </w:rPr>
        <w:t>[COUNTY]</w:t>
      </w:r>
    </w:p>
    <w:p>
      <w:pPr>
        <w:spacing w:before="120" w:after="240" w:line="360" w:lineRule="exact"/>
      </w:pPr>
      <w:r>
        <w:rPr>
          <w:rFonts w:ascii="Times New Roman" w:hAnsi="Times New Roman" w:eastAsia="Times New Roman" w:cs="Times New Roman"/>
          <w:sz w:val="24"/>
        </w:rPr>
        <w:t>ACKNOWLEDGEMENT</w:t>
      </w:r>
    </w:p>
    <w:p>
      <w:pPr>
        <w:spacing w:before="120" w:after="240" w:line="360" w:lineRule="exact"/>
      </w:pPr>
      <w:r>
        <w:rPr>
          <w:rFonts w:ascii="Times New Roman" w:hAnsi="Times New Roman" w:eastAsia="Times New Roman" w:cs="Times New Roman"/>
          <w:sz w:val="24"/>
        </w:rPr>
        <w:t xml:space="preserve">Before me, the undersigned, a Notary Public, in and for said County and State on </w:t>
      </w:r>
      <w:r>
        <w:rPr>
          <w:rFonts w:ascii="Times New Roman" w:hAnsi="Times New Roman" w:eastAsia="Times New Roman" w:cs="Times New Roman"/>
          <w:sz w:val="24"/>
        </w:rPr>
        <w:t>[DATE]</w:t>
      </w:r>
      <w:r>
        <w:rPr>
          <w:rFonts w:ascii="Times New Roman" w:hAnsi="Times New Roman" w:eastAsia="Times New Roman" w:cs="Times New Roman"/>
          <w:sz w:val="24"/>
        </w:rPr>
        <w:t xml:space="preserve"> personally appeared </w:t>
      </w:r>
      <w:r>
        <w:rPr>
          <w:rFonts w:ascii="Times New Roman" w:hAnsi="Times New Roman" w:eastAsia="Times New Roman" w:cs="Times New Roman"/>
          <w:sz w:val="24"/>
        </w:rPr>
        <w:t>[NAME]</w:t>
      </w:r>
      <w:r>
        <w:rPr>
          <w:rFonts w:ascii="Times New Roman" w:hAnsi="Times New Roman" w:eastAsia="Times New Roman" w:cs="Times New Roman"/>
          <w:sz w:val="24"/>
        </w:rPr>
        <w:t xml:space="preserve"> (Name of Parent/Legal Custodian) and </w:t>
      </w:r>
      <w:r>
        <w:rPr>
          <w:rFonts w:ascii="Times New Roman" w:hAnsi="Times New Roman" w:eastAsia="Times New Roman" w:cs="Times New Roman"/>
          <w:sz w:val="24"/>
        </w:rPr>
        <w:t>[NAME]</w:t>
      </w:r>
      <w:r>
        <w:rPr>
          <w:rFonts w:ascii="Times New Roman" w:hAnsi="Times New Roman" w:eastAsia="Times New Roman" w:cs="Times New Roman"/>
          <w:sz w:val="24"/>
        </w:rPr>
        <w:t xml:space="preserve">  (Name of Attorney-in-fact), to me known to be the identical persons who executed this instrument and acknowledged to me that each executed the same as his or her free and voluntary act and deed for the uses and purposes set forth in the instrument.</w:t>
      </w:r>
    </w:p>
    <w:p>
      <w:pPr>
        <w:spacing w:before="120" w:after="240" w:line="360" w:lineRule="exact"/>
      </w:pPr>
      <w:r>
        <w:rPr>
          <w:rFonts w:ascii="Times New Roman" w:hAnsi="Times New Roman" w:eastAsia="Times New Roman" w:cs="Times New Roman"/>
          <w:sz w:val="24"/>
        </w:rPr>
        <w:t>Witness my hand and official seal the day and year above written.</w:t>
      </w:r>
    </w:p>
    <w:p>
      <w:pPr>
        <w:spacing w:before="120" w:after="240" w:line="360" w:lineRule="exact"/>
      </w:pPr>
      <w:r>
        <w:rPr>
          <w:rFonts w:ascii="Times New Roman" w:hAnsi="Times New Roman" w:eastAsia="Times New Roman" w:cs="Times New Roman"/>
          <w:sz w:val="24"/>
        </w:rPr>
        <w:t>_______________________________</w:t>
      </w:r>
    </w:p>
    <w:p>
      <w:pPr>
        <w:spacing w:before="120" w:after="240" w:line="360" w:lineRule="exact"/>
      </w:pPr>
      <w:r>
        <w:rPr>
          <w:rFonts w:ascii="Times New Roman" w:hAnsi="Times New Roman" w:eastAsia="Times New Roman" w:cs="Times New Roman"/>
          <w:sz w:val="24"/>
        </w:rPr>
        <w:t>(Signature of notarial officer)</w:t>
      </w:r>
    </w:p>
    <w:p>
      <w:pPr>
        <w:spacing w:before="120" w:after="240" w:line="360" w:lineRule="exact"/>
      </w:pPr>
      <w:r>
        <w:rPr>
          <w:rFonts w:ascii="Times New Roman" w:hAnsi="Times New Roman" w:eastAsia="Times New Roman" w:cs="Times New Roman"/>
          <w:sz w:val="24"/>
        </w:rPr>
        <w:t>(Seal, if any)</w:t>
      </w:r>
    </w:p>
    <w:p>
      <w:pPr>
        <w:spacing w:before="120" w:after="240" w:line="360" w:lineRule="exact"/>
      </w:pPr>
      <w:r>
        <w:rPr>
          <w:rFonts w:ascii="Times New Roman" w:hAnsi="Times New Roman" w:eastAsia="Times New Roman" w:cs="Times New Roman"/>
          <w:sz w:val="24"/>
        </w:rPr>
        <w:t>______________________________</w:t>
      </w:r>
    </w:p>
    <w:p>
      <w:pPr>
        <w:spacing w:before="120" w:after="240" w:line="360" w:lineRule="exact"/>
      </w:pPr>
      <w:r>
        <w:rPr>
          <w:rFonts w:ascii="Times New Roman" w:hAnsi="Times New Roman" w:eastAsia="Times New Roman" w:cs="Times New Roman"/>
          <w:sz w:val="24"/>
        </w:rPr>
        <w:t>(Title and Rank)</w:t>
      </w:r>
    </w:p>
    <w:p>
      <w:pPr>
        <w:spacing w:before="120" w:after="240" w:line="360" w:lineRule="exact"/>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w:t>
      </w:r>
    </w:p>
    <w:p>
      <w:pPr>
        <w:spacing w:before="120" w:after="240" w:line="360" w:lineRule="exact"/>
      </w:pPr>
      <w:r>
        <w:rPr>
          <w:rFonts w:ascii="Times New Roman" w:hAnsi="Times New Roman" w:eastAsia="Times New Roman" w:cs="Times New Roman"/>
          <w:sz w:val="24"/>
        </w:rPr>
        <w:t>B. The power of attorney is legally sufficient under this act, if the wording of the form complies substantially with subsection A of this section, the form is properly completed, and the signatures of the parties are acknowledged.</w:t>
      </w: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