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Oklahoma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Oklahoma.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