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One (1) Time ACH Payment Authorization</w:t>
      </w:r>
    </w:p>
    <w:p>
      <w:pPr/>
    </w:p>
    <w:p>
      <w:pPr/>
      <w:r>
        <w:rPr>
          <w:rFonts w:ascii="Times New Roman" w:hAnsi="Times New Roman" w:eastAsia="Times New Roman" w:cs="Times New Roman"/>
          <w:sz w:val="24"/>
        </w:rPr>
        <w:t xml:space="preserve">Sign and complete this form to authorize </w:t>
      </w:r>
      <w:r>
        <w:rPr>
          <w:rFonts w:ascii="Times New Roman" w:hAnsi="Times New Roman" w:eastAsia="Times New Roman" w:cs="Times New Roman"/>
          <w:sz w:val="24"/>
        </w:rPr>
        <w:t xml:space="preserve">___________________________ </w:t>
      </w:r>
      <w:r>
        <w:rPr>
          <w:rFonts w:ascii="Times New Roman" w:hAnsi="Times New Roman" w:eastAsia="Times New Roman" w:cs="Times New Roman"/>
          <w:sz w:val="24"/>
        </w:rPr>
        <w:t xml:space="preserve">to make a one (1) time debit to your checking or savings account.  </w:t>
      </w:r>
    </w:p>
    <w:p>
      <w:pPr/>
    </w:p>
    <w:p>
      <w:pPr/>
      <w:r>
        <w:rPr>
          <w:rFonts w:ascii="Times New Roman" w:hAnsi="Times New Roman" w:eastAsia="Times New Roman" w:cs="Times New Roman"/>
          <w:sz w:val="24"/>
        </w:rPr>
        <w:t>By signing this form, you give us permission to debit your account for the amount indicated on or after the indicated date. This is permission for a single transaction only, and does not provide authorization for any additional unrelated debits or credits to your account.</w:t>
      </w:r>
    </w:p>
    <w:p>
      <w:pPr/>
    </w:p>
    <w:p>
      <w:pPr/>
    </w:p>
    <w:p>
      <w:pPr/>
      <w:r>
        <w:rPr>
          <w:rFonts w:ascii="Times New Roman" w:hAnsi="Times New Roman" w:eastAsia="Times New Roman" w:cs="Times New Roman"/>
          <w:sz w:val="24"/>
        </w:rPr>
        <w:t xml:space="preserve">I _______________________ authorize _________________________ to charge my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(Full Name)                                                      (Merchant’s Name)</w:t>
      </w:r>
    </w:p>
    <w:p>
      <w:pPr/>
    </w:p>
    <w:p>
      <w:pPr/>
      <w:r>
        <w:rPr>
          <w:rFonts w:ascii="Times New Roman" w:hAnsi="Times New Roman" w:eastAsia="Times New Roman" w:cs="Times New Roman"/>
          <w:sz w:val="24"/>
        </w:rPr>
        <w:t xml:space="preserve">bank account indicated below for $________________ on ________________.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(Amount $)                              (Date)</w:t>
      </w:r>
    </w:p>
    <w:p>
      <w:pPr/>
    </w:p>
    <w:p>
      <w:pPr/>
      <w:r>
        <w:rPr>
          <w:rFonts w:ascii="Times New Roman" w:hAnsi="Times New Roman" w:eastAsia="Times New Roman" w:cs="Times New Roman"/>
          <w:sz w:val="24"/>
        </w:rPr>
        <w:t>This payment is for 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Goods/Services)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Billing Information</w:t>
      </w:r>
    </w:p>
    <w:p>
      <w:pPr/>
    </w:p>
    <w:p>
      <w:pPr/>
      <w:r>
        <w:rPr>
          <w:rFonts w:ascii="Times New Roman" w:hAnsi="Times New Roman" w:eastAsia="Times New Roman" w:cs="Times New Roman"/>
          <w:sz w:val="24"/>
        </w:rPr>
        <w:t>Billing Address ___________________________   Phone # ______________________</w:t>
      </w:r>
    </w:p>
    <w:p>
      <w:pPr/>
    </w:p>
    <w:p>
      <w:pPr/>
      <w:r>
        <w:rPr>
          <w:rFonts w:ascii="Times New Roman" w:hAnsi="Times New Roman" w:eastAsia="Times New Roman" w:cs="Times New Roman"/>
          <w:sz w:val="24"/>
        </w:rPr>
        <w:t>City, State, Zip ___________________________   Email ________________________</w:t>
        <w:tab/>
      </w:r>
    </w:p>
    <w:p>
      <w:pPr/>
    </w:p>
    <w:p>
      <w:pPr/>
      <w:r>
        <w:rPr>
          <w:rFonts w:ascii="Times New Roman" w:hAnsi="Times New Roman" w:eastAsia="Times New Roman" w:cs="Times New Roman"/>
          <w:b/>
          <w:sz w:val="24"/>
        </w:rPr>
        <w:t xml:space="preserve">Bank Details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Checking     </w:t>
      </w:r>
      <w:r>
        <w:rPr>
          <w:rFonts w:ascii="Times New Roman" w:hAnsi="Times New Roman" w:eastAsia="Times New Roman" w:cs="Times New Roman"/>
          <w:sz w:val="24"/>
        </w:rPr>
        <w:t xml:space="preserve"> Savings </w:t>
      </w:r>
    </w:p>
    <w:p>
      <w:pPr/>
    </w:p>
    <w:p>
      <w:pPr/>
      <w:r>
        <w:rPr>
          <w:rFonts w:ascii="Times New Roman" w:hAnsi="Times New Roman" w:eastAsia="Times New Roman" w:cs="Times New Roman"/>
          <w:sz w:val="24"/>
        </w:rPr>
        <w:t>Account Name   _________________________</w:t>
      </w:r>
    </w:p>
    <w:p>
      <w:pPr/>
      <w:r>
        <w:rPr>
          <w:rFonts w:ascii="Times New Roman" w:hAnsi="Times New Roman" w:eastAsia="Times New Roman" w:cs="Times New Roman"/>
          <w:sz w:val="24"/>
        </w:rPr>
        <w:t>Bank Name   _________________________</w:t>
      </w:r>
    </w:p>
    <w:p>
      <w:pPr/>
      <w:r>
        <w:rPr>
          <w:rFonts w:ascii="Times New Roman" w:hAnsi="Times New Roman" w:eastAsia="Times New Roman" w:cs="Times New Roman"/>
          <w:sz w:val="24"/>
        </w:rPr>
        <w:t xml:space="preserve">Account Number   _________________________ </w:t>
      </w:r>
    </w:p>
    <w:p>
      <w:pPr/>
      <w:r>
        <w:rPr>
          <w:rFonts w:ascii="Times New Roman" w:hAnsi="Times New Roman" w:eastAsia="Times New Roman" w:cs="Times New Roman"/>
          <w:sz w:val="24"/>
        </w:rPr>
        <w:t>Routing Number   _________________________</w:t>
      </w:r>
    </w:p>
    <w:p>
      <w:pPr/>
    </w:p>
    <w:p>
      <w:pPr/>
      <w:r>
        <w:rPr>
          <w:rFonts w:ascii="Times New Roman" w:hAnsi="Times New Roman" w:eastAsia="Times New Roman" w:cs="Times New Roman"/>
          <w:sz w:val="24"/>
        </w:rPr>
        <w:t>I understand that because this is an electronic transaction, these funds may be withdrawn from my account as soon as the above noted transaction date. In the case of the payment being rejected for Non-Sufficient Funds (NSF) I understand that ___________________________ may, at its discretion, attempt to process the charge again within 30 days, and I agree to an additional $______ charge for each attempt returned NSF, which will be initiated as a separate transaction from the authorized payment. I acknowledge that the origination of ACH transactions to my account must comply with the provisions of U.S. law. I will not dispute ___________________________ billing with my bank so long as the transaction corresponds to the terms indicated in this agreement.</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(Account Holder’s Signature)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