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ind w:firstLine="72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One (1) Time Credit Card Payment Authorization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Sign and complete this form to authorize ________________ to make a one-time charge to your credit card listed below. 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By signing this form, you give us permission to debit your account for the amount indicated on or after the indicated date. This is permission for a single transaction only, and does not provide authorization for any additional unrelated debits or credits to your account.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I _______________________ authorize _________________________ to charge my 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        </w:t>
      </w:r>
      <w:r>
        <w:rPr>
          <w:rFonts w:ascii="Times New Roman" w:hAnsi="Times New Roman" w:eastAsia="Times New Roman" w:cs="Times New Roman"/>
          <w:sz w:val="24"/>
        </w:rPr>
        <w:t>(Cardholder’s Full Name)                                            (Merchant’s Name)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credit card account indicated below for $________________ on ________________.  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4"/>
        </w:rPr>
        <w:t>(Amount $)                               (Date)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This payment is for ________________________________.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                                          </w:t>
      </w:r>
      <w:r>
        <w:rPr>
          <w:rFonts w:ascii="Times New Roman" w:hAnsi="Times New Roman" w:eastAsia="Times New Roman" w:cs="Times New Roman"/>
          <w:sz w:val="24"/>
        </w:rPr>
        <w:t>(Description of Goods/Services)</w:t>
      </w:r>
    </w:p>
    <w:p>
      <w:pPr/>
      <w:r>
        <w:rPr>
          <w:rFonts w:ascii="Times New Roman" w:hAnsi="Times New Roman" w:eastAsia="Times New Roman" w:cs="Times New Roman"/>
          <w:sz w:val="24"/>
        </w:rPr>
        <w:tab/>
        <w:t xml:space="preserve">                        </w:t>
      </w:r>
    </w:p>
    <w:p>
      <w:pPr/>
      <w:r>
        <w:rPr>
          <w:rFonts w:ascii="Times New Roman" w:hAnsi="Times New Roman" w:eastAsia="Times New Roman" w:cs="Times New Roman"/>
          <w:b/>
          <w:sz w:val="24"/>
        </w:rPr>
        <w:t>Billing Information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Billing Address ___________________________   Phone # ______________________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City, State, Zip ___________________________   Email ________________________</w:t>
        <w:tab/>
        <w:t xml:space="preserve">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 xml:space="preserve">Card Details               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Visa     </w:t>
      </w:r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MasterCard       </w:t>
      </w:r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Discover       </w:t>
      </w:r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American Express    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Cardholder Name</w:t>
        <w:tab/>
        <w:t>___________________________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Account/CC Number ___________________________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Expiration Date ____ /____</w:t>
      </w:r>
    </w:p>
    <w:p>
      <w:pPr/>
      <w:r>
        <w:rPr>
          <w:rFonts w:ascii="Times New Roman" w:hAnsi="Times New Roman" w:eastAsia="Times New Roman" w:cs="Times New Roman"/>
          <w:sz w:val="24"/>
        </w:rPr>
        <w:t>CVV ____</w:t>
      </w:r>
    </w:p>
    <w:p>
      <w:pPr/>
      <w:r>
        <w:rPr>
          <w:rFonts w:ascii="Times New Roman" w:hAnsi="Times New Roman" w:eastAsia="Times New Roman" w:cs="Times New Roman"/>
          <w:sz w:val="24"/>
        </w:rPr>
        <w:t>Zip Code 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authorize the above named business to charge the credit card indicated in this authorization form according to the terms outlined above. This payment authorization is for the goods/services described above, for the amount indicated above only, and is valid for one (1) time use only. I certify that I am an authorized user of this credit card and that I will not dispute the payment with my credit card company; so long as the transaction corresponds to the terms indicated in this form.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SIGNATURE </w:t>
      </w:r>
      <w:r>
        <w:rPr>
          <w:rFonts w:ascii="Times New Roman" w:hAnsi="Times New Roman" w:eastAsia="Times New Roman" w:cs="Times New Roman"/>
          <w:sz w:val="24"/>
        </w:rPr>
        <w:t>___________________________</w:t>
      </w:r>
      <w:r>
        <w:rPr>
          <w:rFonts w:ascii="Times New Roman" w:hAnsi="Times New Roman" w:eastAsia="Times New Roman" w:cs="Times New Roman"/>
          <w:sz w:val="24"/>
        </w:rPr>
        <w:t xml:space="preserve">           DATE 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                                      </w:t>
      </w:r>
      <w:r>
        <w:rPr>
          <w:rFonts w:ascii="Times New Roman" w:hAnsi="Times New Roman" w:eastAsia="Times New Roman" w:cs="Times New Roman"/>
          <w:sz w:val="24"/>
        </w:rPr>
        <w:t>(cardholder)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