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sz w:val="24"/>
        </w:rPr>
        <w:t>OFFICIAL ONE WEEK NOTICE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From: </w:t>
      </w:r>
      <w:r>
        <w:rPr>
          <w:rFonts w:ascii="Times New Roman" w:hAnsi="Times New Roman" w:eastAsia="Times New Roman" w:cs="Times New Roman"/>
          <w:b w:val="0"/>
          <w:sz w:val="24"/>
        </w:rPr>
        <w:t>[NAME OF SENDER]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Address: </w:t>
      </w:r>
      <w:r>
        <w:rPr>
          <w:rFonts w:ascii="Times New Roman" w:hAnsi="Times New Roman" w:eastAsia="Times New Roman" w:cs="Times New Roman"/>
          <w:b w:val="0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Phone: 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br/>
        <w:t xml:space="preserve">E-Mail: 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Date: </w:t>
      </w: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To: </w:t>
      </w: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Address: </w:t>
      </w:r>
      <w:r>
        <w:rPr>
          <w:rFonts w:ascii="Times New Roman" w:hAnsi="Times New Roman" w:eastAsia="Times New Roman" w:cs="Times New Roman"/>
          <w:b w:val="0"/>
          <w:sz w:val="24"/>
        </w:rPr>
        <w:t>[ADDRESS]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 xml:space="preserve">Phone: </w:t>
      </w: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  <w:r>
        <w:rPr>
          <w:rFonts w:ascii="Times New Roman" w:hAnsi="Times New Roman" w:eastAsia="Times New Roman" w:cs="Times New Roman"/>
          <w:sz w:val="24"/>
        </w:rPr>
        <w:br/>
        <w:t xml:space="preserve">E-Mail: </w:t>
      </w: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Dear </w:t>
      </w:r>
      <w:r>
        <w:rPr>
          <w:rFonts w:ascii="Times New Roman" w:hAnsi="Times New Roman" w:eastAsia="Times New Roman" w:cs="Times New Roman"/>
          <w:b w:val="0"/>
          <w:sz w:val="24"/>
        </w:rPr>
        <w:t>[NAME OF RECIPIENT]</w:t>
      </w:r>
      <w:r>
        <w:rPr>
          <w:rFonts w:ascii="Times New Roman" w:hAnsi="Times New Roman" w:eastAsia="Times New Roman" w:cs="Times New Roman"/>
          <w:sz w:val="24"/>
        </w:rPr>
        <w:t>,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 xml:space="preserve">This letter represents my official resignation from my title of </w:t>
      </w:r>
      <w:r>
        <w:rPr>
          <w:rFonts w:ascii="Times New Roman" w:hAnsi="Times New Roman" w:eastAsia="Times New Roman" w:cs="Times New Roman"/>
          <w:b w:val="0"/>
          <w:sz w:val="24"/>
        </w:rPr>
        <w:t>[OFFICIAL TITLE]</w:t>
      </w:r>
      <w:r>
        <w:rPr>
          <w:rFonts w:ascii="Times New Roman" w:hAnsi="Times New Roman" w:eastAsia="Times New Roman" w:cs="Times New Roman"/>
          <w:sz w:val="24"/>
        </w:rPr>
        <w:t xml:space="preserve"> with </w:t>
      </w:r>
      <w:r>
        <w:rPr>
          <w:rFonts w:ascii="Times New Roman" w:hAnsi="Times New Roman" w:eastAsia="Times New Roman" w:cs="Times New Roman"/>
          <w:b w:val="0"/>
          <w:sz w:val="24"/>
        </w:rPr>
        <w:t>[NAME OF ORGANIZATION]</w:t>
      </w:r>
      <w:r>
        <w:rPr>
          <w:rFonts w:ascii="Times New Roman" w:hAnsi="Times New Roman" w:eastAsia="Times New Roman" w:cs="Times New Roman"/>
          <w:sz w:val="24"/>
        </w:rPr>
        <w:t xml:space="preserve">. I respectfully announce my </w:t>
      </w:r>
      <w:r>
        <w:rPr>
          <w:rFonts w:ascii="Times New Roman" w:hAnsi="Times New Roman" w:eastAsia="Times New Roman" w:cs="Times New Roman"/>
          <w:b/>
          <w:sz w:val="24"/>
        </w:rPr>
        <w:t>one (1) week notice</w:t>
      </w:r>
      <w:r>
        <w:rPr>
          <w:rFonts w:ascii="Times New Roman" w:hAnsi="Times New Roman" w:eastAsia="Times New Roman" w:cs="Times New Roman"/>
          <w:sz w:val="24"/>
        </w:rPr>
        <w:t xml:space="preserve"> ending on the </w:t>
      </w:r>
      <w:r>
        <w:rPr>
          <w:rFonts w:ascii="Times New Roman" w:hAnsi="Times New Roman" w:eastAsia="Times New Roman" w:cs="Times New Roman"/>
          <w:sz w:val="24"/>
        </w:rPr>
        <w:t>[DAY]</w:t>
      </w:r>
      <w:r>
        <w:rPr>
          <w:rFonts w:ascii="Times New Roman" w:hAnsi="Times New Roman" w:eastAsia="Times New Roman" w:cs="Times New Roman"/>
          <w:sz w:val="24"/>
        </w:rPr>
        <w:t xml:space="preserve"> day of </w:t>
      </w:r>
      <w:r>
        <w:rPr>
          <w:rFonts w:ascii="Times New Roman" w:hAnsi="Times New Roman" w:eastAsia="Times New Roman" w:cs="Times New Roman"/>
          <w:b w:val="0"/>
          <w:sz w:val="24"/>
        </w:rPr>
        <w:t>[MONTH]</w:t>
      </w:r>
      <w:r>
        <w:rPr>
          <w:rFonts w:ascii="Times New Roman" w:hAnsi="Times New Roman" w:eastAsia="Times New Roman" w:cs="Times New Roman"/>
          <w:sz w:val="24"/>
        </w:rPr>
        <w:t xml:space="preserve">, </w:t>
      </w:r>
      <w:r>
        <w:rPr>
          <w:rFonts w:ascii="Times New Roman" w:hAnsi="Times New Roman" w:eastAsia="Times New Roman" w:cs="Times New Roman"/>
          <w:sz w:val="24"/>
        </w:rPr>
        <w:t>[YEAR]</w:t>
      </w:r>
      <w:r>
        <w:rPr>
          <w:rFonts w:ascii="Times New Roman" w:hAnsi="Times New Roman" w:eastAsia="Times New Roman" w:cs="Times New Roman"/>
          <w:sz w:val="24"/>
        </w:rPr>
        <w:t>.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It has been with great pleasure to be alongside the individuals I had the opportunity to work with and will always appreciate the experience and knowledge gained during my time here.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I hope one week is enough for you to find a replacement. Furthermore, please let me know of any help that I could be to train or assist the person that will take over my position.</w:t>
      </w:r>
    </w:p>
    <w:p>
      <w:pPr>
        <w:spacing w:before="0" w:after="0"/>
      </w:pP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Sincerely,</w:t>
      </w:r>
    </w:p>
    <w:p>
      <w:pPr>
        <w:spacing w:before="0" w:after="0"/>
      </w:pPr>
    </w:p>
    <w:p>
      <w:pPr>
        <w:spacing w:before="0" w:after="0"/>
      </w:pPr>
      <w:r>
        <w:rPr>
          <w:rFonts w:ascii="Times New Roman" w:hAnsi="Times New Roman" w:eastAsia="Times New Roman" w:cs="Times New Roman"/>
          <w:sz w:val="24"/>
        </w:rPr>
        <w:t>_____________________</w:t>
      </w:r>
      <w:r>
        <w:rPr>
          <w:rFonts w:ascii="Times New Roman" w:hAnsi="Times New Roman" w:eastAsia="Times New Roman" w:cs="Times New Roman"/>
          <w:sz w:val="24"/>
        </w:rPr>
        <w:t xml:space="preserve"> </w:t>
      </w:r>
    </w:p>
    <w:p>
      <w:pPr>
        <w:spacing w:before="0" w:after="0"/>
      </w:pP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