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Formation (the "Certificate of Formation") for [name of LLC]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New Jersey, was filed on [date], with the Division of Revenue in the Department of the Treasury or otherwise in accordance with the New Jersey Revised Uniform Limited Liability Act, N.J. Rev. Stat. 42:2C-1 et. seq., (the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Certificate of Formation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New Jersey as required by the Act. The principal office of the Company shall be at [address], or such location as the Members may determine. The registered agent shall be as stated in the Certificate of Formation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Certificate of Formation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80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p>
    <w:p>
      <w:pPr>
        <w:keepNext w:val="0"/>
        <w:spacing w:before="200" w:after="0" w:line="260" w:lineRule="exact"/>
        <w:ind w:left="180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and consistent with N.J. Rev. Stat.  § 42:2C-38,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and consistent with N.J. Rev. Stat. § 42:2C-38,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p>
    <w:p>
      <w:pPr>
        <w:keepNext w:val="0"/>
        <w:spacing w:before="200" w:after="0" w:line="260" w:lineRule="exact"/>
        <w:ind w:left="180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Profits" and "Net Losses" shall mean the taxable income or loss of the Partnership, as determined for federal income tax purposes pursuant to Treasury Regulations Section 1.704-1(b)(2), for each fiscal year of the Partnership, taking into account any adjustments necessary in order to comply with Treasury Regulations Section 1.704-1(b)(2)(iv).</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except as otherwise provided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8.3.E.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most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New Jersey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books and records of the Company shall be kept with the accounting methods followed for federal income tax purposes. The Company shall maintain at its principal office in New Jersey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Formation and all amendments thereto together with executed copies of any powers of attorney pursuant to which the Certificate of Formation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fiscal year of the Company will be January 1 through and including December 31.</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Certificate of Formation;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1705.47 of the Act;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vote of Members holding at least sixty-six and two-thirds percent (66 2/3%) of the Membership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New Jersey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New Jersey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Certificate of Formation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Formation conflict with any provision of this Agreement, the Certificate of Formation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New Jersey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New Jersey.</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Jersey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