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w:t>
      </w:r>
      <w:r>
        <w:rPr>
          <w:rFonts w:ascii="Times New Roman" w:hAnsi="Times New Roman" w:eastAsia="Times New Roman" w:cs="Times New Roman"/>
          <w:sz w:val="24"/>
        </w:rPr>
        <w:br/>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MASSACHUSETTS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Massachusetts limited liability company (the "Company"), effective as of [date], is made by and among the parties listed on the signature page(s) (collectively, the "Members" or individually,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720" w:right="0" w:firstLine="0"/>
        <w:jc w:val="left"/>
      </w:pPr>
      <w:r>
        <w:rPr>
          <w:rFonts w:ascii="Times New Roman" w:hAnsi="Times New Roman" w:eastAsia="Times New Roman" w:cs="Times New Roman"/>
          <w:b/>
          <w:sz w:val="24"/>
        </w:rPr>
        <w:t>INTRODUCTION</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by the filing of Certificate of Organization ("Certificate") on [date] with the office of the Secretary of the Commonwealth of Massachusetts in accordance with the Massachusetts Limited Liability Company Act (Mass. Ann. Laws ch. 156C, § 1 et seq.), as may be amended from time to time, and any successor legislation (the "Act").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agreement for the Company under the Act.</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name of the Company shall be [name], and all business of the Company shall be conducted only under that name or such other names as approved by the Members; provided that the name shall always contain the words "limited liability company", "LLC". "L.L.C." or as otherwise provided under the Act.</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existence commenced as of the date of the filing of the Certificate and shall continue until dissolved and liquidated pursuant to the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principal office of the Company in the Commonwealth of Massachusetts shall be [address]. or at such other location as may hereafter be determined by the Board of Managers. The name and address of the registered agent of the Company for service of process on the Company in the Commonwealth of Massachusetts is [name and address of registered agent]. The Board of Managers may establish and maintain such additional offices and places of business of the Company, within or without the Commonwealth of Massachusetts, as it deems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purposes and character of the business of the Company shall be to transact any and all lawful business for which limited liability companies may be organized under the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contribution to the Company's capital in the amount shown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to this Agreement. No Member shall be required to make any additional capital contributions to the Company. Additional contributions to the Company's capital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in accordance with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Additional Members may be admitted upon the consent of all Members. Additional Members will participate in the Company's management, Net Profits, Net Losses, and distributions on such terms as the Members determine. The Members shall amend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 "Net Profits" and "Net Losses" shall mean the income, gain, loss, deductions, and credits of the Company in the aggregate or separately stated, as appropriate, determined in accordance with the method of accounting at the close of each fiscal year employed on the Company's information tax return filed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Dissociations.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Membership Interests,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Membership Interests,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specified in this Agreement 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Section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no Member or person or entity controlled by, controlling or under common control with the Member (each such person or entity is defined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is entitled to remuneration for services rendered or goods provided to the Company. However, the Company shall reimburse the Members and their Affiliates for organizational expenses (including, without limitation, legal and accounting fees and costs) incurred to form the Company, prepare the Certificate and this Agreement and, as approved by the Members,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Commonwealth of Massachusetts. The number of Managers shall be set from time to time by the Members; provided, that there shall not be less than two Managers at any time. The initial Managers shall be [list names of initial Managers].</w:t>
      </w:r>
    </w:p>
    <w:p>
      <w:pPr>
        <w:keepNext w:val="0"/>
        <w:spacing w:before="200" w:after="0" w:line="260" w:lineRule="exact"/>
        <w:ind w:left="1440" w:right="0" w:firstLine="0"/>
        <w:jc w:val="both"/>
      </w:pPr>
      <w:r>
        <w:rPr>
          <w:rFonts w:ascii="Times New Roman" w:hAnsi="Times New Roman" w:eastAsia="Times New Roman" w:cs="Times New Roman"/>
          <w:b w:val="0"/>
          <w:sz w:val="24"/>
        </w:rPr>
        <w:t>The business, property and affairs of the Company shall be managed exclusively by the Board of Managers. Except for situations in which the approval of the Members is expressly required by the Certificate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express limitations set forth elsewhere in this Agreement, the Managers shall have all necessary lawful powers to manage and carry out the purposes, business, property, and affairs of the Company.</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other provisions of this Agreement, the Board of Managers shall not have authority hereunder to cause the Company to engage in the following transactions without first obtaining the prior written consent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acquisition of the stock or substantially all of the assets of another entity or the merger therewith, regardless of the nature or amount of consideration given therefor;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issuance or re-issuance of any Membership Interests or other equity securities; or any debt securities convertible into equity securities; or any rights, options, or warrants to acquire any equity securities;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Manager shall remain in office until the earlier of his removal by the Members, death, or resignation, subject to the terms and conditions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Members, the Members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Members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Members for any reason; provided,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Members must provide such Manager with thirty (30) days' prior written notice of such removal. Any removal shall be without prejudice to the rights of such Manager under any employment contract.</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Board of Managers shall meet at such time and at such place, either within or without the Commonwealth of Massachusetts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Members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Members shall have no power to participate in the management of the Company except as expressly authorized by this Agreement or the Certificate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items of Company income, gain, loss, or deduction shall be allocated for federal, state, and local income tax purposes to the Members, pro rata, in accordance with their respective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Qualified Income Offset.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that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that Member's Capital Account, there shall be allocated to that Member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deficit balance as quickly as possible.</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applicable law and any limitations contained elsewhere in this Agreement,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may elect from time to time to cause the Company to make distributions. Distributions shall be first to the Members in proportion to their unreturned capital contributions until each Member has recovered his or her capital contributions, and then to the Members in proportion to their Membership Interests.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his or her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consent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(b)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(c)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have no right to vote or participate in the Company's management or to exercise any Member rights. Such transferee shall only be entitled to receive the share of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Company's termination under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Company's books and records shall be kept in accordance with the accounting methods followed for federal income tax purposes. The Company shall maintain at its principal office in Massachusetts all records required to be maintained by the Company pursuant to the Act.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Members' federal and state income tax or information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Members shall maintain the Company's funds in one or more separate bank accounts in the Company's name, and shall not permit the Company's funds to be commingled in any fashion with any other person's funds. Any Member,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$_____ may be signed by any one Member,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$_____ or more must be signed on behalf of the Company by any ____________________ Members acting together.</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Board of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The initial Tax Representative shall be [____________________].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Section shall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dissolve, and its activities and affairs shall be wound up,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causing dissolution under the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"Liquidator"),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Second, to the Members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unreturned contributions;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Third, to the Members, pro rata, in accordance with their positive Capital Account balances.</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After determining that all of the Company's known debts and liabilities have been paid or adequately provided for, the Company shall distribute the remaining assets to the Members in accordance with their positive capital account balances, after taking into account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Except as otherwise specifically provided in this Agreement, each Member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 entitled to look only to the Company's assets for the return of his or her positive Capital Account balance, and (b)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the dissolution of the Company or the expiration of any time period for continuation of the Company, the Managers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Cancellation and any other certificate required in the State of Massachusetts with the Massachusetts Secretary of the Commonwealth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because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Member, officer, employee or other agent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Company's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or other agent of another limited liability company, corporation, partnership, joint venture, trust or other enterprise (all such persons being referred to hereinafter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the Certificate constitute the complete and exclusive statement of agreement among the Members with respect to the subject matter herein and therein and replace and supersede all prior written and oral agreements among the Members. To the extent that any provision of the Certificate conflict with any provision of this Agreement, the Certificate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shall be governed by, and construed in accordance with, the laws of the Commonwealth of Massachusetts, excluding its conflicts of law principles.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10.6.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three (3)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10.7.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INTENDING TO BE BOUND, the Members have executed this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