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of LLC]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California, was filed on [date], with the California Secretary of State or otherwise in accordance with the California Revised Uniform Limited Liability Company Act, Cal. Corp. Code § 17701.01 et. seq.,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Act.</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ORGANIZATIONAL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filing of the Articles of Organization and, unless sooner terminated under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of this Agreement, shall terminate on [date].</w:t>
      </w:r>
    </w:p>
    <w:p>
      <w:pPr>
        <w:keepNext w:val="0"/>
        <w:spacing w:before="120" w:after="0" w:line="260" w:lineRule="exact"/>
        <w:ind w:left="180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California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Paragraph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capital contribution, and Percentage Interest.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with the Company.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California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the terms of their contract of employment with the Company (if any), and as shall be determined from time to time by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(if any) with the Company, any officer may be removed, either with or without cause, by the Members at any time. 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is appointed, shall, if present, preside at meetings of the Members, and exercise and perform such other powers and duties as may be from time to time assigned to him by the Members or prescribed by this Agreement. If there is no president, the chairperson shall also be the chief executive officer of the Company and shall have the powers and duties prescribed in Paragraph </w:t>
      </w:r>
      <w:r>
        <w:rPr>
          <w:rFonts w:ascii="Times New Roman" w:hAnsi="Times New Roman" w:eastAsia="Times New Roman" w:cs="Times New Roman"/>
          <w:b w:val="0"/>
          <w:sz w:val="24"/>
        </w:rPr>
        <w:t>4.5.</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The President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or where the signing and execution thereof shall be expressly delegated by the Members to some other officer or agent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216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secretary shall attend all meetings of the Members,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Company seal, if any, and the secretary shall have authority to affix the same to any instrument requiring it, and when so affixed, it may be attested by his or her signature. The Members may give general authority to any other officer to affix the seal of the Company, if any, and to attest the affixing by his or her signature.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keep, or cause to be kept, at the principal office or at the office of the Company's transfer agent or resident agent,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percentage ownership interest in the Company, the number and date of certificates issued for their membership interests,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216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have the custody of the funds and securities of the Company, shall keep full and accurate accounts of receipts and disbursements in books belonging to the Company, and shall deposit all moneys and other valuable effects in the name and to the credit of the Company in such depositories as may be designated by the Members. 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responsibilities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 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21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216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$[amount, e.g.,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e.g.,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"Act" shall mean the California Revised Uniform Limited Liability Act, as may be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"Affiliate" shall mean (i) any person directly or indirectly controlling, controlled by or under common control with another person;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owning or controlling [percentage, e.g., 10%] or more of the outstanding voting securities of such other person; (iii) any officer, director or partner of such other person; and (iv) if such other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partner, any company for which such person acts in any capacity. The term "person" shall include any natural person, corporation, partnership, trust, unincorporated association or other legal entity.</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Paragraph</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Paragraph</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80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Paragraphs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80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80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80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Paragraph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Paragraph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would cause the termination of the Company under the Code or the Act, in the sole discretion of the remaining Members, the transfer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Paragraph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Paragraph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80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[number, e.g., thirty (30)] days after the fair market value of the Former Member's Interest has been determined in accordance with Paragraph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80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80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may be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[time, e.g.,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the Company no later than [number, e.g.,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California all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80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80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permitted transfer of all or any portion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Company will take effect on the first day of the month following receipt by the other Remaining Members of written notice of transfer. Any Permitted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Company shall take subject to the restrictions on transfer imposed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(by the IRS or any state or local authority)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permitted by applicable law,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Paragraph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Paragraph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Articles of Organization or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expiration of the term of the Company as set forth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written consent of all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Paragraph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passage of ninety (90) consecutive days during which the Company has no members.</w:t>
      </w:r>
    </w:p>
    <w:p>
      <w:pPr>
        <w:keepNext w:val="0"/>
        <w:spacing w:before="120" w:after="0" w:line="260" w:lineRule="exact"/>
        <w:ind w:left="180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dissolution of the Company, the Company shall cause to be filed in the office of,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prescribed by, the Secretary of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and the Company's assets shall be disposed of and its affairs wound up. The Company shall give written notice of the commencement of the dissolution to all of its known creditors.</w:t>
      </w:r>
    </w:p>
    <w:p>
      <w:pPr>
        <w:keepNext w:val="0"/>
        <w:spacing w:before="120" w:after="0" w:line="260" w:lineRule="exact"/>
        <w:ind w:left="180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80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Cancellation.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with the California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California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paragraphs and subsections herein contained refer to articles, paragraphs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80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will be governed by and interpreted in accordance with the laws of the State of California, without giving effect to its principles of conflicts of law, and shall be binding upon the Members hereto in the United States and worldwide. Each Member hereby consents to the exclusive jurisdiction of the state and federal courts sitting in California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Paragraph </w:t>
      </w: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of this Agreement, and that when so made shall be as if served upon him or her personally within the State of California.</w:t>
      </w:r>
    </w:p>
    <w:p>
      <w:pPr>
        <w:keepNext w:val="0"/>
        <w:spacing w:before="120" w:after="0" w:line="260" w:lineRule="exact"/>
        <w:ind w:left="180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80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80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80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INTENDING TO BE BOUND, all of the Members of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limited liability company, have executed this Agreement, effective as of the date written above.</w:t>
      </w:r>
    </w:p>
    <w:p>
      <w:pPr>
        <w:keepNext w:val="0"/>
        <w:spacing w:before="120" w:after="0" w:line="260" w:lineRule="exact"/>
        <w:ind w:left="1080" w:right="0" w:firstLine="0"/>
        <w:jc w:val="left"/>
      </w:pPr>
      <w:r>
        <w:rPr>
          <w:rFonts w:ascii="Times New Roman" w:hAnsi="Times New Roman" w:eastAsia="Times New Roman" w:cs="Times New Roman"/>
          <w:b w:val="0"/>
          <w:sz w:val="24"/>
        </w:rPr>
        <w:t>MEMBERS</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of LLC] (the "Company") is the community property of Owner and that all of the undersigned's right or claim whatsoever in the Membership Interest including, but not limited to, capital, profits, losses and distributions, is subject to the terms and conditions of the Operating Agreement of [name of LLC] (the "Operating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Operating Agreement, the undersigned consents to and agrees to be bound by the restrictions, option rights and all other terms and provisions of the Operating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(here insert name and title of the officer), personally appeared, [name of person acknowledging]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