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Louisiana were filed on [date], with the Louisiana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Louisiana Limited Liability Company Act (La. Rev. Stat. Ann. § 12:1301,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agent in the State of Louisiana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Articles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own and/or manage other businesses, including businesses that may compete with the Company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Appointment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Illinois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Removal, Resignation and Filling of Vacancy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any officer may be removed, either with or without cause, by the Members at any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Salaries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Duties and Powers of the Chairperson.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appointed, shall, if present, preside at meetings of the Members, and exercise and perform such other powers and duties as may be from time to time assigned to him by the Members or prescribed by this Agreement. If there is no president, the chairperson shall in addition be the chief executive officer of the Company and shall have the powers and duties prescribed in Section </w:t>
      </w:r>
      <w:r>
        <w:rPr>
          <w:rFonts w:ascii="Times New Roman" w:hAnsi="Times New Roman" w:eastAsia="Times New Roman" w:cs="Times New Roman"/>
          <w:b w:val="0"/>
          <w:sz w:val="24"/>
        </w:rPr>
        <w:t>(e)</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Duties and Powers of the 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He or she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and except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Duties and Powers of Vice-President.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Duties and Powers of Secretary.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attend all meetings of the Members and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seal, if any, and the secretary shall have authority to affix the same to any instrument requiring it, and when so affixed, it may be attested by his signature. The Members may give general authority to any other officer to affix the seal of the Company, if any, and to attest the affixing by his signature.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keep, or cause to be kept, at the principal executive office or at the office of the Company's transfer agent or registrar,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their Percentage Interests, the number and date of certificates issued for the same,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Duties and Powers of Chief Financial Officer.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have the custody of the funds and securities of the Company and shall keep full and accurate accounts of receipts and disbursements in books belonging to the Company and shall deposit all moneys and other valuable effects in the name and to the credit of the Company in such depositories as may be designated by the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responsibility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Acts of Officers as Conclusive Evidence of Authority.</w:t>
      </w:r>
    </w:p>
    <w:p>
      <w:pPr>
        <w:keepNext w:val="0"/>
        <w:spacing w:before="200" w:after="0" w:line="260" w:lineRule="exact"/>
        <w:ind w:left="2160" w:right="0" w:firstLine="0"/>
        <w:jc w:val="both"/>
      </w:pPr>
      <w:r>
        <w:rPr>
          <w:rFonts w:ascii="Times New Roman" w:hAnsi="Times New Roman" w:eastAsia="Times New Roman" w:cs="Times New Roman"/>
          <w:b w:val="0"/>
          <w:sz w:val="24"/>
        </w:rPr>
        <w:t>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Signing Authority of Officers and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Initial Officers.</w:t>
      </w:r>
    </w:p>
    <w:p>
      <w:pPr>
        <w:keepNext w:val="0"/>
        <w:spacing w:before="200" w:after="0" w:line="260" w:lineRule="exact"/>
        <w:ind w:left="216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 or Net Loss,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Percentage Interest of the Remaining Member bears to the aggregate of the Percentage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Louisiana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Louisiana all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address of each member and manager, if management is vested in one or more managers pursuant to R.S. 12:1312.</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records which would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determine the relative voting rights of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together with any amendments thereto.</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limited liability company's federal and state income tax returns and reports, if any, for the three most recent years.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operating agreement which is in writing.</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any financial statements of the limited liability company for the three most recent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is dissolved and shall commence the winding up of its affairs on the first to occur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events specified in writing in the articles of organization or operating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consent of its members in accordance with R.S. 12:1318.</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R.S. 12:1335.</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file, upon dissolution and the commencement of winding up of the limited liability company, Articles of Dissolution with the Louisiana Secretary of State setting forth all information required by La. Rev. Stat. Ann. § 12:1339.</w:t>
      </w:r>
    </w:p>
    <w:p>
      <w:pPr>
        <w:keepNext w:val="0"/>
        <w:spacing w:before="120" w:after="0" w:line="260" w:lineRule="exact"/>
        <w:ind w:left="144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Louisiana Secretary of State stating that the Company has been liquidated and dissolved, once the Company has been liquidated completely: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Member/Manager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Member/Manager,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Louisiana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Louisiana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Louisiana.</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Louisiana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 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