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Operating Agreement of [name of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("Agreement") is made as of [date],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Certificate of Organization (the "Certificate of Organization") for [name of LLC]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Massachusetts, was filed on [date], with the Massachusetts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 for the Company under the Massachusetts Limited Liability Company Act, ALM GL ch. 156C, § 1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80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term of the Company commenced as of the date of the filing of the Certificate of Organization with the Secretary of State of Massachusetts and, unless sooner terminated under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of this Agreement, shall terminate on [date].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resident agent in the State of Massachusetts as required by the Act. The principal office of the Company shall be at [address], or such other location as the Members may determine. The resident agent shall be as stated in the Certificate of Organization or as otherwise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may transact or engage in any business, trade, profession, purpose, or activity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may carry on under the Act.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initial Members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contribution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Additional contributions to the capital of the Company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Profits," "Net Losses"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by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Certificate of Organization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p>
    <w:p>
      <w:pPr>
        <w:keepNext w:val="0"/>
        <w:spacing w:before="200" w:after="0" w:line="260" w:lineRule="exact"/>
        <w:ind w:left="1800" w:right="0" w:firstLine="0"/>
        <w:jc w:val="both"/>
      </w:pPr>
      <w:r>
        <w:rPr>
          <w:rFonts w:ascii="Times New Roman" w:hAnsi="Times New Roman" w:eastAsia="Times New Roman" w:cs="Times New Roman"/>
          <w:b w:val="0"/>
          <w:sz w:val="24"/>
        </w:rPr>
        <w:t>In entering into this Agreement, the intent of each Member is to actively engage in the management of the Company. Accordingly, unless otherwise limited by the Certificate of Organization or this Agreement, each Member shall have the full, complete or exclusive authority, power and discretion to manage and control the business, property and affairs of the Company, to make all decisions regarding those matters and to perform any and all other acts or activities customary or incidental to the management of the Company's business, property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Approval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annual or regular meetings of the Members are required to be held. However, if such meetings are held, such meetings shall be noticed, held and conducted pursuant to the Act. In any instance in which the approval of the Members is required under this Agreement, such approval may be obtained in any manner permitted by the Act. Unless otherwise provided in this Agreement, approval of the Members shall mean the approval of Members who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p>
    <w:p>
      <w:pPr>
        <w:keepNext w:val="0"/>
        <w:spacing w:before="200" w:after="0" w:line="260" w:lineRule="exact"/>
        <w:ind w:left="1800" w:right="0" w:firstLine="0"/>
        <w:jc w:val="both"/>
      </w:pPr>
      <w:r>
        <w:rPr>
          <w:rFonts w:ascii="Times New Roman" w:hAnsi="Times New Roman" w:eastAsia="Times New Roman" w:cs="Times New Roman"/>
          <w:b w:val="0"/>
          <w:sz w:val="24"/>
        </w:rPr>
        <w:t>Each Member shall devote whatever time or effort as he or she deems appropriate for the furtherance of the Company's business.</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Competing Activities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Members acknowledge that certain Members and their Affiliates (as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hereof) own and/or manage other businesses, including businesses that may compete with the Company and/or for the Member's time. Each Member hereby waives any and all rights and claims which he or she may otherwise have against other Members and their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of such activities.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Members may appoint officers at any time. The officers of the Company, if deemed necessary by the Members, may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chairperson, president, vice president, secretary, and chief financial officer. The officers shall serve at the pleasure of the Members,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with the Company.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Massachusetts or citizen of the United States.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such Member's officers may serve as officers of Company only if elected by the Members. The officers shall exercise such powers and perform such duties as specified in this Agreement, the terms of their contract of employment with the Company (if any), and as shall be determined from time to time by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Resignation and Filling of Vacancy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the rights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(if any) with the Company, any officer may be removed, either with or without cause, by the Members at any time. Any officer may resign at any time by giving written notice to the Members.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under applicable law.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Salaries of Officers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salaries of all officers and agents of the Company shall be fixed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the Chairperson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chairperson,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is appointed, shall, if present, preside at meetings of the Members, and exercise and perform such other powers and duties as may be from time to time assigned to him by the Members or prescribed by this Agreement. If there is no president, the chairperson shall also be the chief executive officer of the Company and shall have the powers and duties prescribed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the President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such supervisory powers, if any, as may be given by the Members to the chairperson,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Company, and shall, subject to the control of the Members, have general and active management of the business of the Company and shall see that all orders and resolutions of the Members are carried into effect. The President shall have the general powers and duties of management usually vested in the office of president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Members or this Agreement.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Members or the president shall execute leases, financing statements,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Company, except where required or permitted by law to be otherwise signed and executed or where the signing and execution thereof shall be expressly delegated by the Members to some other officer or agent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Vice-President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vice-president, or if there shall be more than one, the vice-presidents in the order determined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Members, shall, in the absence or incapacity of the president, perform the duties and exercise the powers of the president and shall perform such other duties and have such other powers as the Members by resolution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Secretary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secretary shall attend all meetings of the Members, shall record all the proceedings of the meetings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to be kept for that purpose, and shall perform like duties for the standing committees when required. The secretary shall give or cause to be given notice of all meetings of the Members and shall perform such other duties as may be prescribed by the Members. The secretary shall have custody of the Company seal, if any, and the secretary shall have authority to affix the same to any instrument requiring it, and when so affixed, it may be attested by his or her signature. The Members may give general authority to any other officer to affix the seal of the Company, if any, and to attest the affixing by his or her signature.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secretary shall keep, or cause to be kept, at the principal office or at the office of the Company's transfer agent or resident agent, as determined by resolution of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register, showing the names of all Members and their addresses, percentage ownership interest in the Company, the number and date of certificates issued for their membership interests, and the number and date of cancellation of every certificate surrendered for cancellation. The secretary shall also keep all documents relating to the ownership and operation of the Company and such documents as may be required under the Act. The secretary shall perform such other duties and have such other authority as may be prescribed elsewhere in this Agreement or from time to time by the Members. The secretary shall have the general duties, powers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If the Members choose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or assistant secretaries, the assistant secretaries, in the order of their seniority, in the absence, disability or inability to act of the secretary, shall perform the duties and exercise the powers of the secretary, and shall perform such other duties as the Members may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Duties and Powers of Chief Financial Officer</w:t>
      </w:r>
    </w:p>
    <w:p>
      <w:pPr>
        <w:keepNext w:val="0"/>
        <w:spacing w:before="200" w:after="0" w:line="260" w:lineRule="exact"/>
        <w:ind w:left="2160" w:right="0" w:firstLine="0"/>
        <w:jc w:val="both"/>
      </w:pPr>
      <w:r>
        <w:rPr>
          <w:rFonts w:ascii="Times New Roman" w:hAnsi="Times New Roman" w:eastAsia="Times New Roman" w:cs="Times New Roman"/>
          <w:b w:val="0"/>
          <w:sz w:val="24"/>
        </w:rPr>
        <w:t>The chief financial officer shall keep and maintain, or cause to be kept and maintained, adequate and correct books and records of accounts of the properties and business transactions of the Company, including accounts of its assets, liabilities, receipts, disbursements, gains, losses, capital, and Membership Interests. The books of account shall at all reasonable times be open to inspection by any Member.</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chief financial officer shall have the custody of the funds and securities of the Company, shall keep full and accurate accounts of receipts and disbursements in books belonging to the Company, and shall deposit all moneys and other valuable effects in the name and to the credit of the Company in such depositories as may be designated by the Members. The chief financial officer shall disburse the funds of the Company as may be ordered by the Members, taking proper vouchers for such disbursements, and shall render to the president and the Members, at their regular meetings, or when Members so require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transactions as treasurer and of the financial condition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 chief financial officer shall perform such other duties and shall have such other responsibilities and authority as may be prescribed elsewhere in this Agreement or from time to time by the Members. The chief financial officer shall have the general duties, powers and responsibility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be the chief financial and accounting officer of the Company. If the Members choose to elect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or assistant treasurers, the assistant treasurers in the order of their seniority shall, in the absence, disability or inability to act of the chief financial officer, perform the duties and exercise the powers of the chief financial officer, and shall perform such other duties as the Members shall from time to time prescribe.</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Acts of Officers as Conclusive Evidence of Authority</w:t>
      </w:r>
    </w:p>
    <w:p>
      <w:pPr>
        <w:keepNext w:val="0"/>
        <w:spacing w:before="200" w:after="0" w:line="260" w:lineRule="exact"/>
        <w:ind w:left="2160" w:right="0" w:firstLine="0"/>
        <w:jc w:val="both"/>
      </w:pPr>
      <w:r>
        <w:rPr>
          <w:rFonts w:ascii="Times New Roman" w:hAnsi="Times New Roman" w:eastAsia="Times New Roman" w:cs="Times New Roman"/>
          <w:b w:val="0"/>
          <w:sz w:val="24"/>
        </w:rPr>
        <w:t>Any note, evidence of indebtedness, contract, certificate, statement, conveyance, or other instrument in writing, and any assignment or endorsement thereof, executed or entered into between the Company and any other person, when signed by the chairperson, the president or any vice president and any secretary (or any assistant secretary), the chief financial officer (or any assistant treasurer) of the Company, is not invalidated as to the Company by any lack of authority of the signing officers in the absence of actual knowledge on the part of the other person that the signing officers had no authority to execute the same.</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Signing Authority of Officers and Members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Subject to any restrictions imposed by the Members, any officer,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$[amount, e.g., 5,000] may be signed by any one officer acting alone or any Member.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$[amount, e.g., 5,000] or more must be signed on behalf of the Company by any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any Member.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designated in writing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authorized to sign contracts and obligations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Officers</w:t>
      </w:r>
    </w:p>
    <w:p>
      <w:pPr>
        <w:keepNext w:val="0"/>
        <w:spacing w:before="200" w:after="0" w:line="260" w:lineRule="exact"/>
        <w:ind w:left="2160" w:right="0" w:firstLine="0"/>
        <w:jc w:val="both"/>
      </w:pPr>
      <w:r>
        <w:rPr>
          <w:rFonts w:ascii="Times New Roman" w:hAnsi="Times New Roman" w:eastAsia="Times New Roman" w:cs="Times New Roman"/>
          <w:b w:val="0"/>
          <w:sz w:val="24"/>
        </w:rPr>
        <w:t>Without limiting the foregoing provisions regarding the appointment of officers, and without limiting the ability of the Members to appoint or remove officers, the following shall apply with respect to the initial officers of the Company, who shall, absent action by the Members, serve as stated below without having to be specifically appointed by action of the Members:</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president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vice presidents of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[name] shall serve as the initial chief financial officer and secretary of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For purposes of this Agreement, "incapacity" shall be established by the written opinion of two licensed treating physicians not related by blood or marriage to any Member or officer,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controlling or managing person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adjudication of incompetence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not be required.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NET LOSSES AND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80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2160" w:right="0" w:firstLine="0"/>
        <w:jc w:val="both"/>
      </w:pPr>
      <w:r>
        <w:rPr>
          <w:rFonts w:ascii="Times New Roman" w:hAnsi="Times New Roman" w:eastAsia="Times New Roman" w:cs="Times New Roman"/>
          <w:b w:val="0"/>
          <w:sz w:val="24"/>
        </w:rPr>
        <w:t>“Act" shall mean the Massachusetts Limited Liability Company Act, ALM, GL ch. 156C, § 1 et seq., as may be amended from time to time.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“Affiliate" shall mean (i) any person directly or indirectly controlling, controlled by or under common control with another person;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owning or controlling [percentage, e.g., 10%] or more of the outstanding voting securities of such other person; (iii) any officer, director or partner of such other person; and (iv) if such other person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or partner, any company for which such person acts in any capacity. The term "person" shall include any natural person, corporation, partnership, trust, unincorporated association or other legal entity.</w:t>
      </w:r>
    </w:p>
    <w:p>
      <w:pPr>
        <w:keepNext w:val="0"/>
        <w:spacing w:before="200" w:after="0" w:line="260" w:lineRule="exact"/>
        <w:ind w:left="2160" w:right="0" w:firstLine="0"/>
        <w:jc w:val="both"/>
      </w:pPr>
      <w:r>
        <w:rPr>
          <w:rFonts w:ascii="Times New Roman" w:hAnsi="Times New Roman" w:eastAsia="Times New Roman" w:cs="Times New Roman"/>
          <w:b w:val="0"/>
          <w:sz w:val="24"/>
        </w:rPr>
        <w:t>"Code" shall mean the Internal Revenue Code of 1986, as amended from time to time, the provisions succeeding law, and to the extent applicable, the Treasury Regulations.</w:t>
      </w:r>
    </w:p>
    <w:p>
      <w:pPr>
        <w:keepNext w:val="0"/>
        <w:spacing w:before="200" w:after="0" w:line="260" w:lineRule="exact"/>
        <w:ind w:left="216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"Net Profits" and "Net Losses" shall mean the income, gain, loss, deductions and credits of the Company in the aggregate or separately stated, as appropriate, determined in accordance with the method of accounting at the close of each fiscal year employed on the Company's information tax return filed for federal income tax purposes.</w:t>
      </w:r>
    </w:p>
    <w:p>
      <w:pPr>
        <w:keepNext w:val="0"/>
        <w:spacing w:before="200" w:after="0" w:line="260" w:lineRule="exact"/>
        <w:ind w:left="216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Losses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Net Losses shall be allocated to the Members in proportion to their Membership Interests.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Any loss reallocated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taken into account in computing subsequent allocations of income and loss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and losses allocated to each Member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to the extent possible, shall be equal to the net amount that would have been allocated to each such Member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no reallocation of losses had occurred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Profit</w:t>
      </w:r>
    </w:p>
    <w:p>
      <w:pPr>
        <w:keepNext w:val="0"/>
        <w:spacing w:before="200" w:after="0" w:line="260" w:lineRule="exact"/>
        <w:ind w:left="2160" w:right="0" w:firstLine="0"/>
        <w:jc w:val="both"/>
      </w:pPr>
      <w:r>
        <w:rPr>
          <w:rFonts w:ascii="Times New Roman" w:hAnsi="Times New Roman" w:eastAsia="Times New Roman" w:cs="Times New Roman"/>
          <w:b w:val="0"/>
          <w:sz w:val="24"/>
        </w:rPr>
        <w:t>Net Profit shall be allocated to the Members in proportion to their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Minimum Gain Chargeback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Chargeback of Minimum Gain Attributable to Member Nonrecourse Debt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Any nonrecourse deductions (as defined in Treasury Regulations Section 1.704-2(b)(1)) for any fiscal year or other period shall be specially allocated to the Members in proportion to their Membership Interests.</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any other provision in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in accordance with Code Section 704(c) and the Treasury Regulations promulgated thereunder, income, gain, loss and deduction with respect to any property contributed to the capital of the Company shall, solely for tax purposes, be allocated among the Members so as to take account of any variation between the adjusted basis of such property to the Company for federal income tax purposes and its fair market value on the date of contribution. Allocations pursuant to this Section </w:t>
      </w: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are solely for purposes of federal, state and local taxes. As such, they shall not affect or in any way be taken into account in computing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Capital Account or share of profits, losses or other items of distributions pursuant to any provision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Membership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p>
    <w:p>
      <w:pPr>
        <w:keepNext w:val="0"/>
        <w:spacing w:before="200" w:after="0" w:line="260" w:lineRule="exact"/>
        <w:ind w:left="180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EVENTS AND TERMINATION OF MEMBERSHIP INTEREST</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[number, e.g.,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of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Membership Interest of the Remaining Member bears to the aggregate of the Membership Interests of all of the Remaining Members electing to purchase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any Remaining Member elects to purchase none or less than all of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or the Remaining Members, as the case may be,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may be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[time, e.g.,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the Company no later than [number, e.g.,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Massachusetts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p>
    <w:p>
      <w:pPr>
        <w:keepNext w:val="0"/>
        <w:spacing w:before="200" w:after="0" w:line="260" w:lineRule="exact"/>
        <w:ind w:left="180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Massachusetts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Membership Interest of each Member;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of Organization and any and all amendments thereto, together with executed copies of any powers of attorney pursuant to which the Certificate of Organization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any and all amendments thereto together with executed copies of any powers of attorney pursuant to which this Agreement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Company's books and records as they relate to the internal affairs of the Company for at least the current and past four (4)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[name] is designated as "Tax Matters Partner" (as defined in I.R.C. Section 6231), to represent the Company (at the Company's expense) in connection with all examination of the Company's affairs by tax authorities and to expend Company funds for professional services and costs associated therewith.</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happening of any event of dissolution specified in the Articles of Organization;</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expiration of the term of the Company as set forth in Section </w:t>
      </w: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happening of any event of dissolution specified in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written consent of all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and the failure of the Remaining Members consent in accordance with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to continue the business of the Company within ninety (90) days after the occurrence of such event; or</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sale of all or substantially all of the assets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p>
    <w:p>
      <w:pPr>
        <w:keepNext w:val="0"/>
        <w:spacing w:before="200" w:after="0" w:line="260" w:lineRule="exact"/>
        <w:ind w:left="1800" w:right="0" w:firstLine="0"/>
        <w:jc w:val="both"/>
      </w:pPr>
      <w:r>
        <w:rPr>
          <w:rFonts w:ascii="Times New Roman" w:hAnsi="Times New Roman" w:eastAsia="Times New Roman" w:cs="Times New Roman"/>
          <w:b w:val="0"/>
          <w:sz w:val="24"/>
        </w:rPr>
        <w:t>Upon the dissolution of the Company, the Company's assets shall be disposed of and its affairs wound up. The Company shall give written notice of the commencement of the dissolution to all of its known creditors.</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and the windig up of the Company, the Members shall take full account of the Company’s assets and liabilities, shall liquidate the assets as promptly as is consistent with obtaining the fair market value thereof, and shall apply and distribute the proceeds therefrom in the following order:</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payment of creditors of the Company, including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To the setting up of any reserves as required by law for any contingent liabilities or obligations of the Company; provided, however, that said reserves shall be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in escrow at interest for the purpose of disbursing such reserves for the payment of any of the aforementioned contingencies and, at the expiration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for the purpose of distributing the balance remaining in accordance with remaining provisions of this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remaining amounts to the Members, first for the return of their contributions and second respecting their Membership Interests in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Cancellation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completion of the winding up of the affairs of the Company, 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Cancellation of Limited Liability Company with the Massachusetts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p>
    <w:p>
      <w:pPr>
        <w:keepNext w:val="0"/>
        <w:spacing w:before="200" w:after="0" w:line="260" w:lineRule="exact"/>
        <w:ind w:left="216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Massachusetts Rules of Professional Conduct or similar rules in any other jurisdiction.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and the Certificate of Organization constitute the complete and exclusive statement of agreement among the Members with respect to the subject matter herein and therein, and shall replace and supersede all prior written and oral agreements among the Members. To the extent that any provision of the Certificate of Organization conflict with any provision of this Agreement, the Certificate of Organization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Disputes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will be governed by and interpreted in accordance with the laws of the State of Massachusetts, without giving effect to its principles of conflicts of law, and shall be binding upon the Members hereto in the United States and worldwide. Each Member hereby consents to the exclusive jurisdiction of the state and federal courts sitting in Massachusetts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of this Agreement, and that when so made shall be as if served upon him or her personally within the State of Massachusetts.</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80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80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p>
    <w:p>
      <w:pPr>
        <w:keepNext w:val="0"/>
        <w:spacing w:before="200" w:after="0" w:line="260" w:lineRule="exact"/>
        <w:ind w:left="180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of LLC],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Massachusetts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SPOUSAL CONSENT AND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of LLC] (the “Company”) is the community property of Owner and that all of the undersigned’s right or claim whatsoever in the Membership Interest including, but not limited to, capital, profits, losses and distributions, is subject to the terms and conditions of the Operating Agreement of [name of LLC] (the “Operating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Operating Agreement, the undersigned consents to and agrees to be bound by the restrictions, option rights and all other terms and provisions of the Operating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val="0"/>
          <w:sz w:val="24"/>
        </w:rPr>
        <w:t>State of Massachusetts</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72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