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PROFESSIONAL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have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limited liability company under the laws of the State of New York by filing on [date], articles of organization with the Department of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Professional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the profession of [identify profession] and any other lawful act, business or activity for which limited liability companies may be formed under the laws of the State of New York and to do any and all other things determined by the Members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Department of State of New York, and shall continue until [date], unless the Company is dissolved earlier pursuant to the provisions of this Agreement or as provided in Section 701 of the New York Limited Liability Company Law, NY CLS LLC § 101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[address]. The Members may change the principal place of business and establish additional places of business as they deem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agent for service of process shall be [name], who is located at the following address: [address], or such other agent as the Member may designate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Members. Voting shall be in proportion to each Member’s share of the current profits of the Company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rights and powers of the Members to manage the affairs of the Company,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imposed by this Agreement, admit additional Members in substitution of Members disposing of their interest in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Members,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including professional liability insurance, as may be deemed necessary or appropriate by the Members,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Members may designate (withdrawals from such bank accounts to be made upon such signature or signatures as the Members may designate) and consistent with any professional, regulatory or licensing requirements governing the administration of client funds.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in alphabetical order, of all current Members and past Members, together with the mailing address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copies of the Articles of Organization, any amendments thereto and powers of attorney, if any, pursuant to which the execution of the Articles of Organization have occurred.</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copies of present and past documents relating to the operation and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carrying out their duties hereunder, the Members shall not be liable to the Company nor to any other Member for their good faith actions or failure to act, nor for any errors of judgment, nor for any act or omission believed in good faith to be within the scope of authority conferred by this Agreement, but only for their own willful or fraudulent misconduct in the performance of their obligations under this Agreement, or for gross negligence or willful breach of their fiduciary duties under this Agreement. The receipt of advice of counsel that certain acts and omissions are within the scope of authority conferred by this Agreement shall be conclusive evidence of good faith; however, good faith may be determined without obtaining such legal advice.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does hereby indemnify and hold harmless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Member’s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Member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Member and the Member’s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or professional liability, and all other insurance deemed necessary or appropriate by the Members to the business of the Company, shall be carried in such amounts and of such types as shall be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from time to time, engage in business or professional enterprises similar to that of the Company and competitive with the activities of the Company. The Member may, consistent with any professional restrictions, engage in such similar and competitive enterprises without restriction and has no obligation to account to the Company or to the other Members for such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are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reflect the capital contribution of each Member, indicating the amount of cash contributed, the value of property contributed and/or the value of services contributed, and each Member's percentage ownership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in this Agreement to the contrary, no Member shall have the right: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have his or her capital contribution repaid except to the extent provided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require partition of the Company's property or to compel any sale or appraisal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or assign his or her interest in the Company or to constitute the vendee or assignee thereunder, except as provided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voluntarily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from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be personally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must be duly authorized to practice the profession in which the Company engages.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who becomes legally disqualified to practice the profession of the Company must end the Member’s financial interest (other than interests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or vested rights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retirement program) in the Company within six months of the date of disqualification, unless within that time the Member again becomes qualified to practice the profession. The remaining Members must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Member’s interest on the terms set forth in Article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unless the Member sells or transfers the Member’s interest to another qualified professional pursuant to the terms of this Agreement before the expiration of the six month period specified in the preceding sentence.</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of 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herein, net profits and losses of the Company (including profits and losses attributable to the sale or other disposition of all or any portion of the Company's property) shall be allocated among or borne by the Members in the percentages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or in accordance with their capital accounts, as those may change as provided herein.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to the extent required by law, income, gain, loss and deduction attributable to property contributed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allocated among the Members so as to take into account any variation between the tax basis of the property and the fair market value thereof at the time of contribution, in accordance with the requirements of Section 704(c) of the Internal Revenue Code of 1986 (the "Code"), as amended, or its counterpart in any subsequently enacted Internal Revenue Code, and the applicable Treasury Regulations (the "Regulations")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profits, losses and gains shall be allocated to the Members in accordance with the portion of the year during which the Members have held their respective interests. All items of income and loss shall be considered to have been earned ratably over the fiscal year of the Company, except that gains and losses arising from the disposition of assets shall be taken into account as of the date thereof.</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in the event the Company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for imputed interest under any provision of the Code on any loan or advance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deduction shall be allocated solely to such Member.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to the extent the payment of any expenditure by the Company is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federal income tax purposes, there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income allocation to such Member in the amount of such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if items of income or gain to be allocated include income or gain treated as ordinary income for federal income tax purposes because they are attributable to the recapture of depreciation under Section 1245 or 1250 of the Code, then such income or gain, to the extent treated as ordinary income, shall be allocated to, and reported by, the Members in proportion to their then respective cumulative allocations of depreciation.</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books shall be kept on the accrual basis and in accordance with reasonable accounting principles consistently applied.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fiscal year of the Company shall end on December 31.</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each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Member's capital accounts: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shall be maintained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for each Member in accordance with this Article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The amount of each Member's contribution of cash, property and/or services to the capital of the Company shall be credited to such Member's capital account. From time to time, but not less often than quarterly, each Member's share of profits, losses and distributions shall be credited or charged, as the case may be, to such Member's capital account.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 and any adjustments thereto, shall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tax accounting and other principles set forth in Section 704 of the Code and applicable Regulations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Company shall suffer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the capital account of any Member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negative amount, such loss shall be carried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that Member's capital account, and that Member's share of subsequent profits of the Company shall be applied to erase such capital account deficit.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Immediately following the transfer of any interest in the Company, the capital account of the transferee-Member shall be equal to the capital account of the transferor-Member attributable to the transferred interest.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computing the amount of any item of income, gain, deduction or loss to be reflected in the Member's capital account, the determination, recognition and classification of any such item shall be the same as its determination, recognition and classification for federal income tax purposes, taking into account any adjustments required pursuant to Section 704 of the Code and the applicable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be entitled to transfer, assign, convey, sell, encumber or in any way alienate all or any part of that Member’s interest in the Company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only transfer that Member’s interest in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eligible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Article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(iii) such person pays any reasonable expenses in connection with that person’s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and (iv) such person submits proof satisfactory to the Members of that person’s professional certification and eligibility for membership in the Company.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440" w:right="0" w:firstLine="0"/>
        <w:jc w:val="left"/>
      </w:pPr>
      <w:r>
        <w:rPr>
          <w:rFonts w:ascii="Times New Roman" w:hAnsi="Times New Roman" w:eastAsia="Times New Roman" w:cs="Times New Roman"/>
          <w:b w:val="0"/>
          <w:sz w:val="24"/>
        </w:rPr>
        <w:t>5.5.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the restrictions on the sale or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pursuant to New York law and this Agreement must be noted conspicuously on the face or back of every certificate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issued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5.6.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 [them]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(by the IRS or any state or local authority)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disqualification, death, retirement, resignation, expulsion, bankruptcy or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any other occurrence which terminates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 the Company, except where the Members, other than the affected Member, vote unanimously to continue the business of the Company within 180 days of such occurrence;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sell or transfer substantially all of the assets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ceases its business operations;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unanimously vote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six months of the death, dissolution or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in the event the Members continue the business under Article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Company shall purchase the Member's interest at the book value of that interest as of the end of the month immediately preceding the death, dissolution or disqualification, unless the Member’s interest is sold or transferred to another professional pursuant to the terms of this Agreement before the expiration of that six month period.</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Members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Members who are creditors, to the extent permitted by law, in satisfaction of liabilities of the Company, whether by payment or by establishment of adequate reserves, other than liabilities for interim distributions or distributions upon withdrawal of Members and former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Members may deem reasonably necessary in order to meet any contingent or unforeseen liabilities or obligations of the Company arising out of, or in connection with, the business of the Company. Said reserves shall be paid over by the Members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Members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and former Members in satisfaction of liabilities for interim distributions and distributions upon withdrawal;</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for the return of their capital contributions, to the extent not previously returned; 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respecting their membership interests, in the proportions in which the Members share in distributions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90 days following the dissolution of the Company or the expiration of any time period for continuation of the Company, the Members shall file Articles of Dissolution and any other certificate required in the State of New York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will be in writing and signed by all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notices or other communications which may be sent to any Member shall be sent to the address noted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unless the Company is notified in writing with regard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address. Notices or other communications shall be deemed to have been given only when deposited with the United States Postal Service by registered or certified mail, return receipt requested, addressed as set forth above.</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multiple 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constitute one agreement, by each of the parties hereto on the dates indicated in the acknowledgment of said parties, notwithstanding that all of the parties are not signatories to the same part or that signature pages from different parts are combined. The signature of any party to any part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to and may be appended to any other part.</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Words of gender used in this Agreement shall be interpreted to include the other gender, and words in the singular number shall be interpreted to include the plural (and vice-versa), when the sense so requires. The captions to each Article are inserted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and for reference purposes and in no way define, limit or describe the scope or intent of this Agreement, or in any way affect it.</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contains the entire understanding between the parties and supersedes any prior understandings and agreements between them concerning the within subject matter. There are no representations, agreements, arrangements or understandings, oral or written, between the parties hereto relating to the subject matter of this Agreement which are not described herein.</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such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all Members and their respective legal representatives, heirs,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Members have entered into this Agreement and have hereunto set their hands to multiple copies hereof,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