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ILLINOIS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Illinois limited liability company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Articles of Organization (the "Articles") on [date] with the office of the Secretary of State of Illinois in accordance with the Illinois Limited Liability Company Act (805 Ill. Comp. Stat. Ann. 180/1-1, et seq.), as may be amended from time to time, and any successor legislation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LLC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is "[name of company]" and all Company business shall be conducted in that name or such other names as the Members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of the Company shall become effective on the date the articles of organization are filed with the Secretary of State of Illinois, and shall continue until [date], unless the Company is dissolved earlier pursuant to the provisions of this Agreement or as provided in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registered agent in the State of Illinois as required by the LLC Act. The principal office of the Company shall be at [address], or such location as the Members may determine. The registered agent shall be as stated in the Articles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dissociate from the Company at any time.  Upon such dissociation, the dissociated member will no longer have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and will hold his or her Membership Interest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Articles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have the sole and exclusive control of the management, business and affairs of the Company, and the Members shall make all decisions and take all actions for and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Agreement, the affirmative vote or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will be considered the vote or consent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Meetings.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may be called by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Meetings of the Members may be held in person or by means of conference telephone or similar communications equipment by which all Members participating in the meeting can hear each other. Or, another suitable electronic communications system may be used including video-conferencing technology or the Internet, but only if each Member entitled to participate in the meeting consents to the meeting being held by means of that system and the system provides access to the meeting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method by which each person participating in the meeting can communicate concurrently with each other participant. Participation in such meeting shall constitute attendance and presence in Member at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participates in the meeting for the express purpose of objecting to the transaction of any business on the ground that the meeting is not lawfully called or convened.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All interim distributions, that is, those made prior to the time of the Company's dissolution and winding up shall be in equal shares.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LLC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Illinois all records required to be maintained by the Company pursuant to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LLC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shall be dissolved, and its affairs wound up only upon the happening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or circumstance that causes the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by the express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consent of all Members.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passage of 180 consecutive days during which the Company has no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application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dissociated Member as specified in 805 Ill. Comp. Stat. Ann. 180/35-1(</w:t>
      </w:r>
      <w:r>
        <w:rPr>
          <w:rFonts w:ascii="Times New Roman" w:hAnsi="Times New Roman" w:eastAsia="Times New Roman" w:cs="Times New Roman"/>
          <w:b/>
          <w:sz w:val="24"/>
        </w:rPr>
        <w:t>a</w:t>
      </w:r>
      <w:r>
        <w:rPr>
          <w:rFonts w:ascii="Times New Roman" w:hAnsi="Times New Roman" w:eastAsia="Times New Roman" w:cs="Times New Roman"/>
          <w:b w:val="0"/>
          <w:sz w:val="24"/>
        </w:rPr>
        <w:t>)(4).</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application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distributional interest as specified in 805 Ill. Comp. Stat. Ann. 180/35-1(</w:t>
      </w:r>
      <w:r>
        <w:rPr>
          <w:rFonts w:ascii="Times New Roman" w:hAnsi="Times New Roman" w:eastAsia="Times New Roman" w:cs="Times New Roman"/>
          <w:b/>
          <w:sz w:val="24"/>
        </w:rPr>
        <w:t>a</w:t>
      </w:r>
      <w:r>
        <w:rPr>
          <w:rFonts w:ascii="Times New Roman" w:hAnsi="Times New Roman" w:eastAsia="Times New Roman" w:cs="Times New Roman"/>
          <w:b w:val="0"/>
          <w:sz w:val="24"/>
        </w:rPr>
        <w:t>)(5)</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Administrative dissolution under 805 Ill. Comp. Stat. Ann. 180/35-25.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Dissolution of the Company shall be effective on the day on which the event occurs giving rise to the dissolution, but the Company shall not terminate until the winding up of the Company has been completed and the assets of the Company have been distributed as provided in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soon as is practicable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requiring winding up of the Company, the Company shall sell or otherwise liquidate all of its remaining assets. The Members and officers of the Company, if any, shall have the right to take into account the market conditions that may exist from time to time in determining when the sale or other liquidation of assets of the Company is practicable. As promptly as practicable, the Company shall pay or make adequate provision for the payment of all known debts, obligations, or liabilities of the Company. As promptly as practicable after the payment of all known debts, obligations, or liabilities of the Company (or the provision for such payment is made), the remaining assets of the Company, if any, shall be distributed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of the Company's known debts and liabilities have been paid or adequately provided for, the Company shall distribute the remaining assets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Agreement, each Member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look only to the Company's assets for the return of his or her positive Capital Account balance, and (b)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completion of the winding up of the Company's affairs, the Company shall file Statement of Termination with the Illinois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the limitations and conditions provided herein, each person who was or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involved in any legal or administrative proceeding, or any appeal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or any inquiry or investigation that could lead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reason of the fact that he or she,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of whom he or she is the legal representative,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or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or required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section shall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serve in the capacity which initially entitled such person to indemnity hereunder.  The rights granted herein shall be deemed contract rights, and no amendments, modification or repeal of this section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Articles constitute the complete and exclusive statement of agreement among the Members with respect to the subject matter herein and therein and replace and supersede all prior written and oral agreements among the Members. To the extent that any provision of the Articles conflict with any provision of this Agreement, the Articles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State of Illinois,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