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Order Granting Petition for Extension of Time to Prepare and File Verified Inventory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IN THE CIRCUIT COURT FOR _________________ COUNTY, FLORIDA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Order Granting Petition for Extension of Time to Prepare and File Verified Inventory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the Petition of the Personal Representative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Extending Time to Prepare and File Verified Inventory, the Court finding that all persons required to be served under the law have been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petition or have waived notice thereof; that the material allegations of the petition are true; and that good cause has been shown for extension of the time for the Personal Representative to file the verified inventory in this estate; it is</w:t>
      </w:r>
    </w:p>
    <w:p>
      <w:pPr/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ADJUDGED and ORDERED that the time for filing the verified inventory in this estate is extended until ____________________.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ORDERED on ____________________, 20_____.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Circuit Judge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Copies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