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Order to Show Cause for Yellowstone Injunction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At I.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.S. Part _____ of the Supreme Court of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the State of New York held in and for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the County of [county name] at the Courthouse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located at [street address], [city], New York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on the ___ day of____________________, 20___.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 R E S E N T: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Hon. _________________________, Justice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Upon the annexed affidavit of [affiant's name], sworn to on [month] [day], [year], with the exhibits annexed thereto, and the accompanying Memorandum of Law, and all pleadings and proceedings previously had herein, and sufficient cause therefor being alleged, it is hereby,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ORDERED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[opposing party's name] show cause before the Supreme Court of the State of New York, County of [county], located at [street address], [city], New York, on ______________________________ at _____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.m./p.m., or as soon thereafter as counsel may be heard, why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injunction Order should not be entered [description of specific requested relief] on the grounds that [grounds for requested relief], and awarding such other and further relief as the Court may deem just and proper;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IT IS FURTHER ORDERED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this Order to Show Cause, together with the papers upon which it is based, shall be served upon [opposing party's name] and [his/her/its] counsel by ____________________ so as to be received on ______________________________, and that said service shall be deemed good and sufficient; and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IT IS FURTHER ORDERED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answering papers, if any, shall be served upon [moving party's attorney's name], [law firm name], [street address], [city], [state], [zip code], counsel for [moving party's name], so as to be received on or before ______________________________.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IT IS FURTHER ORDERED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reply papers, if any, shall be served upon [opposing party's attorney's name], [law firm name], [street address], [city], [state], [zip code], counsel for [opposing party's name], so as to be received on or before ______________________________.</w:t>
      </w:r>
    </w:p>
    <w:p>
      <w:pPr>
        <w:keepNext w:val="0"/>
        <w:spacing w:before="120" w:after="0" w:line="260" w:lineRule="exact"/>
        <w:ind w:left="36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Oral argument is requested on this motion.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ENTER,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J.S.C.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