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OREGON NOTICE TO QUIT</w:t>
      </w:r>
    </w:p>
    <w:p>
      <w:pPr>
        <w:jc w:val="center"/>
      </w:pPr>
      <w:r>
        <w:rPr>
          <w:rFonts w:ascii="Times New Roman" w:hAnsi="Times New Roman" w:eastAsia="Times New Roman" w:cs="Times New Roman"/>
          <w:sz w:val="24"/>
        </w:rPr>
        <w:t>(non-compliance with lease)</w:t>
      </w:r>
    </w:p>
    <w:p>
      <w:pPr/>
    </w:p>
    <w:p>
      <w:pPr/>
      <w:r>
        <w:rPr>
          <w:rFonts w:ascii="Times New Roman" w:hAnsi="Times New Roman" w:eastAsia="Times New Roman" w:cs="Times New Roman"/>
          <w:sz w:val="24"/>
        </w:rPr>
        <w:t>FROM</w:t>
      </w:r>
    </w:p>
    <w:p>
      <w:pPr/>
      <w:r>
        <w:rPr>
          <w:rFonts w:ascii="Times New Roman" w:hAnsi="Times New Roman" w:eastAsia="Times New Roman" w:cs="Times New Roman"/>
          <w:sz w:val="24"/>
        </w:rPr>
        <w:t>_________________</w:t>
      </w:r>
    </w:p>
    <w:p>
      <w:pPr/>
      <w:r>
        <w:rPr>
          <w:rFonts w:ascii="Times New Roman" w:hAnsi="Times New Roman" w:eastAsia="Times New Roman" w:cs="Times New Roman"/>
          <w:sz w:val="24"/>
        </w:rPr>
        <w:t>_________________</w:t>
      </w:r>
    </w:p>
    <w:p>
      <w:pPr/>
      <w:r>
        <w:rPr>
          <w:rFonts w:ascii="Times New Roman" w:hAnsi="Times New Roman" w:eastAsia="Times New Roman" w:cs="Times New Roman"/>
          <w:sz w:val="24"/>
        </w:rPr>
        <w:t xml:space="preserve">_________________ </w:t>
      </w:r>
    </w:p>
    <w:p>
      <w:pPr/>
    </w:p>
    <w:p>
      <w:pPr/>
      <w:r>
        <w:rPr>
          <w:rFonts w:ascii="Times New Roman" w:hAnsi="Times New Roman" w:eastAsia="Times New Roman" w:cs="Times New Roman"/>
          <w:sz w:val="24"/>
        </w:rPr>
        <w:t>Date _________________, 20____</w:t>
      </w:r>
    </w:p>
    <w:p>
      <w:pPr/>
    </w:p>
    <w:p>
      <w:pPr/>
    </w:p>
    <w:p>
      <w:pPr/>
      <w:r>
        <w:rPr>
          <w:rFonts w:ascii="Times New Roman" w:hAnsi="Times New Roman" w:eastAsia="Times New Roman" w:cs="Times New Roman"/>
          <w:sz w:val="24"/>
        </w:rPr>
        <w:t>Dear _________________,</w:t>
      </w:r>
    </w:p>
    <w:p>
      <w:pPr/>
    </w:p>
    <w:p>
      <w:pPr/>
      <w:r>
        <w:rPr>
          <w:rFonts w:ascii="Times New Roman" w:hAnsi="Times New Roman" w:eastAsia="Times New Roman" w:cs="Times New Roman"/>
          <w:sz w:val="24"/>
        </w:rPr>
        <w:t>You are hereby notified that you are not complying with your rental agreement due to the following: _____________________________________________________________________</w:t>
      </w:r>
    </w:p>
    <w:p>
      <w:pPr/>
      <w:r>
        <w:rPr>
          <w:rFonts w:ascii="Times New Roman" w:hAnsi="Times New Roman" w:eastAsia="Times New Roman" w:cs="Times New Roman"/>
          <w:sz w:val="24"/>
        </w:rPr>
        <w:t>___________________________________________________________ (“Violation”).</w:t>
      </w:r>
    </w:p>
    <w:p>
      <w:pPr/>
    </w:p>
    <w:p>
      <w:pPr/>
      <w:r>
        <w:rPr>
          <w:rFonts w:ascii="Times New Roman" w:hAnsi="Times New Roman" w:eastAsia="Times New Roman" w:cs="Times New Roman"/>
          <w:sz w:val="24"/>
        </w:rPr>
        <w:t>CHECK ONE (1)</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VIOLATION</w:t>
      </w:r>
      <w:r>
        <w:rPr>
          <w:rFonts w:ascii="Times New Roman" w:hAnsi="Times New Roman" w:eastAsia="Times New Roman" w:cs="Times New Roman"/>
          <w:sz w:val="24"/>
        </w:rPr>
        <w:t xml:space="preserve"> – This is your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notice of the Violation in the previous six (6) months. By law, in accordance with ORS 90.392(4)(a), you shall have </w:t>
      </w:r>
      <w:r>
        <w:rPr>
          <w:rFonts w:ascii="Times New Roman" w:hAnsi="Times New Roman" w:eastAsia="Times New Roman" w:cs="Times New Roman"/>
          <w:b/>
          <w:sz w:val="24"/>
        </w:rPr>
        <w:t>fourteen (14) days</w:t>
      </w:r>
      <w:r>
        <w:rPr>
          <w:rFonts w:ascii="Times New Roman" w:hAnsi="Times New Roman" w:eastAsia="Times New Roman" w:cs="Times New Roman"/>
          <w:sz w:val="24"/>
        </w:rPr>
        <w:t>, ending on _________________, 20____, to cure the Violation by conducting the following actions: ___________________________________________</w:t>
      </w:r>
    </w:p>
    <w:p>
      <w:pPr/>
      <w:r>
        <w:rPr>
          <w:rFonts w:ascii="Times New Roman" w:hAnsi="Times New Roman" w:eastAsia="Times New Roman" w:cs="Times New Roman"/>
          <w:sz w:val="24"/>
        </w:rPr>
        <w:t>_____________________________________________________________________.</w:t>
      </w:r>
    </w:p>
    <w:p>
      <w:pPr/>
    </w:p>
    <w:p>
      <w:pPr/>
      <w:r>
        <w:rPr>
          <w:rFonts w:ascii="Times New Roman" w:hAnsi="Times New Roman" w:eastAsia="Times New Roman" w:cs="Times New Roman"/>
          <w:sz w:val="24"/>
        </w:rPr>
        <w:t>If you do not cure this violation within the fourteen (14) day period, your rental agreement shall be terminated with the requirement of you vacating the premises on _________________, 20____, which is at least thirty (30) days from the date of delivery of this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SECOND (2</w:t>
      </w:r>
      <w:r>
        <w:rPr>
          <w:rFonts w:ascii="Times New Roman" w:hAnsi="Times New Roman" w:eastAsia="Times New Roman" w:cs="Times New Roman"/>
          <w:b/>
          <w:sz w:val="24"/>
        </w:rPr>
        <w:t>ND</w:t>
      </w:r>
      <w:r>
        <w:rPr>
          <w:rFonts w:ascii="Times New Roman" w:hAnsi="Times New Roman" w:eastAsia="Times New Roman" w:cs="Times New Roman"/>
          <w:b/>
          <w:sz w:val="24"/>
        </w:rPr>
        <w:t>) VIOLATION</w:t>
      </w:r>
      <w:r>
        <w:rPr>
          <w:rFonts w:ascii="Times New Roman" w:hAnsi="Times New Roman" w:eastAsia="Times New Roman" w:cs="Times New Roman"/>
          <w:sz w:val="24"/>
        </w:rPr>
        <w:t xml:space="preserve"> – This is your second (2</w:t>
      </w:r>
      <w:r>
        <w:rPr>
          <w:rFonts w:ascii="Times New Roman" w:hAnsi="Times New Roman" w:eastAsia="Times New Roman" w:cs="Times New Roman"/>
          <w:sz w:val="24"/>
        </w:rPr>
        <w:t>nd</w:t>
      </w:r>
      <w:r>
        <w:rPr>
          <w:rFonts w:ascii="Times New Roman" w:hAnsi="Times New Roman" w:eastAsia="Times New Roman" w:cs="Times New Roman"/>
          <w:sz w:val="24"/>
        </w:rPr>
        <w:t xml:space="preserve">) notice of the Violation in the last six (6) months. Therefore, in accordance with ORS 90.392(5)(a), you have forfeited your rights to cure the Violation and the rental agreement is considered terminated. You shall have at least </w:t>
      </w:r>
      <w:r>
        <w:rPr>
          <w:rFonts w:ascii="Times New Roman" w:hAnsi="Times New Roman" w:eastAsia="Times New Roman" w:cs="Times New Roman"/>
          <w:b/>
          <w:sz w:val="24"/>
        </w:rPr>
        <w:t>ten (10) days</w:t>
      </w:r>
      <w:r>
        <w:rPr>
          <w:rFonts w:ascii="Times New Roman" w:hAnsi="Times New Roman" w:eastAsia="Times New Roman" w:cs="Times New Roman"/>
          <w:sz w:val="24"/>
        </w:rPr>
        <w:t xml:space="preserve"> from the delivery date of this notice, ending on ending on _________________, 20____, to vacate the premises or else legal action may be filed against you.</w:t>
      </w:r>
    </w:p>
    <w:p>
      <w:pPr/>
    </w:p>
    <w:p>
      <w:pPr/>
      <w:r>
        <w:rPr>
          <w:rFonts w:ascii="Times New Roman" w:hAnsi="Times New Roman" w:eastAsia="Times New Roman" w:cs="Times New Roman"/>
          <w:sz w:val="24"/>
        </w:rPr>
        <w:t>If you are a veteran of the armed forces, assistance may be available from a county veterans' service officer or community action agency. Contact information for a local county veterans' service officer and community action agency may be obtained by calling a 2-1-1 information service.</w:t>
      </w:r>
    </w:p>
    <w:p>
      <w:pPr/>
    </w:p>
    <w:p>
      <w:pPr/>
      <w:r>
        <w:rPr>
          <w:rFonts w:ascii="Times New Roman" w:hAnsi="Times New Roman" w:eastAsia="Times New Roman" w:cs="Times New Roman"/>
          <w:sz w:val="24"/>
        </w:rPr>
        <w:t>Sincerely,</w:t>
      </w:r>
    </w:p>
    <w:p>
      <w:pPr/>
    </w:p>
    <w:p>
      <w:pPr/>
      <w:r>
        <w:rPr>
          <w:rFonts w:ascii="Times New Roman" w:hAnsi="Times New Roman" w:eastAsia="Times New Roman" w:cs="Times New Roman"/>
          <w:sz w:val="24"/>
        </w:rPr>
        <w:t>_________________</w:t>
      </w:r>
    </w:p>
    <w:p>
      <w:pPr/>
    </w:p>
    <w:p>
      <w:pPr>
        <w:jc w:val="center"/>
      </w:pPr>
      <w:r>
        <w:rPr>
          <w:rFonts w:ascii="Times New Roman" w:hAnsi="Times New Roman" w:eastAsia="Times New Roman" w:cs="Times New Roman"/>
          <w:b/>
          <w:sz w:val="24"/>
        </w:rPr>
        <w:t>CERTIFICATE OF SERVICE</w:t>
      </w:r>
    </w:p>
    <w:p>
      <w:pPr>
        <w:jc w:val="center"/>
      </w:pPr>
    </w:p>
    <w:p>
      <w:pPr/>
    </w:p>
    <w:p>
      <w:pPr>
        <w:spacing w:line="360" w:lineRule="auto"/>
      </w:pPr>
      <w:r>
        <w:rPr>
          <w:rFonts w:ascii="Times New Roman" w:hAnsi="Times New Roman" w:eastAsia="Times New Roman" w:cs="Times New Roman"/>
          <w:sz w:val="24"/>
        </w:rPr>
        <w:t xml:space="preserve">I, the Landlord, certify that on the _____ day of ____________________, 20_____, I served this notice to ______________________, in accordance with Section 90.155, Oregon Revised Statutes, by: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Personal delivery on the above date, at _____:_____ </w:t>
      </w:r>
      <w:r>
        <w:rPr>
          <w:rFonts w:ascii="Times New Roman" w:hAnsi="Times New Roman" w:eastAsia="Times New Roman" w:cs="Times New Roman"/>
          <w:sz w:val="24"/>
        </w:rPr>
        <w:t>☐</w:t>
      </w:r>
      <w:r>
        <w:rPr>
          <w:rFonts w:ascii="Times New Roman" w:hAnsi="Times New Roman" w:eastAsia="Times New Roman" w:cs="Times New Roman"/>
          <w:sz w:val="24"/>
        </w:rPr>
        <w:t xml:space="preserve"> PM </w:t>
      </w:r>
      <w:r>
        <w:rPr>
          <w:rFonts w:ascii="Times New Roman" w:hAnsi="Times New Roman" w:eastAsia="Times New Roman" w:cs="Times New Roman"/>
          <w:sz w:val="24"/>
        </w:rPr>
        <w:t>☐</w:t>
      </w:r>
      <w:r>
        <w:rPr>
          <w:rFonts w:ascii="Times New Roman" w:hAnsi="Times New Roman" w:eastAsia="Times New Roman" w:cs="Times New Roman"/>
          <w:sz w:val="24"/>
        </w:rPr>
        <w:t xml:space="preserve"> AM.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Mailing a copy via first-class mail and attaching another copy in a secure manner to the main entrance of the Premises.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 copy via first-class mail and another copy via electronic mail.</w:t>
      </w:r>
    </w:p>
    <w:p>
      <w:pPr/>
    </w:p>
    <w:p>
      <w:pPr/>
    </w:p>
    <w:p>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