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66" w:after="0"/>
        <w:jc w:val="center"/>
      </w:pPr>
      <w:r>
        <w:rPr>
          <w:rFonts w:ascii="Times New Roman" w:hAnsi="Times New Roman" w:eastAsia="Times New Roman" w:cs="Times New Roman"/>
          <w:sz w:val="24"/>
        </w:rPr>
        <w:t>OREGON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24-HOUR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QUIT</w:t>
      </w:r>
    </w:p>
    <w:p>
      <w:pPr>
        <w:spacing w:before="67" w:after="0"/>
        <w:jc w:val="center"/>
      </w:pP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ACCORDANCE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</w:t>
      </w:r>
      <w:r>
        <w:rPr>
          <w:rFonts w:ascii="Times New Roman" w:hAnsi="Times New Roman" w:eastAsia="Times New Roman" w:cs="Times New Roman"/>
          <w:sz w:val="24"/>
        </w:rPr>
        <w:t xml:space="preserve"> O.R.S. </w:t>
      </w:r>
      <w:r>
        <w:rPr>
          <w:rFonts w:ascii="Times New Roman" w:hAnsi="Times New Roman" w:eastAsia="Times New Roman" w:cs="Times New Roman"/>
          <w:sz w:val="24"/>
        </w:rPr>
        <w:t>§§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90.396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>90.398</w:t>
      </w:r>
    </w:p>
    <w:p>
      <w:pPr/>
    </w:p>
    <w:p>
      <w:pPr/>
    </w:p>
    <w:p>
      <w:pPr/>
    </w:p>
    <w:p>
      <w:pPr>
        <w:spacing w:before="7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District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County,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Oregon</w:t>
      </w:r>
    </w:p>
    <w:p>
      <w:pPr>
        <w:spacing w:before="5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TO: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(TENANT IN POSSESSION)</w:t>
      </w:r>
    </w:p>
    <w:p>
      <w:pPr>
        <w:spacing w:before="206" w:after="0" w:line="235" w:lineRule="auto"/>
      </w:pP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will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take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notice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justly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violation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agreement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 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following:</w:t>
      </w:r>
    </w:p>
    <w:p>
      <w:pPr>
        <w:spacing w:before="204" w:after="0" w:line="368" w:lineRule="exact"/>
      </w:pPr>
      <w:r>
        <w:rPr>
          <w:rFonts w:ascii="Times New Roman" w:hAnsi="Times New Roman" w:eastAsia="Times New Roman" w:cs="Times New Roman"/>
          <w:sz w:val="24"/>
        </w:rPr>
        <w:t>For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violation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described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as: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ab/>
        <w:t>_______________________________________________________________________________________________________________________________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Under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Oregon Revised Statutes §§ 90.396 &amp; 90.398, you are required to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vacate the premises </w:t>
      </w:r>
      <w:r>
        <w:rPr>
          <w:rFonts w:ascii="Times New Roman" w:hAnsi="Times New Roman" w:eastAsia="Times New Roman" w:cs="Times New Roman"/>
          <w:b/>
          <w:sz w:val="24"/>
        </w:rPr>
        <w:t>within 24 Hours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due to the above-stated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violation. If you do not leave the property, the landlord will file a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forcible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entry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detainer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action.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If you are a veteran of the armed forces, assistance may be available from a county veterans' service officer or community action agency. Contact information for a local county veterans' service officer and community action agency may be obtained by calling a 2-1-1 information service.</w:t>
      </w:r>
    </w:p>
    <w:p>
      <w:pPr>
        <w:spacing w:before="4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This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document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has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been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dated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this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day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</w:t>
      </w:r>
    </w:p>
    <w:p>
      <w:pPr>
        <w:spacing w:before="16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20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</w:p>
    <w:p>
      <w:pPr/>
    </w:p>
    <w:p>
      <w:pPr>
        <w:spacing w:before="9" w:after="0"/>
      </w:pPr>
    </w:p>
    <w:p>
      <w:pPr>
        <w:spacing w:before="7" w:after="0"/>
      </w:pPr>
    </w:p>
    <w:p>
      <w:pPr>
        <w:spacing w:before="90" w:after="0"/>
      </w:pPr>
      <w:r>
        <w:rPr>
          <w:rFonts w:ascii="Times New Roman" w:hAnsi="Times New Roman" w:eastAsia="Times New Roman" w:cs="Times New Roman"/>
          <w:sz w:val="24"/>
        </w:rPr>
        <w:t>Landlord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(Signature)</w:t>
      </w:r>
    </w:p>
    <w:p>
      <w:pPr/>
    </w:p>
    <w:p>
      <w:pPr/>
    </w:p>
    <w:p>
      <w:pPr>
        <w:spacing w:before="9" w:after="0"/>
      </w:pPr>
    </w:p>
    <w:p>
      <w:pPr>
        <w:spacing w:before="89" w:after="0"/>
      </w:pPr>
      <w:r>
        <w:rPr>
          <w:rFonts w:ascii="Times New Roman" w:hAnsi="Times New Roman" w:eastAsia="Times New Roman" w:cs="Times New Roman"/>
          <w:sz w:val="24"/>
        </w:rPr>
        <w:t>Landlord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(Print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Name)</w:t>
      </w:r>
    </w:p>
    <w:p>
      <w:pPr/>
    </w:p>
    <w:p>
      <w:pPr/>
    </w:p>
    <w:p>
      <w:pPr>
        <w:spacing w:before="0" w:after="0"/>
      </w:pPr>
    </w:p>
    <w:p>
      <w:pPr/>
    </w:p>
    <w:p>
      <w:pPr>
        <w:spacing w:before="3" w:after="0"/>
      </w:pPr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CERTIFICATE OF SERVICE: </w:t>
      </w:r>
    </w:p>
    <w:p>
      <w:pPr/>
    </w:p>
    <w:p>
      <w:pPr/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 xml:space="preserve">I, the Landlord, certify that on the _____ day of ____________________, 20_____, I served this notice to ____________________________________ in accordance with Section 90.155, Oregon Revised Statutes, by: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Personal delivery on the above date, at _____:_____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PM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AM.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Mailing a copy via first-class mail and attaching another copy in a secure manner to the main entrance of the Premises.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Mailing a copy via first-class mail and another copy via electronic mail. 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Landlord's Signature 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