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0"/>
        <w:jc w:val="center"/>
      </w:pPr>
      <w:r>
        <w:rPr>
          <w:rFonts w:ascii="Times New Roman" w:hAnsi="Times New Roman" w:eastAsia="Times New Roman" w:cs="Times New Roman"/>
          <w:sz w:val="24"/>
        </w:rPr>
        <w:t>OREGON GENERAL POWER OF ATTORNEY</w:t>
      </w:r>
    </w:p>
    <w:p>
      <w:pPr>
        <w:jc w:val="center"/>
      </w:pPr>
      <w:r>
        <w:rPr>
          <w:rFonts w:ascii="Times New Roman" w:hAnsi="Times New Roman" w:eastAsia="Times New Roman" w:cs="Times New Roman"/>
          <w:sz w:val="24"/>
        </w:rPr>
        <w:t>OF</w:t>
      </w:r>
    </w:p>
    <w:p>
      <w:pPr>
        <w:jc w:val="center"/>
      </w:pPr>
      <w:r>
        <w:rPr>
          <w:rFonts w:ascii="Times New Roman" w:hAnsi="Times New Roman" w:eastAsia="Times New Roman" w:cs="Times New Roman"/>
          <w:sz w:val="24"/>
        </w:rPr>
        <w:t>___________________________________</w:t>
      </w:r>
    </w:p>
    <w:p>
      <w:pPr/>
    </w:p>
    <w:p>
      <w:pPr/>
      <w:r>
        <w:rPr>
          <w:rFonts w:ascii="Times New Roman" w:hAnsi="Times New Roman" w:eastAsia="Times New Roman" w:cs="Times New Roman"/>
          <w:sz w:val="24"/>
        </w:rPr>
        <w:t>I, _</w:t>
      </w:r>
      <w:r>
        <w:rPr>
          <w:rFonts w:ascii="Times New Roman" w:hAnsi="Times New Roman" w:eastAsia="Times New Roman" w:cs="Times New Roman"/>
          <w:sz w:val="24"/>
        </w:rPr>
        <w:t>[NAME]</w:t>
      </w:r>
      <w:r>
        <w:rPr>
          <w:rFonts w:ascii="Times New Roman" w:hAnsi="Times New Roman" w:eastAsia="Times New Roman" w:cs="Times New Roman"/>
          <w:sz w:val="24"/>
        </w:rPr>
        <w:t>_____, the principal, of ___</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___  [street address],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___, hereby designate </w:t>
      </w:r>
      <w:r>
        <w:rPr>
          <w:rFonts w:ascii="Times New Roman" w:hAnsi="Times New Roman" w:eastAsia="Times New Roman" w:cs="Times New Roman"/>
          <w:sz w:val="24"/>
        </w:rPr>
        <w:t>[NAME]</w:t>
      </w:r>
      <w:r>
        <w:rPr>
          <w:rFonts w:ascii="Times New Roman" w:hAnsi="Times New Roman" w:eastAsia="Times New Roman" w:cs="Times New Roman"/>
          <w:sz w:val="24"/>
        </w:rPr>
        <w:t>____ [attorney-in-fact’s name], of  __</w:t>
      </w:r>
      <w:r>
        <w:rPr>
          <w:rFonts w:ascii="Times New Roman" w:hAnsi="Times New Roman" w:eastAsia="Times New Roman" w:cs="Times New Roman"/>
          <w:sz w:val="24"/>
        </w:rPr>
        <w:t>[ADDRESS]</w:t>
      </w:r>
      <w:r>
        <w:rPr>
          <w:rFonts w:ascii="Times New Roman" w:hAnsi="Times New Roman" w:eastAsia="Times New Roman" w:cs="Times New Roman"/>
          <w:sz w:val="24"/>
        </w:rPr>
        <w:t>___ ________ [street address], State of _</w:t>
      </w:r>
      <w:r>
        <w:rPr>
          <w:rFonts w:ascii="Times New Roman" w:hAnsi="Times New Roman" w:eastAsia="Times New Roman" w:cs="Times New Roman"/>
          <w:sz w:val="24"/>
        </w:rPr>
        <w:t>[STATE]</w:t>
      </w:r>
      <w:r>
        <w:rPr>
          <w:rFonts w:ascii="Times New Roman" w:hAnsi="Times New Roman" w:eastAsia="Times New Roman" w:cs="Times New Roman"/>
          <w:sz w:val="24"/>
        </w:rPr>
        <w:t>______, my attorney-in-fact (hereinafter my “attorney-in-fact”), to act as set forth below, in my name, in my stead and for my benefit, hereby revoking any and all powers of attorney I may have executed in the past.</w:t>
      </w:r>
    </w:p>
    <w:p>
      <w:pPr/>
      <w:r>
        <w:rPr>
          <w:rFonts w:ascii="Times New Roman" w:hAnsi="Times New Roman" w:eastAsia="Times New Roman" w:cs="Times New Roman"/>
          <w:b/>
          <w:sz w:val="24"/>
        </w:rPr>
        <w:t>I. POWERS</w:t>
      </w:r>
    </w:p>
    <w:p>
      <w:pPr/>
      <w:r>
        <w:rPr>
          <w:rFonts w:ascii="Times New Roman" w:hAnsi="Times New Roman" w:eastAsia="Times New Roman" w:cs="Times New Roman"/>
          <w:sz w:val="24"/>
        </w:rPr>
        <w:t xml:space="preserve">I confer upon my attorney-in-fact the power to act on my behalf and in my stead, as if I were present, and to exercise or perform the acts or powers I have designated with my initials as set forth below.  </w:t>
      </w:r>
    </w:p>
    <w:p>
      <w:pPr/>
      <w:r>
        <w:rPr>
          <w:rFonts w:ascii="Times New Roman" w:hAnsi="Times New Roman" w:eastAsia="Times New Roman" w:cs="Times New Roman"/>
          <w:sz w:val="24"/>
        </w:rPr>
        <w:t>My attorney-in-fact, shall NOT have the power to act on my behalf if I have not so designated with my initials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w:t>
        <w:tab/>
      </w:r>
      <w:r>
        <w:rPr>
          <w:rFonts w:ascii="Times New Roman" w:hAnsi="Times New Roman" w:eastAsia="Times New Roman" w:cs="Times New Roman"/>
          <w:b/>
          <w:sz w:val="24"/>
        </w:rPr>
        <w:t>Power to Make Payments or Collect Monies Owed</w:t>
      </w:r>
      <w:r>
        <w:rPr>
          <w:rFonts w:ascii="Times New Roman" w:hAnsi="Times New Roman" w:eastAsia="Times New Roman" w:cs="Times New Roman"/>
          <w:sz w:val="24"/>
        </w:rPr>
        <w:t>. My attorney-in-fact has the power to make any payments on any accounts I may owe and to hold, collect and request any sums that may be due, owing or payable to me or in which I may hereinafter acquire an interest, in whatever form, whether 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 same;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2.</w:t>
        <w:tab/>
      </w:r>
      <w:r>
        <w:rPr>
          <w:rFonts w:ascii="Times New Roman" w:hAnsi="Times New Roman" w:eastAsia="Times New Roman" w:cs="Times New Roman"/>
          <w:b/>
          <w:sz w:val="24"/>
        </w:rPr>
        <w:t>Power to Acquire, Lease and Sell Personal Property</w:t>
      </w:r>
      <w:r>
        <w:rPr>
          <w:rFonts w:ascii="Times New Roman" w:hAnsi="Times New Roman" w:eastAsia="Times New Roman" w:cs="Times New Roman"/>
          <w:sz w:val="24"/>
        </w:rPr>
        <w:t>.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3.   </w:t>
      </w:r>
      <w:r>
        <w:rPr>
          <w:rFonts w:ascii="Times New Roman" w:hAnsi="Times New Roman" w:eastAsia="Times New Roman" w:cs="Times New Roman"/>
          <w:b/>
          <w:sz w:val="24"/>
        </w:rPr>
        <w:t>Power to Acquire, Lease and Sell Real Property</w:t>
      </w:r>
      <w:r>
        <w:rPr>
          <w:rFonts w:ascii="Times New Roman" w:hAnsi="Times New Roman" w:eastAsia="Times New Roman" w:cs="Times New Roman"/>
          <w:sz w:val="24"/>
        </w:rPr>
        <w:t xml:space="preserve">.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 </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4.</w:t>
        <w:tab/>
      </w:r>
      <w:r>
        <w:rPr>
          <w:rFonts w:ascii="Times New Roman" w:hAnsi="Times New Roman" w:eastAsia="Times New Roman" w:cs="Times New Roman"/>
          <w:b/>
          <w:sz w:val="24"/>
        </w:rPr>
        <w:t>Management Powers</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5.</w:t>
        <w:tab/>
      </w:r>
      <w:r>
        <w:rPr>
          <w:rFonts w:ascii="Times New Roman" w:hAnsi="Times New Roman" w:eastAsia="Times New Roman" w:cs="Times New Roman"/>
          <w:b/>
          <w:sz w:val="24"/>
        </w:rPr>
        <w:t>Banking Powers</w:t>
      </w:r>
      <w:r>
        <w:rPr>
          <w:rFonts w:ascii="Times New Roman" w:hAnsi="Times New Roman" w:eastAsia="Times New Roman" w:cs="Times New Roman"/>
          <w:sz w:val="24"/>
        </w:rPr>
        <w:t>. To open and close accounts, make, receive, and endorse checks and drafts, deposit and withdraw funds, acquire and redeem certificates of deposit, in banks, savings and loan associations, and other institutions, execute or release such deeds of trust or other security agreements as may be necessary or proper in the exercise of the rights and powers herein granted;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6.</w:t>
        <w:tab/>
      </w:r>
      <w:r>
        <w:rPr>
          <w:rFonts w:ascii="Times New Roman" w:hAnsi="Times New Roman" w:eastAsia="Times New Roman" w:cs="Times New Roman"/>
          <w:b/>
          <w:sz w:val="24"/>
        </w:rPr>
        <w:t>Motor Vehicles</w:t>
      </w:r>
      <w:r>
        <w:rPr>
          <w:rFonts w:ascii="Times New Roman" w:hAnsi="Times New Roman" w:eastAsia="Times New Roman" w:cs="Times New Roman"/>
          <w:sz w:val="24"/>
        </w:rPr>
        <w:t>. To apply for a Certificate of Title 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 assignment;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7.</w:t>
        <w:tab/>
      </w:r>
      <w:r>
        <w:rPr>
          <w:rFonts w:ascii="Times New Roman" w:hAnsi="Times New Roman" w:eastAsia="Times New Roman" w:cs="Times New Roman"/>
          <w:b/>
          <w:sz w:val="24"/>
        </w:rPr>
        <w:t>Tax Powers</w:t>
      </w:r>
      <w:r>
        <w:rPr>
          <w:rFonts w:ascii="Times New Roman" w:hAnsi="Times New Roman" w:eastAsia="Times New Roman" w:cs="Times New Roman"/>
          <w:sz w:val="24"/>
        </w:rPr>
        <w:t>. To 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 taxing authority; to exercise any and all elections that I may have under federal, state or local tax laws including without limitation the allocation of any generation-skipping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 name;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8.</w:t>
        <w:tab/>
      </w:r>
      <w:r>
        <w:rPr>
          <w:rFonts w:ascii="Times New Roman" w:hAnsi="Times New Roman" w:eastAsia="Times New Roman" w:cs="Times New Roman"/>
          <w:b/>
          <w:sz w:val="24"/>
        </w:rPr>
        <w:t>Safe-Deposit Boxes</w:t>
      </w:r>
      <w:r>
        <w:rPr>
          <w:rFonts w:ascii="Times New Roman" w:hAnsi="Times New Roman" w:eastAsia="Times New Roman" w:cs="Times New Roman"/>
          <w:sz w:val="24"/>
        </w:rPr>
        <w:t>. To have access at any time or times to any safe-deposit box rented by me or to which I may have access, where so 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9.</w:t>
        <w:tab/>
      </w:r>
      <w:r>
        <w:rPr>
          <w:rFonts w:ascii="Times New Roman" w:hAnsi="Times New Roman" w:eastAsia="Times New Roman" w:cs="Times New Roman"/>
          <w:b/>
          <w:sz w:val="24"/>
        </w:rPr>
        <w:t xml:space="preserve">Gift Making Powers. </w:t>
      </w:r>
      <w:r>
        <w:rPr>
          <w:rFonts w:ascii="Times New Roman" w:hAnsi="Times New Roman" w:eastAsia="Times New Roman" w:cs="Times New Roman"/>
          <w:sz w:val="24"/>
        </w:rPr>
        <w:t>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10. </w:t>
      </w:r>
      <w:r>
        <w:rPr>
          <w:rFonts w:ascii="Times New Roman" w:hAnsi="Times New Roman" w:eastAsia="Times New Roman" w:cs="Times New Roman"/>
          <w:b/>
          <w:sz w:val="24"/>
        </w:rPr>
        <w:t>Lending and Borrowing</w:t>
      </w:r>
      <w:r>
        <w:rPr>
          <w:rFonts w:ascii="Times New Roman" w:hAnsi="Times New Roman" w:eastAsia="Times New Roman" w:cs="Times New Roman"/>
          <w:sz w:val="24"/>
        </w:rPr>
        <w:t>.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11. </w:t>
      </w:r>
      <w:r>
        <w:rPr>
          <w:rFonts w:ascii="Times New Roman" w:hAnsi="Times New Roman" w:eastAsia="Times New Roman" w:cs="Times New Roman"/>
          <w:b/>
          <w:sz w:val="24"/>
        </w:rPr>
        <w:t>Contracts</w:t>
      </w:r>
      <w:r>
        <w:rPr>
          <w:rFonts w:ascii="Times New Roman" w:hAnsi="Times New Roman" w:eastAsia="Times New Roman" w:cs="Times New Roman"/>
          <w:sz w:val="24"/>
        </w:rPr>
        <w:t>. To enter into contracts of whatever nature or kind in my name;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12. </w:t>
      </w:r>
      <w:r>
        <w:rPr>
          <w:rFonts w:ascii="Times New Roman" w:hAnsi="Times New Roman" w:eastAsia="Times New Roman" w:cs="Times New Roman"/>
          <w:b/>
          <w:sz w:val="24"/>
        </w:rPr>
        <w:t>Health Care</w:t>
      </w:r>
      <w:r>
        <w:rPr>
          <w:rFonts w:ascii="Times New Roman" w:hAnsi="Times New Roman" w:eastAsia="Times New Roman" w:cs="Times New Roman"/>
          <w:sz w:val="24"/>
        </w:rPr>
        <w:t>. To take any and all steps necessary to arrange for my admission to any type of health care facility, including, without limitation, a hospital, rehabilitation facility, skilled nursing facility, or hospice, and to authorize the release of my medical records in the discretion of my attorney-in-fact;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13. </w:t>
      </w:r>
      <w:r>
        <w:rPr>
          <w:rFonts w:ascii="Times New Roman" w:hAnsi="Times New Roman" w:eastAsia="Times New Roman" w:cs="Times New Roman"/>
          <w:b/>
          <w:sz w:val="24"/>
        </w:rPr>
        <w:t>HIPAA</w:t>
      </w:r>
      <w:r>
        <w:rPr>
          <w:rFonts w:ascii="Times New Roman" w:hAnsi="Times New Roman" w:eastAsia="Times New Roman" w:cs="Times New Roman"/>
          <w:sz w:val="24"/>
        </w:rPr>
        <w:t>. To have the power and authority as my personal representative for all purposes of the Health Insurance Portability and Accountability Act of 1996 (Pub. L. No. 104-191);</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14. </w:t>
      </w:r>
      <w:r>
        <w:rPr>
          <w:rFonts w:ascii="Times New Roman" w:hAnsi="Times New Roman" w:eastAsia="Times New Roman" w:cs="Times New Roman"/>
          <w:b/>
          <w:sz w:val="24"/>
        </w:rPr>
        <w:t>Power to Hire and Pay for Services</w:t>
      </w:r>
      <w:r>
        <w:rPr>
          <w:rFonts w:ascii="Times New Roman" w:hAnsi="Times New Roman" w:eastAsia="Times New Roman" w:cs="Times New Roman"/>
          <w:sz w:val="24"/>
        </w:rPr>
        <w:t>. To retain such accountants, attorneys, social workers, consultants, clerks, employees, workers, or other persons as my agent shall deem appropriate in connection with the management of my property and affairs and to make payments from my assets for the fees of such persons so employed;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15. </w:t>
      </w: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To reimburse my attorney-in-fact for any reasonable expenses incurred in connection with such services; and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16. </w:t>
      </w:r>
      <w:r>
        <w:rPr>
          <w:rFonts w:ascii="Times New Roman" w:hAnsi="Times New Roman" w:eastAsia="Times New Roman" w:cs="Times New Roman"/>
          <w:b/>
          <w:sz w:val="24"/>
        </w:rPr>
        <w:t>Power to Sue Third Parties Who Fail to Act Pursuant to Power of Attorney</w:t>
      </w:r>
      <w:r>
        <w:rPr>
          <w:rFonts w:ascii="Times New Roman" w:hAnsi="Times New Roman" w:eastAsia="Times New Roman" w:cs="Times New Roman"/>
          <w:sz w:val="24"/>
        </w:rPr>
        <w:t>. 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 party.</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17. </w:t>
      </w:r>
      <w:r>
        <w:rPr>
          <w:rFonts w:ascii="Times New Roman" w:hAnsi="Times New Roman" w:eastAsia="Times New Roman" w:cs="Times New Roman"/>
          <w:b/>
          <w:sz w:val="24"/>
        </w:rPr>
        <w:t>Other</w:t>
      </w:r>
      <w:r>
        <w:rPr>
          <w:rFonts w:ascii="Times New Roman" w:hAnsi="Times New Roman" w:eastAsia="Times New Roman" w:cs="Times New Roman"/>
          <w:sz w:val="24"/>
        </w:rPr>
        <w:t xml:space="preserve"> – Power to conduct the following </w:t>
      </w:r>
      <w:r>
        <w:rPr>
          <w:rFonts w:ascii="Times New Roman" w:hAnsi="Times New Roman" w:eastAsia="Times New Roman" w:cs="Times New Roman"/>
          <w:sz w:val="24"/>
        </w:rPr>
        <w:t>[DETAILS]</w:t>
      </w:r>
    </w:p>
    <w:p>
      <w:pPr/>
      <w:r>
        <w:rPr>
          <w:rFonts w:ascii="Times New Roman" w:hAnsi="Times New Roman" w:eastAsia="Times New Roman" w:cs="Times New Roman"/>
          <w:b/>
          <w:sz w:val="24"/>
        </w:rPr>
        <w:t xml:space="preserve">II. </w:t>
      </w:r>
      <w:r>
        <w:rPr>
          <w:rFonts w:ascii="Times New Roman" w:hAnsi="Times New Roman" w:eastAsia="Times New Roman" w:cs="Times New Roman"/>
          <w:b/>
          <w:sz w:val="24"/>
        </w:rPr>
        <w:t>INTERPRETATION AND GOVERNING LAW</w:t>
      </w:r>
    </w:p>
    <w:p>
      <w:pPr/>
      <w:r>
        <w:rPr>
          <w:rFonts w:ascii="Times New Roman" w:hAnsi="Times New Roman" w:eastAsia="Times New Roman" w:cs="Times New Roman"/>
          <w:sz w:val="24"/>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State of Oregon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 sureties be required. I direct that photocopies of this instrument shall have the same power and effect as the original.</w:t>
      </w:r>
    </w:p>
    <w:p>
      <w:pPr/>
      <w:r>
        <w:rPr>
          <w:rFonts w:ascii="Times New Roman" w:hAnsi="Times New Roman" w:eastAsia="Times New Roman" w:cs="Times New Roman"/>
          <w:b/>
          <w:sz w:val="24"/>
        </w:rPr>
        <w:t xml:space="preserve">III. </w:t>
      </w:r>
      <w:r>
        <w:rPr>
          <w:rFonts w:ascii="Times New Roman" w:hAnsi="Times New Roman" w:eastAsia="Times New Roman" w:cs="Times New Roman"/>
          <w:b/>
          <w:sz w:val="24"/>
        </w:rPr>
        <w:t>EFFECTIVE DATE AND TERMINATION</w:t>
      </w:r>
    </w:p>
    <w:p>
      <w:pPr/>
      <w:r>
        <w:rPr>
          <w:rFonts w:ascii="Times New Roman" w:hAnsi="Times New Roman" w:eastAsia="Times New Roman" w:cs="Times New Roman"/>
          <w:sz w:val="24"/>
        </w:rPr>
        <w:t>To indicate when this document shall become effective, initial one of the following:</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Upon the date of this document with my authorization.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The following date </w:t>
      </w:r>
      <w:r>
        <w:rPr>
          <w:rFonts w:ascii="Times New Roman" w:hAnsi="Times New Roman" w:eastAsia="Times New Roman" w:cs="Times New Roman"/>
          <w:sz w:val="24"/>
        </w:rPr>
        <w:t>[DATE]</w:t>
      </w:r>
    </w:p>
    <w:p>
      <w:pPr/>
      <w:r>
        <w:rPr>
          <w:rFonts w:ascii="Times New Roman" w:hAnsi="Times New Roman" w:eastAsia="Times New Roman" w:cs="Times New Roman"/>
          <w:sz w:val="24"/>
        </w:rPr>
        <w:t>To indicate when this document shall become terminated, initial all of the following that apply (termination is effective at which of the following occurs first):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On the following date </w:t>
      </w:r>
      <w:r>
        <w:rPr>
          <w:rFonts w:ascii="Times New Roman" w:hAnsi="Times New Roman" w:eastAsia="Times New Roman" w:cs="Times New Roman"/>
          <w:sz w:val="24"/>
        </w:rPr>
        <w:t>[DATE]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I have made a written revocation.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and if I become incapacitated and unable to make decisions as determined by a physician.</w:t>
      </w:r>
    </w:p>
    <w:p>
      <w:pPr/>
      <w:r>
        <w:rPr>
          <w:rFonts w:ascii="Times New Roman" w:hAnsi="Times New Roman" w:eastAsia="Times New Roman" w:cs="Times New Roman"/>
          <w:b/>
          <w:sz w:val="24"/>
        </w:rPr>
        <w:t xml:space="preserve">IV. </w:t>
      </w:r>
      <w:r>
        <w:rPr>
          <w:rFonts w:ascii="Times New Roman" w:hAnsi="Times New Roman" w:eastAsia="Times New Roman" w:cs="Times New Roman"/>
          <w:b/>
          <w:sz w:val="24"/>
        </w:rPr>
        <w:t>THIRD PARTY RELIANCE</w:t>
      </w:r>
    </w:p>
    <w:p>
      <w:pPr/>
      <w:r>
        <w:rPr>
          <w:rFonts w:ascii="Times New Roman" w:hAnsi="Times New Roman" w:eastAsia="Times New Roman" w:cs="Times New Roman"/>
          <w:sz w:val="24"/>
        </w:rPr>
        <w:t xml:space="preserve">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 rely. My attorney-in-fact is authorized as he or she deems necessary to bring an action in court so </w:t>
      </w:r>
      <w:r>
        <w:rPr>
          <w:rFonts w:ascii="Times New Roman" w:hAnsi="Times New Roman" w:eastAsia="Times New Roman" w:cs="Times New Roman"/>
          <w:sz w:val="24"/>
        </w:rPr>
        <w:t>that this instrument shall be given the full power and effect that I intend on by executing it.</w:t>
      </w:r>
    </w:p>
    <w:p>
      <w:pPr/>
      <w:r>
        <w:rPr>
          <w:rFonts w:ascii="Times New Roman" w:hAnsi="Times New Roman" w:eastAsia="Times New Roman" w:cs="Times New Roman"/>
          <w:sz w:val="24"/>
        </w:rPr>
        <w:tab/>
        <w:t xml:space="preserve">IN WITNESS WHEREOF, I have 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executed this General Non-Durable Power of Attorney.</w:t>
      </w:r>
    </w:p>
    <w:p>
      <w:pPr/>
      <w:r>
        <w:rPr>
          <w:rFonts w:ascii="Times New Roman" w:hAnsi="Times New Roman" w:eastAsia="Times New Roman" w:cs="Times New Roman"/>
          <w:b/>
          <w:sz w:val="24"/>
        </w:rPr>
        <w:t>Principal’s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Principal’s Printed Name</w:t>
      </w:r>
    </w:p>
    <w:p>
      <w:pPr/>
      <w:r>
        <w:rPr>
          <w:rFonts w:ascii="Times New Roman" w:hAnsi="Times New Roman" w:eastAsia="Times New Roman" w:cs="Times New Roman"/>
          <w:sz w:val="24"/>
        </w:rPr>
        <w:t>[NAME]</w:t>
      </w:r>
    </w:p>
    <w:p>
      <w:pPr/>
    </w:p>
    <w:p>
      <w:pPr/>
    </w:p>
    <w:p>
      <w:pPr/>
    </w:p>
    <w:p>
      <w:pPr/>
    </w:p>
    <w:p>
      <w:pPr/>
      <w:r>
        <w:rPr>
          <w:rFonts w:ascii="Times New Roman" w:hAnsi="Times New Roman" w:eastAsia="Times New Roman" w:cs="Times New Roman"/>
          <w:b/>
          <w:sz w:val="24"/>
        </w:rPr>
        <w:t>ACCEPTANCE OF APPOINTMENT</w:t>
      </w:r>
    </w:p>
    <w:p>
      <w:pPr/>
      <w:r>
        <w:rPr>
          <w:rFonts w:ascii="Times New Roman" w:hAnsi="Times New Roman" w:eastAsia="Times New Roman" w:cs="Times New Roman"/>
          <w:sz w:val="24"/>
        </w:rPr>
        <w:tab/>
        <w:t xml:space="preserve">I, </w:t>
      </w:r>
      <w:r>
        <w:rPr>
          <w:rFonts w:ascii="Times New Roman" w:hAnsi="Times New Roman" w:eastAsia="Times New Roman" w:cs="Times New Roman"/>
          <w:sz w:val="24"/>
        </w:rPr>
        <w:t>[NAME]</w:t>
      </w:r>
      <w:r>
        <w:rPr>
          <w:rFonts w:ascii="Times New Roman" w:hAnsi="Times New Roman" w:eastAsia="Times New Roman" w:cs="Times New Roman"/>
          <w:b/>
          <w:sz w:val="24"/>
        </w:rPr>
        <w:t xml:space="preserve"> </w:t>
      </w:r>
      <w:r>
        <w:rPr>
          <w:rFonts w:ascii="Times New Roman" w:hAnsi="Times New Roman" w:eastAsia="Times New Roman" w:cs="Times New Roman"/>
          <w:sz w:val="24"/>
        </w:rPr>
        <w:t>the attorney-in-fact named above, hereby accept appointment as attorney-in-fact in accordance with the foregoing instrument.</w:t>
      </w:r>
    </w:p>
    <w:p>
      <w:pPr/>
      <w:r>
        <w:rPr>
          <w:rFonts w:ascii="Times New Roman" w:hAnsi="Times New Roman" w:eastAsia="Times New Roman" w:cs="Times New Roman"/>
          <w:b/>
          <w:sz w:val="24"/>
        </w:rPr>
        <w:t>Attorney-in-Fact’s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Attorney-in-Fact’s Printed Name</w:t>
      </w:r>
    </w:p>
    <w:p>
      <w:pPr/>
      <w:r>
        <w:rPr>
          <w:rFonts w:ascii="Times New Roman" w:hAnsi="Times New Roman" w:eastAsia="Times New Roman" w:cs="Times New Roman"/>
          <w:sz w:val="24"/>
        </w:rPr>
        <w:t>[NAME]</w:t>
      </w:r>
    </w:p>
    <w:p>
      <w:pPr/>
    </w:p>
    <w:p>
      <w:pPr/>
      <w:r>
        <w:rPr>
          <w:rFonts w:ascii="Times New Roman" w:hAnsi="Times New Roman" w:eastAsia="Times New Roman" w:cs="Times New Roman"/>
          <w:b/>
          <w:sz w:val="24"/>
        </w:rPr>
        <w:t>WITNESS</w:t>
      </w:r>
    </w:p>
    <w:p>
      <w:pPr/>
      <w:r>
        <w:rPr>
          <w:rFonts w:ascii="Times New Roman" w:hAnsi="Times New Roman" w:eastAsia="Times New Roman" w:cs="Times New Roman"/>
          <w:sz w:val="24"/>
        </w:rPr>
        <w:t>We, the witnesses, each do hereby declare in the presence of the principal that the principal signed and executed this instrument as his Power of Attorney in the presence of each of us, that he signed it willingly, that each of us hereby signs this Power of Attorney as witness at the request of the principal and in his presence, and that, to the best of our knowledge, the principal is eighteen years of age or over, of sound mind, and under no constraint or undue influence.</w:t>
      </w:r>
    </w:p>
    <w:p>
      <w:pPr/>
      <w:r>
        <w:rPr>
          <w:rFonts w:ascii="Times New Roman" w:hAnsi="Times New Roman" w:eastAsia="Times New Roman" w:cs="Times New Roman"/>
          <w:sz w:val="24"/>
        </w:rPr>
        <w:t>____________________</w:t>
      </w:r>
      <w:r>
        <w:rPr>
          <w:rFonts w:ascii="Times New Roman" w:hAnsi="Times New Roman" w:eastAsia="Times New Roman" w:cs="Times New Roman"/>
          <w:sz w:val="24"/>
        </w:rPr>
        <w:tab/>
        <w:tab/>
        <w:tab/>
      </w:r>
      <w:r>
        <w:rPr>
          <w:rFonts w:ascii="Times New Roman" w:hAnsi="Times New Roman" w:eastAsia="Times New Roman" w:cs="Times New Roman"/>
          <w:sz w:val="24"/>
        </w:rPr>
        <w:t>[ADDRESS]</w:t>
      </w:r>
      <w:r>
        <w:rPr>
          <w:rFonts w:ascii="Times New Roman" w:hAnsi="Times New Roman" w:eastAsia="Times New Roman" w:cs="Times New Roman"/>
          <w:sz w:val="24"/>
        </w:rPr>
        <w:br/>
      </w:r>
      <w:r>
        <w:rPr>
          <w:rFonts w:ascii="Times New Roman" w:hAnsi="Times New Roman" w:eastAsia="Times New Roman" w:cs="Times New Roman"/>
          <w:sz w:val="24"/>
        </w:rPr>
        <w:t>Witness</w:t>
        <w:tab/>
        <w:tab/>
        <w:tab/>
        <w:tab/>
        <w:tab/>
        <w:t>Address</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w:t>
      </w:r>
      <w:r>
        <w:rPr>
          <w:rFonts w:ascii="Times New Roman" w:hAnsi="Times New Roman" w:eastAsia="Times New Roman" w:cs="Times New Roman"/>
          <w:sz w:val="24"/>
        </w:rPr>
        <w:tab/>
        <w:tab/>
        <w:tab/>
      </w:r>
      <w:r>
        <w:rPr>
          <w:rFonts w:ascii="Times New Roman" w:hAnsi="Times New Roman" w:eastAsia="Times New Roman" w:cs="Times New Roman"/>
          <w:sz w:val="24"/>
        </w:rPr>
        <w:t>[ADDRESS]</w:t>
      </w:r>
      <w:r>
        <w:rPr>
          <w:rFonts w:ascii="Times New Roman" w:hAnsi="Times New Roman" w:eastAsia="Times New Roman" w:cs="Times New Roman"/>
          <w:sz w:val="24"/>
        </w:rPr>
        <w:br/>
      </w:r>
      <w:r>
        <w:rPr>
          <w:rFonts w:ascii="Times New Roman" w:hAnsi="Times New Roman" w:eastAsia="Times New Roman" w:cs="Times New Roman"/>
          <w:sz w:val="24"/>
        </w:rPr>
        <w:t>Witness</w:t>
        <w:tab/>
        <w:tab/>
        <w:tab/>
        <w:tab/>
        <w:tab/>
        <w:t>Address</w:t>
      </w:r>
    </w:p>
    <w:p>
      <w:pPr/>
      <w:r>
        <w:rPr>
          <w:rFonts w:ascii="Times New Roman" w:hAnsi="Times New Roman" w:eastAsia="Times New Roman" w:cs="Times New Roman"/>
          <w:sz w:val="24"/>
        </w:rPr>
        <w:tab/>
        <w:tab/>
        <w:tab/>
        <w:tab/>
        <w:tab/>
        <w:tab/>
      </w:r>
    </w:p>
    <w:p>
      <w:pPr>
        <w:keepNext/>
      </w:pPr>
    </w:p>
    <w:p>
      <w:pPr>
        <w:keepNext/>
      </w:pPr>
      <w:r>
        <w:rPr>
          <w:rFonts w:ascii="Times New Roman" w:hAnsi="Times New Roman" w:eastAsia="Times New Roman" w:cs="Times New Roman"/>
          <w:b/>
          <w:sz w:val="24"/>
        </w:rPr>
        <w:t>ACKNOWLEDGMENT OF NOTARY PUBLIC</w:t>
      </w:r>
    </w:p>
    <w:p>
      <w:pPr>
        <w:keepNext/>
      </w:pPr>
      <w:r>
        <w:rPr>
          <w:rFonts w:ascii="Times New Roman" w:hAnsi="Times New Roman" w:eastAsia="Times New Roman" w:cs="Times New Roman"/>
          <w:sz w:val="24"/>
        </w:rPr>
        <w:t>STATE OF OREGON</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___,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foregoing instrument and acknowledged that he executed the same as his free act and deed.</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br/>
      </w:r>
      <w:r>
        <w:rPr>
          <w:rFonts w:ascii="Times New Roman" w:hAnsi="Times New Roman" w:eastAsia="Times New Roman" w:cs="Times New Roman"/>
          <w:sz w:val="24"/>
        </w:rPr>
        <w:tab/>
        <w:tab/>
        <w:tab/>
        <w:tab/>
        <w:tab/>
        <w:tab/>
        <w:t>Notary Public</w:t>
        <w:tab/>
        <w:br/>
        <w:tab/>
        <w:tab/>
        <w:tab/>
        <w:tab/>
        <w:tab/>
        <w:tab/>
        <w:t xml:space="preserve">My commission expires </w:t>
      </w:r>
      <w:r>
        <w:rPr>
          <w:rFonts w:ascii="Times New Roman" w:hAnsi="Times New Roman" w:eastAsia="Times New Roman" w:cs="Times New Roman"/>
          <w:sz w:val="24"/>
        </w:rPr>
        <w:t>[DATE]</w:t>
      </w: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Pursuant to 2013 ORS Vol. 3 Chapter 127 - Powers Of Attorney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