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4" w:after="0"/>
        <w:jc w:val="center"/>
      </w:pPr>
      <w:r>
        <w:rPr>
          <w:rFonts w:ascii="Times New Roman" w:hAnsi="Times New Roman" w:eastAsia="Times New Roman" w:cs="Times New Roman"/>
          <w:sz w:val="24"/>
        </w:rPr>
        <w:t>INSTRUCTIONS</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tab/>
      </w:r>
    </w:p>
    <w:p>
      <w:pPr>
        <w:spacing w:before="4" w:after="0"/>
        <w:jc w:val="center"/>
      </w:pPr>
      <w:r>
        <w:rPr>
          <w:rFonts w:ascii="Times New Roman" w:hAnsi="Times New Roman" w:eastAsia="Times New Roman" w:cs="Times New Roman"/>
          <w:b/>
          <w:sz w:val="24"/>
        </w:rPr>
        <w:t>DELEGATION OF PARENTAL/GUARDIAN POWERS</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FORM</w:t>
      </w:r>
    </w:p>
    <w:p>
      <w:pPr>
        <w:spacing w:before="5" w:after="0"/>
      </w:pPr>
    </w:p>
    <w:p>
      <w:pPr>
        <w:spacing w:before="69" w:after="0" w:line="240" w:lineRule="auto"/>
      </w:pPr>
      <w:r>
        <w:rPr>
          <w:rFonts w:ascii="Times New Roman" w:hAnsi="Times New Roman" w:eastAsia="Times New Roman" w:cs="Times New Roman"/>
          <w:sz w:val="24"/>
        </w:rPr>
        <w:t>This delegation designates another person (called the “attorney-in-fact”) to make decisions regarding a minor child/ren in lieu of the child/ren’s parent or legal guardian. The “attorney-in- fact” can be any reliable person and does not have to be a lawyer. It is not a court order. It is accepted by many, but not all, people or organizations as proof that the person has the legal right to make decisions for the</w:t>
      </w:r>
      <w:r>
        <w:rPr>
          <w:rFonts w:ascii="Times New Roman" w:hAnsi="Times New Roman" w:eastAsia="Times New Roman" w:cs="Times New Roman"/>
          <w:sz w:val="24"/>
        </w:rPr>
        <w:t xml:space="preserve"> </w:t>
      </w:r>
      <w:r>
        <w:rPr>
          <w:rFonts w:ascii="Times New Roman" w:hAnsi="Times New Roman" w:eastAsia="Times New Roman" w:cs="Times New Roman"/>
          <w:sz w:val="24"/>
        </w:rPr>
        <w:t>child/ren.</w:t>
      </w:r>
    </w:p>
    <w:p>
      <w:pPr>
        <w:spacing w:before="8" w:after="0"/>
      </w:pPr>
    </w:p>
    <w:p>
      <w:pPr>
        <w:spacing w:line="240" w:lineRule="auto"/>
      </w:pPr>
      <w:r>
        <w:rPr>
          <w:rFonts w:ascii="Times New Roman" w:hAnsi="Times New Roman" w:eastAsia="Times New Roman" w:cs="Times New Roman"/>
          <w:b/>
          <w:sz w:val="24"/>
        </w:rPr>
        <w:t xml:space="preserve">A parent who does not agree with the decisions of the attorney-in-fact has more authority over the child than the attorney-in-fact. </w:t>
      </w:r>
      <w:r>
        <w:rPr>
          <w:rFonts w:ascii="Times New Roman" w:hAnsi="Times New Roman" w:eastAsia="Times New Roman" w:cs="Times New Roman"/>
          <w:sz w:val="24"/>
        </w:rPr>
        <w:t>This form can not be used to transfer custody or to supersede the right of the other parent. It does not affect the rights of the child’s parents regarding the care, custody and control of the child and can be withdrawn at any</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p>
    <w:p>
      <w:pPr>
        <w:spacing w:before="5" w:after="0"/>
      </w:pPr>
    </w:p>
    <w:p>
      <w:pPr>
        <w:spacing w:line="240" w:lineRule="auto"/>
      </w:pPr>
      <w:r>
        <w:rPr>
          <w:rFonts w:ascii="Times New Roman" w:hAnsi="Times New Roman" w:eastAsia="Times New Roman" w:cs="Times New Roman"/>
          <w:sz w:val="24"/>
        </w:rPr>
        <w:t>Please note:  You may either print out this form and fill it in, or fill it in on-line and print it out. If you fill it in on-line, you will be unable to save any changes, so be sure to print out at least two copies of your</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p>
    <w:p>
      <w:pPr>
        <w:spacing w:before="5" w:after="0"/>
      </w:pPr>
    </w:p>
    <w:p>
      <w:pPr>
        <w:spacing w:line="240" w:lineRule="auto"/>
      </w:pPr>
      <w:r>
        <w:rPr>
          <w:rFonts w:ascii="Times New Roman" w:hAnsi="Times New Roman" w:eastAsia="Times New Roman" w:cs="Times New Roman"/>
          <w:sz w:val="24"/>
        </w:rPr>
        <w:t>First, fill out the specific information regarding the child/ren and the attorney-in-fact as designated on 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p>
    <w:p>
      <w:pPr>
        <w:spacing w:before="5" w:after="0"/>
      </w:pPr>
    </w:p>
    <w:p>
      <w:pPr>
        <w:spacing w:line="240" w:lineRule="auto"/>
      </w:pPr>
      <w:r>
        <w:rPr>
          <w:rFonts w:ascii="Times New Roman" w:hAnsi="Times New Roman" w:eastAsia="Times New Roman" w:cs="Times New Roman"/>
          <w:sz w:val="24"/>
        </w:rPr>
        <w:t>Next, indicate what powers you are giving to the attorney-in-fact over your minor child/ren. The first box is for a general delegation granting all powers a parent would ordinarily have over the child/ren.  The second box allows you to state the specific responsibilities and powers you want to grant. If you choose to select specific powers, be sure to list what those powers are in the box provided.</w:t>
      </w:r>
    </w:p>
    <w:p>
      <w:pPr>
        <w:spacing w:before="5" w:after="0"/>
      </w:pPr>
    </w:p>
    <w:p>
      <w:pPr>
        <w:spacing w:line="240" w:lineRule="auto"/>
      </w:pPr>
      <w:r>
        <w:rPr>
          <w:rFonts w:ascii="Times New Roman" w:hAnsi="Times New Roman" w:eastAsia="Times New Roman" w:cs="Times New Roman"/>
          <w:sz w:val="24"/>
        </w:rPr>
        <w:t>The completed delegation form must be signed by both the parent or legal guardian and the attorney-in-fact. Make several copies of the form since you will probably have to give a copy to each person or organization that the attorney-in-fact will need to deal with on behalf of the child/ren. Show them the original, and give them the copy.  Keep the original in a safe</w:t>
      </w:r>
      <w:r>
        <w:rPr>
          <w:rFonts w:ascii="Times New Roman" w:hAnsi="Times New Roman" w:eastAsia="Times New Roman" w:cs="Times New Roman"/>
          <w:sz w:val="24"/>
        </w:rPr>
        <w:t xml:space="preserve"> </w:t>
      </w:r>
      <w:r>
        <w:rPr>
          <w:rFonts w:ascii="Times New Roman" w:hAnsi="Times New Roman" w:eastAsia="Times New Roman" w:cs="Times New Roman"/>
          <w:sz w:val="24"/>
        </w:rPr>
        <w:t>place.</w:t>
      </w:r>
    </w:p>
    <w:p>
      <w:pPr>
        <w:spacing w:before="5" w:after="0"/>
      </w:pPr>
    </w:p>
    <w:p>
      <w:pPr>
        <w:spacing w:line="240" w:lineRule="auto"/>
      </w:pPr>
      <w:r>
        <w:rPr>
          <w:rFonts w:ascii="Times New Roman" w:hAnsi="Times New Roman" w:eastAsia="Times New Roman" w:cs="Times New Roman"/>
          <w:sz w:val="24"/>
        </w:rPr>
        <w:t>Under Oregon law, a delegation of parental/guardian rights is effective for a maximum of six months. You can limit this time period to as little as you want, but you cannot extend it beyond six months. If you need another power of attorney after six months, a new power of attorney may be signed. Persons in the US Armed Forces called to active duty can have a power of attorney last through the active duty period plus 30</w:t>
      </w:r>
      <w:r>
        <w:rPr>
          <w:rFonts w:ascii="Times New Roman" w:hAnsi="Times New Roman" w:eastAsia="Times New Roman" w:cs="Times New Roman"/>
          <w:sz w:val="24"/>
        </w:rPr>
        <w:t xml:space="preserve"> </w:t>
      </w:r>
      <w:r>
        <w:rPr>
          <w:rFonts w:ascii="Times New Roman" w:hAnsi="Times New Roman" w:eastAsia="Times New Roman" w:cs="Times New Roman"/>
          <w:sz w:val="24"/>
        </w:rPr>
        <w:t>days.</w:t>
      </w:r>
    </w:p>
    <w:p>
      <w:pPr>
        <w:spacing w:before="5" w:after="0"/>
      </w:pPr>
    </w:p>
    <w:p>
      <w:pPr>
        <w:spacing w:line="240" w:lineRule="auto"/>
      </w:pPr>
      <w:r>
        <w:rPr>
          <w:rFonts w:ascii="Times New Roman" w:hAnsi="Times New Roman" w:eastAsia="Times New Roman" w:cs="Times New Roman"/>
          <w:sz w:val="24"/>
        </w:rPr>
        <w:t xml:space="preserve">The parent granting the power can withdraw (revoke) that power at any time, even before the expiration date on the power of attorney. It is best that the withdrawal be in writing. A form called </w:t>
      </w:r>
      <w:r>
        <w:rPr>
          <w:rFonts w:ascii="Times New Roman" w:hAnsi="Times New Roman" w:eastAsia="Times New Roman" w:cs="Times New Roman"/>
          <w:sz w:val="24"/>
        </w:rPr>
        <w:t xml:space="preserve">Revocation of Power of Attorney </w:t>
      </w:r>
      <w:r>
        <w:rPr>
          <w:rFonts w:ascii="Times New Roman" w:hAnsi="Times New Roman" w:eastAsia="Times New Roman" w:cs="Times New Roman"/>
          <w:sz w:val="24"/>
        </w:rPr>
        <w:t>is attached.  If you are a parent withdrawing the power, be sure to fill out the revocation form and deliver it to the person to whom you granted the power and to those people or organizations to whom you gave a copy of the delegation form. The withdrawal is effective immediately upon</w:t>
      </w:r>
      <w:r>
        <w:rPr>
          <w:rFonts w:ascii="Times New Roman" w:hAnsi="Times New Roman" w:eastAsia="Times New Roman" w:cs="Times New Roman"/>
          <w:sz w:val="24"/>
        </w:rPr>
        <w:t xml:space="preserve"> </w:t>
      </w:r>
      <w:r>
        <w:rPr>
          <w:rFonts w:ascii="Times New Roman" w:hAnsi="Times New Roman" w:eastAsia="Times New Roman" w:cs="Times New Roman"/>
          <w:sz w:val="24"/>
        </w:rPr>
        <w:t>delivery.</w:t>
      </w:r>
    </w:p>
    <w:p>
      <w:pPr/>
    </w:p>
    <w:p>
      <w:pPr>
        <w:spacing w:before="54" w:after="0"/>
      </w:pPr>
      <w:r>
        <w:rPr>
          <w:rFonts w:ascii="Times New Roman" w:hAnsi="Times New Roman" w:eastAsia="Times New Roman" w:cs="Times New Roman"/>
          <w:b/>
          <w:sz w:val="24"/>
        </w:rPr>
        <w:t>DELEGATION OF PARENTAL/GUARDIAN</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POWERS</w:t>
      </w:r>
    </w:p>
    <w:p>
      <w:pPr/>
    </w:p>
    <w:p>
      <w:pPr>
        <w:spacing w:before="5" w:after="0"/>
      </w:pPr>
    </w:p>
    <w:p>
      <w:pPr>
        <w:spacing w:before="69" w:after="0"/>
      </w:pPr>
      <w:r>
        <w:rPr>
          <w:rFonts w:ascii="Times New Roman" w:hAnsi="Times New Roman" w:eastAsia="Times New Roman" w:cs="Times New Roman"/>
          <w:sz w:val="24"/>
        </w:rPr>
        <w:t>I certify that I am the parent or legal 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p>
    <w:p>
      <w:pPr/>
    </w:p>
    <w:p>
      <w:pPr>
        <w:spacing w:before="9"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41"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p>
    <w:p>
      <w:pPr>
        <w:spacing w:before="9"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41"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p>
    <w:p>
      <w:pPr>
        <w:spacing w:before="9"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41"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spacing w:before="7" w:after="0"/>
      </w:pPr>
    </w:p>
    <w:p>
      <w:pPr>
        <w:spacing w:before="9" w:after="0"/>
      </w:pPr>
      <w:r>
        <w:rPr>
          <w:rFonts w:ascii="Times New Roman" w:hAnsi="Times New Roman" w:eastAsia="Times New Roman" w:cs="Times New Roman"/>
          <w:sz w:val="24"/>
        </w:rPr>
        <w:t>(“minor child/ren”).</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w:t>
      </w:r>
    </w:p>
    <w:p>
      <w:pPr>
        <w:spacing w:before="7" w:after="0"/>
      </w:pPr>
    </w:p>
    <w:p>
      <w:pPr>
        <w:spacing w:before="93" w:after="0" w:line="250" w:lineRule="exact"/>
        <w:ind w:hanging="1620"/>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[ADDRESS]</w:t>
      </w:r>
    </w:p>
    <w:p>
      <w:pPr/>
    </w:p>
    <w:p>
      <w:pPr>
        <w:spacing w:before="11" w:after="0"/>
      </w:pPr>
      <w:r>
        <w:rPr>
          <w:rFonts w:ascii="Times New Roman" w:hAnsi="Times New Roman" w:eastAsia="Times New Roman" w:cs="Times New Roman"/>
          <w:sz w:val="24"/>
        </w:rPr>
        <w:t>[NUMBER]</w:t>
      </w:r>
      <w:r>
        <w:rPr>
          <w:rFonts w:ascii="Times New Roman" w:hAnsi="Times New Roman" w:eastAsia="Times New Roman" w:cs="Times New Roman"/>
          <w:sz w:val="24"/>
        </w:rPr>
        <w:tab/>
        <w:tab/>
        <w:tab/>
        <w:tab/>
        <w:tab/>
        <w:tab/>
        <w:tab/>
      </w:r>
      <w:r>
        <w:rPr>
          <w:rFonts w:ascii="Times New Roman" w:hAnsi="Times New Roman" w:eastAsia="Times New Roman" w:cs="Times New Roman"/>
          <w:sz w:val="24"/>
        </w:rPr>
        <w:t>[NUMBER]</w:t>
      </w:r>
    </w:p>
    <w:p>
      <w:pPr>
        <w:spacing w:line="20" w:lineRule="exact"/>
      </w:pPr>
      <w:r>
        <w:rPr>
          <w:rFonts w:ascii="Times New Roman" w:hAnsi="Times New Roman" w:eastAsia="Times New Roman" w:cs="Times New Roman"/>
          <w:sz w:val="24"/>
        </w:rPr>
        <w:tab/>
      </w:r>
    </w:p>
    <w:p>
      <w:pPr>
        <w:spacing w:line="241" w:lineRule="exact"/>
      </w:pPr>
      <w:r>
        <w:rPr>
          <w:rFonts w:ascii="Times New Roman" w:hAnsi="Times New Roman" w:eastAsia="Times New Roman" w:cs="Times New Roman"/>
          <w:sz w:val="24"/>
        </w:rPr>
        <w:t>(HOME PHONE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tab/>
        <w:t>(WORK PHONE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p>
    <w:p>
      <w:pPr>
        <w:spacing w:before="7" w:after="0"/>
      </w:pPr>
    </w:p>
    <w:p>
      <w:pPr/>
      <w:r>
        <w:rPr>
          <w:rFonts w:ascii="Times New Roman" w:hAnsi="Times New Roman" w:eastAsia="Times New Roman" w:cs="Times New Roman"/>
          <w:sz w:val="24"/>
        </w:rPr>
        <w:t>as the undersigned’s attorney-in-fact with respect to the minor child/ren under ORS</w:t>
      </w:r>
      <w:r>
        <w:rPr>
          <w:rFonts w:ascii="Times New Roman" w:hAnsi="Times New Roman" w:eastAsia="Times New Roman" w:cs="Times New Roman"/>
          <w:sz w:val="24"/>
        </w:rPr>
        <w:t xml:space="preserve"> </w:t>
      </w:r>
      <w:r>
        <w:rPr>
          <w:rFonts w:ascii="Times New Roman" w:hAnsi="Times New Roman" w:eastAsia="Times New Roman" w:cs="Times New Roman"/>
          <w:sz w:val="24"/>
        </w:rPr>
        <w:t>109.056.</w:t>
      </w:r>
    </w:p>
    <w:p>
      <w:pPr>
        <w:spacing w:before="47" w:after="0" w:line="312" w:lineRule="auto"/>
        <w:ind w:firstLine="720"/>
      </w:pPr>
      <w:r>
        <w:rPr>
          <w:rFonts w:ascii="Times New Roman" w:hAnsi="Times New Roman" w:eastAsia="Times New Roman" w:cs="Times New Roman"/>
          <w:sz w:val="24"/>
        </w:rPr>
        <w:t xml:space="preserve">“ </w:t>
      </w:r>
      <w:r>
        <w:rPr>
          <w:rFonts w:ascii="Times New Roman" w:hAnsi="Times New Roman" w:eastAsia="Times New Roman" w:cs="Times New Roman"/>
          <w:sz w:val="24"/>
        </w:rPr>
        <w:t>I delegate to the attorney-in-fact all of my power and authority regarding the care, custody and property of the minor child/ren, including but not limited to the right to enroll the minor child/ren in school, inspect and obtain copies of education records and other records concerning the minor child/ren, the right to attend school activities and other functions concerning the minor child/ren, and the right to give or withhold any consent or waiver with respect to school activities, medical and dental treatment, and any other activity, function or treatment that may concern the minor child/ren.</w:t>
      </w:r>
      <w:r>
        <w:rPr>
          <w:rFonts w:ascii="Times New Roman" w:hAnsi="Times New Roman" w:eastAsia="Times New Roman" w:cs="Times New Roman"/>
          <w:sz w:val="24"/>
        </w:rPr>
        <w:t xml:space="preserve"> </w:t>
      </w:r>
      <w:r>
        <w:rPr>
          <w:rFonts w:ascii="Times New Roman" w:hAnsi="Times New Roman" w:eastAsia="Times New Roman" w:cs="Times New Roman"/>
          <w:b/>
          <w:sz w:val="24"/>
        </w:rPr>
        <w:t>OR</w:t>
      </w:r>
    </w:p>
    <w:p>
      <w:pPr>
        <w:spacing w:line="334" w:lineRule="exact"/>
      </w:pP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delegate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responsibilities</w:t>
      </w:r>
    </w:p>
    <w:p>
      <w:pPr>
        <w:spacing w:before="94" w:after="0"/>
      </w:pPr>
      <w:r>
        <w:rPr>
          <w:rFonts w:ascii="Times New Roman" w:hAnsi="Times New Roman" w:eastAsia="Times New Roman" w:cs="Times New Roman"/>
          <w:sz w:val="24"/>
        </w:rPr>
        <w:t>(write in):</w:t>
      </w:r>
    </w:p>
    <w:p>
      <w:pPr/>
    </w:p>
    <w:p>
      <w:pPr/>
    </w:p>
    <w:p>
      <w:pPr/>
    </w:p>
    <w:p>
      <w:pPr/>
    </w:p>
    <w:p>
      <w:pPr/>
    </w:p>
    <w:p>
      <w:pPr/>
    </w:p>
    <w:p>
      <w:pPr/>
    </w:p>
    <w:p>
      <w:pPr/>
    </w:p>
    <w:p>
      <w:pPr>
        <w:spacing w:before="11" w:after="0"/>
      </w:pPr>
    </w:p>
    <w:p>
      <w:pPr/>
      <w:r>
        <w:rPr>
          <w:rFonts w:ascii="Times New Roman" w:hAnsi="Times New Roman" w:eastAsia="Times New Roman" w:cs="Times New Roman"/>
          <w:sz w:val="24"/>
        </w:rPr>
        <w:t>Page 1 of 2, DELEGATION OF PARENTAL/GUARDIAN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p>
    <w:p>
      <w:pPr>
        <w:spacing w:before="76" w:after="0"/>
      </w:pPr>
      <w:r>
        <w:rPr>
          <w:rFonts w:ascii="Times New Roman" w:hAnsi="Times New Roman" w:eastAsia="Times New Roman" w:cs="Times New Roman"/>
          <w:sz w:val="24"/>
        </w:rPr>
        <w:t>POA Form Instructions 1P-15Ver01.wpd</w:t>
      </w:r>
      <w:r>
        <w:rPr>
          <w:rFonts w:ascii="Times New Roman" w:hAnsi="Times New Roman" w:eastAsia="Times New Roman" w:cs="Times New Roman"/>
          <w:sz w:val="24"/>
        </w:rPr>
        <w:t xml:space="preserve"> </w:t>
      </w:r>
      <w:r>
        <w:rPr>
          <w:rFonts w:ascii="Times New Roman" w:hAnsi="Times New Roman" w:eastAsia="Times New Roman" w:cs="Times New Roman"/>
          <w:sz w:val="24"/>
        </w:rPr>
        <w:t>(12-04)</w:t>
      </w:r>
    </w:p>
    <w:p>
      <w:pPr>
        <w:spacing w:before="51" w:after="0" w:line="312" w:lineRule="auto"/>
      </w:pPr>
      <w:r>
        <w:rPr>
          <w:rFonts w:ascii="Times New Roman" w:hAnsi="Times New Roman" w:eastAsia="Times New Roman" w:cs="Times New Roman"/>
          <w:sz w:val="24"/>
        </w:rPr>
        <w:t xml:space="preserve">This delegation does </w:t>
      </w:r>
      <w:r>
        <w:rPr>
          <w:rFonts w:ascii="Times New Roman" w:hAnsi="Times New Roman" w:eastAsia="Times New Roman" w:cs="Times New Roman"/>
          <w:sz w:val="24"/>
        </w:rPr>
        <w:t xml:space="preserve">not </w:t>
      </w:r>
      <w:r>
        <w:rPr>
          <w:rFonts w:ascii="Times New Roman" w:hAnsi="Times New Roman" w:eastAsia="Times New Roman" w:cs="Times New Roman"/>
          <w:sz w:val="24"/>
        </w:rPr>
        <w:t>include the power or authority of the attorney-in-fact to consent to the minor child/ren’s marriage or</w:t>
      </w:r>
      <w:r>
        <w:rPr>
          <w:rFonts w:ascii="Times New Roman" w:hAnsi="Times New Roman" w:eastAsia="Times New Roman" w:cs="Times New Roman"/>
          <w:sz w:val="24"/>
        </w:rPr>
        <w:t xml:space="preserve"> </w:t>
      </w:r>
      <w:r>
        <w:rPr>
          <w:rFonts w:ascii="Times New Roman" w:hAnsi="Times New Roman" w:eastAsia="Times New Roman" w:cs="Times New Roman"/>
          <w:sz w:val="24"/>
        </w:rPr>
        <w:t>adoption.</w:t>
      </w:r>
    </w:p>
    <w:p>
      <w:pPr>
        <w:spacing w:before="10" w:after="0"/>
      </w:pPr>
    </w:p>
    <w:p>
      <w:pPr/>
      <w:r>
        <w:rPr>
          <w:rFonts w:ascii="Times New Roman" w:hAnsi="Times New Roman" w:eastAsia="Times New Roman" w:cs="Times New Roman"/>
          <w:sz w:val="24"/>
        </w:rPr>
        <w:t>SELECT</w:t>
      </w:r>
      <w:r>
        <w:rPr>
          <w:rFonts w:ascii="Times New Roman" w:hAnsi="Times New Roman" w:eastAsia="Times New Roman" w:cs="Times New Roman"/>
          <w:sz w:val="24"/>
        </w:rPr>
        <w:t xml:space="preserve"> </w:t>
      </w:r>
      <w:r>
        <w:rPr>
          <w:rFonts w:ascii="Times New Roman" w:hAnsi="Times New Roman" w:eastAsia="Times New Roman" w:cs="Times New Roman"/>
          <w:sz w:val="24"/>
        </w:rPr>
        <w:t>ONE:</w:t>
      </w:r>
    </w:p>
    <w:p>
      <w:pPr>
        <w:spacing w:before="7" w:after="0"/>
      </w:pPr>
    </w:p>
    <w:p>
      <w:pP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effective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exceed</w:t>
      </w:r>
      <w:r>
        <w:rPr>
          <w:rFonts w:ascii="Times New Roman" w:hAnsi="Times New Roman" w:eastAsia="Times New Roman" w:cs="Times New Roman"/>
          <w:sz w:val="24"/>
        </w:rPr>
        <w:t xml:space="preserve"> </w:t>
      </w:r>
      <w:r>
        <w:rPr>
          <w:rFonts w:ascii="Times New Roman" w:hAnsi="Times New Roman" w:eastAsia="Times New Roman" w:cs="Times New Roman"/>
          <w:sz w:val="24"/>
        </w:rPr>
        <w:t>six</w:t>
      </w:r>
      <w:r>
        <w:rPr>
          <w:rFonts w:ascii="Times New Roman" w:hAnsi="Times New Roman" w:eastAsia="Times New Roman" w:cs="Times New Roman"/>
          <w:sz w:val="24"/>
        </w:rPr>
        <w:t xml:space="preserve"> </w:t>
      </w:r>
      <w:r>
        <w:rPr>
          <w:rFonts w:ascii="Times New Roman" w:hAnsi="Times New Roman" w:eastAsia="Times New Roman" w:cs="Times New Roman"/>
          <w:sz w:val="24"/>
        </w:rPr>
        <w:t>months,</w:t>
      </w:r>
      <w:r>
        <w:rPr>
          <w:rFonts w:ascii="Times New Roman" w:hAnsi="Times New Roman" w:eastAsia="Times New Roman" w:cs="Times New Roman"/>
          <w:sz w:val="24"/>
        </w:rPr>
        <w:t xml:space="preserve"> </w:t>
      </w:r>
      <w:r>
        <w:rPr>
          <w:rFonts w:ascii="Times New Roman" w:hAnsi="Times New Roman" w:eastAsia="Times New Roman" w:cs="Times New Roman"/>
          <w:sz w:val="24"/>
        </w:rPr>
        <w:t>beginning</w:t>
      </w:r>
    </w:p>
    <w:p>
      <w:pPr>
        <w:spacing w:before="94" w:after="0" w:line="312"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and ending</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_.  I reserve the right to revoke this authority at any</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p>
    <w:p>
      <w:pPr>
        <w:spacing w:before="6" w:after="0"/>
      </w:pPr>
    </w:p>
    <w:p>
      <w:pPr>
        <w:spacing w:line="302" w:lineRule="auto"/>
        <w:ind w:firstLine="720"/>
      </w:pP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am</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US</w:t>
      </w:r>
      <w:r>
        <w:rPr>
          <w:rFonts w:ascii="Times New Roman" w:hAnsi="Times New Roman" w:eastAsia="Times New Roman" w:cs="Times New Roman"/>
          <w:sz w:val="24"/>
        </w:rPr>
        <w:t xml:space="preserve"> </w:t>
      </w:r>
      <w:r>
        <w:rPr>
          <w:rFonts w:ascii="Times New Roman" w:hAnsi="Times New Roman" w:eastAsia="Times New Roman" w:cs="Times New Roman"/>
          <w:sz w:val="24"/>
        </w:rPr>
        <w:t>Armed</w:t>
      </w:r>
      <w:r>
        <w:rPr>
          <w:rFonts w:ascii="Times New Roman" w:hAnsi="Times New Roman" w:eastAsia="Times New Roman" w:cs="Times New Roman"/>
          <w:sz w:val="24"/>
        </w:rPr>
        <w:t xml:space="preserve"> </w:t>
      </w:r>
      <w:r>
        <w:rPr>
          <w:rFonts w:ascii="Times New Roman" w:hAnsi="Times New Roman" w:eastAsia="Times New Roman" w:cs="Times New Roman"/>
          <w:sz w:val="24"/>
        </w:rPr>
        <w:t>Forces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been</w:t>
      </w:r>
      <w:r>
        <w:rPr>
          <w:rFonts w:ascii="Times New Roman" w:hAnsi="Times New Roman" w:eastAsia="Times New Roman" w:cs="Times New Roman"/>
          <w:sz w:val="24"/>
        </w:rPr>
        <w:t xml:space="preserve"> </w:t>
      </w:r>
      <w:r>
        <w:rPr>
          <w:rFonts w:ascii="Times New Roman" w:hAnsi="Times New Roman" w:eastAsia="Times New Roman" w:cs="Times New Roman"/>
          <w:sz w:val="24"/>
        </w:rPr>
        <w:t>called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active</w:t>
      </w:r>
      <w:r>
        <w:rPr>
          <w:rFonts w:ascii="Times New Roman" w:hAnsi="Times New Roman" w:eastAsia="Times New Roman" w:cs="Times New Roman"/>
          <w:sz w:val="24"/>
        </w:rPr>
        <w:t xml:space="preserve"> </w:t>
      </w:r>
      <w:r>
        <w:rPr>
          <w:rFonts w:ascii="Times New Roman" w:hAnsi="Times New Roman" w:eastAsia="Times New Roman" w:cs="Times New Roman"/>
          <w:sz w:val="24"/>
        </w:rPr>
        <w:t>duty</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 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effective</w:t>
      </w:r>
      <w:r>
        <w:rPr>
          <w:rFonts w:ascii="Times New Roman" w:hAnsi="Times New Roman" w:eastAsia="Times New Roman" w:cs="Times New Roman"/>
          <w:sz w:val="24"/>
        </w:rPr>
        <w:t xml:space="preserve"> </w:t>
      </w:r>
      <w:r>
        <w:rPr>
          <w:rFonts w:ascii="Times New Roman" w:hAnsi="Times New Roman" w:eastAsia="Times New Roman" w:cs="Times New Roman"/>
          <w:sz w:val="24"/>
        </w:rPr>
        <w:t>through</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active</w:t>
      </w:r>
      <w:r>
        <w:rPr>
          <w:rFonts w:ascii="Times New Roman" w:hAnsi="Times New Roman" w:eastAsia="Times New Roman" w:cs="Times New Roman"/>
          <w:sz w:val="24"/>
        </w:rPr>
        <w:t xml:space="preserve"> </w:t>
      </w:r>
      <w:r>
        <w:rPr>
          <w:rFonts w:ascii="Times New Roman" w:hAnsi="Times New Roman" w:eastAsia="Times New Roman" w:cs="Times New Roman"/>
          <w:sz w:val="24"/>
        </w:rPr>
        <w:t>duty</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plus</w:t>
      </w:r>
      <w:r>
        <w:rPr>
          <w:rFonts w:ascii="Times New Roman" w:hAnsi="Times New Roman" w:eastAsia="Times New Roman" w:cs="Times New Roman"/>
          <w:sz w:val="24"/>
        </w:rPr>
        <w:t xml:space="preserve"> </w:t>
      </w:r>
      <w:r>
        <w:rPr>
          <w:rFonts w:ascii="Times New Roman" w:hAnsi="Times New Roman" w:eastAsia="Times New Roman" w:cs="Times New Roman"/>
          <w:sz w:val="24"/>
        </w:rPr>
        <w:t>30</w:t>
      </w:r>
      <w:r>
        <w:rPr>
          <w:rFonts w:ascii="Times New Roman" w:hAnsi="Times New Roman" w:eastAsia="Times New Roman" w:cs="Times New Roman"/>
          <w:sz w:val="24"/>
        </w:rPr>
        <w:t xml:space="preserve"> </w:t>
      </w:r>
      <w:r>
        <w:rPr>
          <w:rFonts w:ascii="Times New Roman" w:hAnsi="Times New Roman" w:eastAsia="Times New Roman" w:cs="Times New Roman"/>
          <w:sz w:val="24"/>
        </w:rPr>
        <w:t>days.</w:t>
      </w:r>
    </w:p>
    <w:p>
      <w:pPr/>
    </w:p>
    <w:p>
      <w:pPr/>
    </w:p>
    <w:p>
      <w:pPr/>
    </w:p>
    <w:p>
      <w:pPr>
        <w:spacing w:before="189" w:after="0" w:line="250" w:lineRule="exact"/>
        <w:ind w:hanging="300"/>
      </w:pPr>
      <w:r>
        <w:rPr>
          <w:rFonts w:ascii="Times New Roman" w:hAnsi="Times New Roman" w:eastAsia="Times New Roman" w:cs="Times New Roman"/>
          <w:sz w:val="24"/>
        </w:rPr>
        <w:t>By:</w:t>
      </w:r>
      <w:r>
        <w:rPr>
          <w:rFonts w:ascii="Times New Roman" w:hAnsi="Times New Roman" w:eastAsia="Times New Roman" w:cs="Times New Roman"/>
          <w:sz w:val="24"/>
        </w:rPr>
        <w:tab/>
      </w:r>
      <w:r>
        <w:rPr>
          <w:rFonts w:ascii="Times New Roman" w:hAnsi="Times New Roman" w:eastAsia="Times New Roman" w:cs="Times New Roman"/>
          <w:sz w:val="24"/>
        </w:rPr>
        <w:t xml:space="preserve"> (PARENT/LEGAL 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SIGNATURE)</w:t>
      </w:r>
    </w:p>
    <w:p>
      <w:pPr/>
    </w:p>
    <w:p>
      <w:pPr/>
    </w:p>
    <w:p>
      <w:pPr/>
    </w:p>
    <w:p>
      <w:pPr/>
    </w:p>
    <w:p>
      <w:pPr/>
    </w:p>
    <w:p>
      <w:pPr>
        <w:spacing w:before="4" w:after="0"/>
      </w:pPr>
    </w:p>
    <w:p>
      <w:pPr/>
      <w:r>
        <w:rPr>
          <w:rFonts w:ascii="Times New Roman" w:hAnsi="Times New Roman" w:eastAsia="Times New Roman" w:cs="Times New Roman"/>
          <w:sz w:val="24"/>
        </w:rPr>
        <w:t>I hereby accept my designation as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for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3" w:after="0"/>
      </w:pP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CHILD/REN)</w:t>
      </w:r>
    </w:p>
    <w:p>
      <w:pPr>
        <w:spacing w:before="3" w:after="0"/>
      </w:pPr>
      <w:r>
        <w:rPr>
          <w:rFonts w:ascii="Times New Roman" w:hAnsi="Times New Roman" w:eastAsia="Times New Roman" w:cs="Times New Roman"/>
          <w:sz w:val="24"/>
        </w:rPr>
        <w:t>as specified in this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p>
    <w:p>
      <w:pPr/>
    </w:p>
    <w:p>
      <w:pPr/>
    </w:p>
    <w:p>
      <w:pPr/>
    </w:p>
    <w:p>
      <w:pPr>
        <w:spacing w:before="5" w:after="0"/>
      </w:pPr>
      <w:r>
        <w:rPr>
          <w:rFonts w:ascii="Times New Roman" w:hAnsi="Times New Roman" w:eastAsia="Times New Roman" w:cs="Times New Roman"/>
          <w:sz w:val="24"/>
        </w:rPr>
        <w:tab/>
      </w:r>
    </w:p>
    <w:p>
      <w:pPr>
        <w:spacing w:line="20" w:lineRule="exact"/>
      </w:pPr>
    </w:p>
    <w:p>
      <w:pPr>
        <w:spacing w:line="269" w:lineRule="exact"/>
      </w:pPr>
      <w:r>
        <w:rPr>
          <w:rFonts w:ascii="Times New Roman" w:hAnsi="Times New Roman" w:eastAsia="Times New Roman" w:cs="Times New Roman"/>
          <w:sz w:val="24"/>
        </w:rPr>
        <w:t>(ATTORNEY-IN-FACT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SIGNATURE)</w:t>
      </w:r>
    </w:p>
    <w:p>
      <w:pPr/>
    </w:p>
    <w:p>
      <w:pPr/>
    </w:p>
    <w:p>
      <w:pPr/>
    </w:p>
    <w:p>
      <w:pPr/>
    </w:p>
    <w:p>
      <w:pPr/>
    </w:p>
    <w:p>
      <w:pPr/>
    </w:p>
    <w:p>
      <w:pPr/>
    </w:p>
    <w:p>
      <w:pPr/>
    </w:p>
    <w:p>
      <w:pPr/>
    </w:p>
    <w:p>
      <w:pPr>
        <w:spacing w:before="4" w:after="0"/>
      </w:pPr>
    </w:p>
    <w:p>
      <w:pPr/>
      <w:r>
        <w:rPr>
          <w:rFonts w:ascii="Times New Roman" w:hAnsi="Times New Roman" w:eastAsia="Times New Roman" w:cs="Times New Roman"/>
          <w:sz w:val="24"/>
        </w:rPr>
        <w:t>Page 2 of 2, DELEGATION OF PARENTAL/GUARDIAN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p>
    <w:p>
      <w:pPr/>
      <w:r>
        <w:rPr>
          <w:rFonts w:ascii="Times New Roman" w:hAnsi="Times New Roman" w:eastAsia="Times New Roman" w:cs="Times New Roman"/>
          <w:sz w:val="24"/>
        </w:rPr>
        <w:t>POA Form Instructions 1P-15Ver01.wpd</w:t>
      </w:r>
      <w:r>
        <w:rPr>
          <w:rFonts w:ascii="Times New Roman" w:hAnsi="Times New Roman" w:eastAsia="Times New Roman" w:cs="Times New Roman"/>
          <w:sz w:val="24"/>
        </w:rPr>
        <w:t xml:space="preserve"> </w:t>
      </w:r>
      <w:r>
        <w:rPr>
          <w:rFonts w:ascii="Times New Roman" w:hAnsi="Times New Roman" w:eastAsia="Times New Roman" w:cs="Times New Roman"/>
          <w:sz w:val="24"/>
        </w:rPr>
        <w:t>(12-04)</w:t>
      </w:r>
    </w:p>
    <w:p>
      <w:pPr>
        <w:spacing w:before="11" w:after="0"/>
      </w:pPr>
    </w:p>
    <w:p>
      <w:pPr>
        <w:spacing w:before="63" w:after="0"/>
      </w:pPr>
      <w:r>
        <w:rPr>
          <w:rFonts w:ascii="Times New Roman" w:hAnsi="Times New Roman" w:eastAsia="Times New Roman" w:cs="Times New Roman"/>
          <w:b/>
          <w:sz w:val="24"/>
        </w:rPr>
        <w:t>REVOCATION</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OF</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DELEGATION</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OF</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PARENTAL/GUARDIAN</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POWERS</w:t>
      </w:r>
    </w:p>
    <w:p>
      <w:pPr/>
    </w:p>
    <w:p>
      <w:pPr>
        <w:spacing w:before="8" w:after="0"/>
      </w:pPr>
    </w:p>
    <w:p>
      <w:pPr>
        <w:spacing w:before="69" w:after="0" w:line="240" w:lineRule="auto"/>
        <w:ind w:firstLine="720"/>
      </w:pPr>
      <w:r>
        <w:rPr>
          <w:rFonts w:ascii="Times New Roman" w:hAnsi="Times New Roman" w:eastAsia="Times New Roman" w:cs="Times New Roman"/>
          <w:sz w:val="24"/>
        </w:rPr>
        <w:t>I hereby revoke (withdraw) the delegation of parental/guardian powers over my minor child/ren:</w:t>
      </w:r>
    </w:p>
    <w:p>
      <w:pPr/>
      <w:r>
        <w:rPr>
          <w:rFonts w:ascii="Times New Roman" w:hAnsi="Times New Roman" w:eastAsia="Times New Roman" w:cs="Times New Roman"/>
          <w:sz w:val="24"/>
        </w:rPr>
        <w:t>(check</w:t>
      </w:r>
      <w:r>
        <w:rPr>
          <w:rFonts w:ascii="Times New Roman" w:hAnsi="Times New Roman" w:eastAsia="Times New Roman" w:cs="Times New Roman"/>
          <w:sz w:val="24"/>
        </w:rPr>
        <w:t xml:space="preserve"> </w:t>
      </w:r>
      <w:r>
        <w:rPr>
          <w:rFonts w:ascii="Times New Roman" w:hAnsi="Times New Roman" w:eastAsia="Times New Roman" w:cs="Times New Roman"/>
          <w:sz w:val="24"/>
        </w:rPr>
        <w:t>one)</w:t>
        <w:tab/>
        <w:t>(check</w:t>
      </w:r>
      <w:r>
        <w:rPr>
          <w:rFonts w:ascii="Times New Roman" w:hAnsi="Times New Roman" w:eastAsia="Times New Roman" w:cs="Times New Roman"/>
          <w:sz w:val="24"/>
        </w:rPr>
        <w:t xml:space="preserve"> </w:t>
      </w:r>
      <w:r>
        <w:rPr>
          <w:rFonts w:ascii="Times New Roman" w:hAnsi="Times New Roman" w:eastAsia="Times New Roman" w:cs="Times New Roman"/>
          <w:sz w:val="24"/>
        </w:rPr>
        <w:t>one)</w:t>
      </w:r>
    </w:p>
    <w:p>
      <w:pPr>
        <w:spacing w:before="7"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69"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p>
    <w:p>
      <w:pPr>
        <w:spacing w:before="7"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69"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p>
    <w:p>
      <w:pPr>
        <w:spacing w:before="7" w:after="0"/>
      </w:pP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69" w:lineRule="exact"/>
      </w:pPr>
      <w:r>
        <w:rPr>
          <w:rFonts w:ascii="Times New Roman" w:hAnsi="Times New Roman" w:eastAsia="Times New Roman" w:cs="Times New Roman"/>
          <w:sz w:val="24"/>
        </w:rPr>
        <w:t>(FULL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tab/>
        <w:t>(DATE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BIRTH)</w:t>
      </w:r>
    </w:p>
    <w:p>
      <w:pPr>
        <w:spacing w:before="7" w:after="0"/>
      </w:pPr>
    </w:p>
    <w:p>
      <w:pPr>
        <w:spacing w:line="240" w:lineRule="auto"/>
        <w:ind w:hanging="1980"/>
      </w:pPr>
      <w:r>
        <w:rPr>
          <w:rFonts w:ascii="Times New Roman" w:hAnsi="Times New Roman" w:eastAsia="Times New Roman" w:cs="Times New Roman"/>
          <w:sz w:val="24"/>
        </w:rPr>
        <w:t>that was</w:t>
      </w:r>
      <w:r>
        <w:rPr>
          <w:rFonts w:ascii="Times New Roman" w:hAnsi="Times New Roman" w:eastAsia="Times New Roman" w:cs="Times New Roman"/>
          <w:sz w:val="24"/>
        </w:rPr>
        <w:t xml:space="preserve"> </w:t>
      </w:r>
      <w:r>
        <w:rPr>
          <w:rFonts w:ascii="Times New Roman" w:hAnsi="Times New Roman" w:eastAsia="Times New Roman" w:cs="Times New Roman"/>
          <w:sz w:val="24"/>
        </w:rPr>
        <w:t>granted to</w:t>
      </w:r>
      <w:r>
        <w:rPr>
          <w:rFonts w:ascii="Times New Roman" w:hAnsi="Times New Roman" w:eastAsia="Times New Roman" w:cs="Times New Roman"/>
          <w:sz w:val="24"/>
        </w:rPr>
        <w:t xml:space="preserve"> </w:t>
        <w:tab/>
      </w:r>
      <w:r>
        <w:rPr>
          <w:rFonts w:ascii="Times New Roman" w:hAnsi="Times New Roman" w:eastAsia="Times New Roman" w:cs="Times New Roman"/>
          <w:sz w:val="24"/>
        </w:rPr>
        <w:t>on the (FULL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p>
    <w:p>
      <w:pPr>
        <w:spacing w:before="5" w:after="0"/>
      </w:pPr>
    </w:p>
    <w:p>
      <w:pPr/>
      <w:r>
        <w:rPr>
          <w:rFonts w:ascii="Times New Roman" w:hAnsi="Times New Roman" w:eastAsia="Times New Roman" w:cs="Times New Roman"/>
          <w:sz w:val="24"/>
        </w:rPr>
        <w:t>following 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That delegation is now</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revoked.</w:t>
      </w:r>
    </w:p>
    <w:p>
      <w:pPr/>
    </w:p>
    <w:p>
      <w:pPr/>
    </w:p>
    <w:p>
      <w:pPr/>
    </w:p>
    <w:p>
      <w:pPr/>
    </w:p>
    <w:p>
      <w:pPr>
        <w:spacing w:before="5" w:after="0"/>
      </w:pPr>
    </w:p>
    <w:p>
      <w:pPr>
        <w:spacing w:line="240" w:lineRule="auto"/>
        <w:ind w:hanging="120"/>
      </w:pPr>
      <w:r>
        <w:rPr>
          <w:rFonts w:ascii="Times New Roman" w:hAnsi="Times New Roman" w:eastAsia="Times New Roman" w:cs="Times New Roman"/>
          <w:sz w:val="24"/>
        </w:rPr>
        <w:t>By:</w:t>
      </w:r>
      <w:r>
        <w:rPr>
          <w:rFonts w:ascii="Times New Roman" w:hAnsi="Times New Roman" w:eastAsia="Times New Roman" w:cs="Times New Roman"/>
          <w:sz w:val="24"/>
        </w:rPr>
        <w:tab/>
      </w:r>
      <w:r>
        <w:rPr>
          <w:rFonts w:ascii="Times New Roman" w:hAnsi="Times New Roman" w:eastAsia="Times New Roman" w:cs="Times New Roman"/>
          <w:sz w:val="24"/>
        </w:rPr>
        <w:t xml:space="preserve"> (PARENT/LEGAL 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SIGNATURE)</w:t>
      </w:r>
    </w:p>
    <w:p>
      <w:pPr>
        <w:spacing w:before="0" w:after="0"/>
      </w:pPr>
    </w:p>
    <w:p>
      <w:pPr/>
      <w:r>
        <w:rPr>
          <w:rFonts w:ascii="Times New Roman" w:hAnsi="Times New Roman" w:eastAsia="Times New Roman" w:cs="Times New Roman"/>
          <w:sz w:val="24"/>
        </w:rPr>
        <w:t>Today’s</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p>
    <w:p>
      <w:pPr/>
    </w:p>
    <w:p>
      <w:pPr/>
    </w:p>
    <w:p>
      <w:pPr/>
    </w:p>
    <w:p>
      <w:pPr/>
    </w:p>
    <w:p>
      <w:pPr/>
    </w:p>
    <w:p>
      <w:pPr/>
    </w:p>
    <w:p>
      <w:pPr/>
    </w:p>
    <w:p>
      <w:pPr/>
    </w:p>
    <w:p>
      <w:pPr/>
    </w:p>
    <w:p>
      <w:pPr/>
    </w:p>
    <w:p>
      <w:pPr/>
    </w:p>
    <w:p>
      <w:pPr/>
    </w:p>
    <w:p>
      <w:pPr/>
    </w:p>
    <w:p>
      <w:pPr/>
    </w:p>
    <w:p>
      <w:pPr/>
    </w:p>
    <w:p>
      <w:pPr/>
    </w:p>
    <w:p>
      <w:pPr/>
    </w:p>
    <w:p>
      <w:pPr/>
    </w:p>
    <w:p>
      <w:pPr/>
    </w:p>
    <w:p>
      <w:pPr/>
    </w:p>
    <w:p>
      <w:pPr/>
    </w:p>
    <w:p>
      <w:pPr>
        <w:spacing w:before="7" w:after="0"/>
      </w:pPr>
    </w:p>
    <w:p>
      <w:pPr/>
      <w:r>
        <w:rPr>
          <w:rFonts w:ascii="Times New Roman" w:hAnsi="Times New Roman" w:eastAsia="Times New Roman" w:cs="Times New Roman"/>
          <w:sz w:val="24"/>
        </w:rPr>
        <w:t>Page 1 of 1, REVOCATION OF PARENTAL/GUARDIAN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p>
    <w:p>
      <w:pPr/>
      <w:r>
        <w:rPr>
          <w:rFonts w:ascii="Times New Roman" w:hAnsi="Times New Roman" w:eastAsia="Times New Roman" w:cs="Times New Roman"/>
          <w:sz w:val="24"/>
        </w:rPr>
        <w:t>POA Form Instructions 1P-15Ver01.wpd</w:t>
      </w:r>
      <w:r>
        <w:rPr>
          <w:rFonts w:ascii="Times New Roman" w:hAnsi="Times New Roman" w:eastAsia="Times New Roman" w:cs="Times New Roman"/>
          <w:sz w:val="24"/>
        </w:rPr>
        <w:t xml:space="preserve"> </w:t>
      </w:r>
      <w:r>
        <w:rPr>
          <w:rFonts w:ascii="Times New Roman" w:hAnsi="Times New Roman" w:eastAsia="Times New Roman" w:cs="Times New Roman"/>
          <w:sz w:val="24"/>
        </w:rPr>
        <w:t>(12-04)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