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OREGON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Oregon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Oregon is thirty (30) days.</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Before, at the time of the Tenant accepting possession, or shortly thereafter, the Landlord and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Agree to inspect the Premises and write any present damages or needed repairs on a move-in checklist.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inspect the Premises or complete a move-in checklist.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CARBON MONOXIDE</w:t>
      </w:r>
      <w:r>
        <w:rPr>
          <w:rFonts w:ascii="Times New Roman" w:hAnsi="Times New Roman" w:eastAsia="Times New Roman" w:cs="Times New Roman"/>
          <w:sz w:val="24"/>
        </w:rPr>
        <w:t>. If the Premises has a carbon monoxide source due to any type of appliance, heater, or any related device, the Landlord must fit up the Premises with carbon monoxide detectors in accordance with the State Fire Marshal’s rules.</w:t>
      </w:r>
    </w:p>
    <w:p>
      <w:pPr/>
    </w:p>
    <w:p>
      <w:pPr/>
      <w:r>
        <w:rPr>
          <w:rFonts w:ascii="Times New Roman" w:hAnsi="Times New Roman" w:eastAsia="Times New Roman" w:cs="Times New Roman"/>
          <w:b/>
          <w:sz w:val="24"/>
        </w:rPr>
        <w:t>XLVIII. FLOOD PLAIN</w:t>
      </w:r>
      <w:r>
        <w:rPr>
          <w:rFonts w:ascii="Times New Roman" w:hAnsi="Times New Roman" w:eastAsia="Times New Roman" w:cs="Times New Roman"/>
          <w:sz w:val="24"/>
        </w:rPr>
        <w:t>. If the Premises is located in a 100-year old flood plain as represented by FEMA it must be made known to the Tenant as part of this Agreement. With the Tenant’s signature on this Agreement, they acknowledge that the Landlord has informed them of this fact.</w:t>
      </w:r>
    </w:p>
    <w:p>
      <w:pPr/>
    </w:p>
    <w:p>
      <w:pPr/>
      <w:r>
        <w:rPr>
          <w:rFonts w:ascii="Times New Roman" w:hAnsi="Times New Roman" w:eastAsia="Times New Roman" w:cs="Times New Roman"/>
          <w:b/>
          <w:sz w:val="24"/>
        </w:rPr>
        <w:t>XLIX. RECYCLING</w:t>
      </w:r>
      <w:r>
        <w:rPr>
          <w:rFonts w:ascii="Times New Roman" w:hAnsi="Times New Roman" w:eastAsia="Times New Roman" w:cs="Times New Roman"/>
          <w:sz w:val="24"/>
        </w:rPr>
        <w:t>. If the Premises is located in an Urban Growth Boundary and is located in a complex of more than four (4) residential units, the Landlord must make it known and provide instructions to the Tenant of the various options to recycle. With the Tenant’s signature on this Agreement, they acknowledge that the Landlord has informed them of the recycling instructions if any exist.</w:t>
      </w:r>
    </w:p>
    <w:p>
      <w:pPr/>
    </w:p>
    <w:p>
      <w:pPr/>
      <w:r>
        <w:rPr>
          <w:rFonts w:ascii="Times New Roman" w:hAnsi="Times New Roman" w:eastAsia="Times New Roman" w:cs="Times New Roman"/>
          <w:b/>
          <w:sz w:val="24"/>
        </w:rPr>
        <w:t>L.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LI. GOVERNING LAW</w:t>
      </w:r>
      <w:r>
        <w:rPr>
          <w:rFonts w:ascii="Times New Roman" w:hAnsi="Times New Roman" w:eastAsia="Times New Roman" w:cs="Times New Roman"/>
          <w:sz w:val="24"/>
        </w:rPr>
        <w:t>. This Agreement is to be governed under the laws located in the State of Oregon.</w:t>
      </w:r>
    </w:p>
    <w:p>
      <w:pPr/>
    </w:p>
    <w:p>
      <w:pPr/>
      <w:r>
        <w:rPr>
          <w:rFonts w:ascii="Times New Roman" w:hAnsi="Times New Roman" w:eastAsia="Times New Roman" w:cs="Times New Roman"/>
          <w:b/>
          <w:sz w:val="24"/>
        </w:rPr>
        <w:t>LII.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LIII.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