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REGON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Oregon.</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