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OREGON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90.300, you are required to return the deposit within 31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