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pPr>
      <w:r>
        <w:rPr>
          <w:rFonts w:ascii="Times New Roman" w:hAnsi="Times New Roman" w:eastAsia="Times New Roman" w:cs="Times New Roman"/>
          <w:sz w:val="24"/>
        </w:rPr>
        <w:t>AFTER RECORDING, RETURN TO:</w:t>
      </w:r>
    </w:p>
    <w:p>
      <w:pPr>
        <w:spacing w:before="0" w:after="0"/>
      </w:pPr>
      <w:r>
        <w:rPr>
          <w:rFonts w:ascii="Times New Roman" w:hAnsi="Times New Roman" w:eastAsia="Times New Roman" w:cs="Times New Roman"/>
          <w:sz w:val="24"/>
        </w:rPr>
        <w:t>__________________________________________</w:t>
      </w:r>
    </w:p>
    <w:p>
      <w:pPr>
        <w:spacing w:before="0" w:after="0"/>
      </w:pPr>
    </w:p>
    <w:p>
      <w:pPr>
        <w:spacing w:before="0" w:after="0"/>
      </w:pPr>
      <w:r>
        <w:rPr>
          <w:rFonts w:ascii="Times New Roman" w:hAnsi="Times New Roman" w:eastAsia="Times New Roman" w:cs="Times New Roman"/>
          <w:sz w:val="24"/>
        </w:rPr>
        <w:t>SEND TAX STATEMENTS TO:</w:t>
      </w:r>
    </w:p>
    <w:p>
      <w:pPr>
        <w:spacing w:before="0" w:after="0"/>
      </w:pPr>
      <w:r>
        <w:rPr>
          <w:rFonts w:ascii="Times New Roman" w:hAnsi="Times New Roman" w:eastAsia="Times New Roman" w:cs="Times New Roman"/>
          <w:sz w:val="24"/>
        </w:rPr>
        <w:t>__________________________________________</w:t>
      </w:r>
    </w:p>
    <w:p>
      <w:pPr/>
    </w:p>
    <w:p>
      <w:pPr/>
    </w:p>
    <w:p>
      <w:pPr/>
    </w:p>
    <w:p>
      <w:pPr/>
    </w:p>
    <w:p>
      <w:pPr/>
      <w:r>
        <w:rPr>
          <w:rFonts w:ascii="Times New Roman" w:hAnsi="Times New Roman" w:eastAsia="Times New Roman" w:cs="Times New Roman"/>
          <w:b/>
          <w:sz w:val="24"/>
        </w:rPr>
        <w:t>SPECIAL WARRANTY DEED</w:t>
      </w:r>
    </w:p>
    <w:p>
      <w:pPr/>
    </w:p>
    <w:p>
      <w:pPr>
        <w:spacing w:before="0" w:after="0"/>
      </w:pPr>
      <w:r>
        <w:rPr>
          <w:rFonts w:ascii="Times New Roman" w:hAnsi="Times New Roman" w:eastAsia="Times New Roman" w:cs="Times New Roman"/>
          <w:sz w:val="24"/>
        </w:rPr>
        <w:t>__________________________________________</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NAME OF GRANTOR]</w:t>
      </w:r>
      <w:r>
        <w:rPr>
          <w:rFonts w:ascii="Times New Roman" w:hAnsi="Times New Roman" w:eastAsia="Times New Roman" w:cs="Times New Roman"/>
          <w:sz w:val="24"/>
        </w:rPr>
        <w:t>, with an address of __________________________________________</w:t>
      </w:r>
      <w:r>
        <w:rPr>
          <w:rFonts w:ascii="Times New Roman" w:hAnsi="Times New Roman" w:eastAsia="Times New Roman" w:cs="Times New Roman"/>
          <w:b/>
          <w:sz w:val="24"/>
        </w:rPr>
        <w:t xml:space="preserve"> </w:t>
      </w:r>
      <w:r>
        <w:rPr>
          <w:rFonts w:ascii="Times New Roman" w:hAnsi="Times New Roman" w:eastAsia="Times New Roman" w:cs="Times New Roman"/>
          <w:sz w:val="24"/>
        </w:rPr>
        <w:t>[</w:t>
      </w:r>
      <w:r>
        <w:rPr>
          <w:rFonts w:ascii="Times New Roman" w:hAnsi="Times New Roman" w:eastAsia="Times New Roman" w:cs="Times New Roman"/>
          <w:b/>
          <w:sz w:val="24"/>
        </w:rPr>
        <w:t>GRANTOR ADDRESS HERE</w:t>
      </w:r>
      <w:r>
        <w:rPr>
          <w:rFonts w:ascii="Times New Roman" w:hAnsi="Times New Roman" w:eastAsia="Times New Roman" w:cs="Times New Roman"/>
          <w:sz w:val="24"/>
        </w:rPr>
        <w:t>]</w:t>
      </w:r>
      <w:r>
        <w:rPr>
          <w:rFonts w:ascii="Times New Roman" w:hAnsi="Times New Roman" w:eastAsia="Times New Roman" w:cs="Times New Roman"/>
          <w:sz w:val="24"/>
        </w:rPr>
        <w:t xml:space="preserve"> (“Grantor”), conveys and specially warrants to _______________________________________</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NAME OF GRANTEE HERE]</w:t>
      </w:r>
      <w:r>
        <w:rPr>
          <w:rFonts w:ascii="Times New Roman" w:hAnsi="Times New Roman" w:eastAsia="Times New Roman" w:cs="Times New Roman"/>
          <w:sz w:val="24"/>
        </w:rPr>
        <w:t>, whose address is __________________________________________</w:t>
      </w:r>
      <w:r>
        <w:rPr>
          <w:rFonts w:ascii="Times New Roman" w:hAnsi="Times New Roman" w:eastAsia="Times New Roman" w:cs="Times New Roman"/>
          <w:b/>
          <w:sz w:val="24"/>
        </w:rPr>
        <w:t xml:space="preserve"> </w:t>
      </w:r>
      <w:r>
        <w:rPr>
          <w:rFonts w:ascii="Times New Roman" w:hAnsi="Times New Roman" w:eastAsia="Times New Roman" w:cs="Times New Roman"/>
          <w:sz w:val="24"/>
        </w:rPr>
        <w:t>[</w:t>
      </w:r>
      <w:r>
        <w:rPr>
          <w:rFonts w:ascii="Times New Roman" w:hAnsi="Times New Roman" w:eastAsia="Times New Roman" w:cs="Times New Roman"/>
          <w:b/>
          <w:sz w:val="24"/>
        </w:rPr>
        <w:t>GRANTEE ADDRESS HERE</w:t>
      </w:r>
      <w:r>
        <w:rPr>
          <w:rFonts w:ascii="Times New Roman" w:hAnsi="Times New Roman" w:eastAsia="Times New Roman" w:cs="Times New Roman"/>
          <w:sz w:val="24"/>
        </w:rPr>
        <w:t>], (“Grantee”), the following described real property (the “Property”) free of encumbrances created or suffered by the grantor, except as specifically set forth herein:</w:t>
      </w:r>
    </w:p>
    <w:p>
      <w:pPr>
        <w:spacing w:before="0" w:after="0"/>
      </w:pPr>
      <w:r>
        <w:rPr>
          <w:rFonts w:ascii="Times New Roman" w:hAnsi="Times New Roman" w:eastAsia="Times New Roman" w:cs="Times New Roman"/>
          <w:sz w:val="24"/>
        </w:rPr>
        <w:t>Land in __________________________________________</w:t>
      </w:r>
      <w:r>
        <w:rPr>
          <w:rFonts w:ascii="Times New Roman" w:hAnsi="Times New Roman" w:eastAsia="Times New Roman" w:cs="Times New Roman"/>
          <w:b/>
          <w:sz w:val="24"/>
        </w:rPr>
        <w:t xml:space="preserve"> </w:t>
      </w:r>
      <w:r>
        <w:rPr>
          <w:rFonts w:ascii="Times New Roman" w:hAnsi="Times New Roman" w:eastAsia="Times New Roman" w:cs="Times New Roman"/>
          <w:sz w:val="24"/>
        </w:rPr>
        <w:t>[</w:t>
      </w:r>
      <w:r>
        <w:rPr>
          <w:rFonts w:ascii="Times New Roman" w:hAnsi="Times New Roman" w:eastAsia="Times New Roman" w:cs="Times New Roman"/>
          <w:b/>
          <w:sz w:val="24"/>
        </w:rPr>
        <w:t>COUNTY NAME HERE</w:t>
      </w:r>
      <w:r>
        <w:rPr>
          <w:rFonts w:ascii="Times New Roman" w:hAnsi="Times New Roman" w:eastAsia="Times New Roman" w:cs="Times New Roman"/>
          <w:sz w:val="24"/>
        </w:rPr>
        <w:t>] County, Oregon, described more particularly as follows:</w:t>
      </w:r>
    </w:p>
    <w:p>
      <w:pPr>
        <w:spacing w:before="0" w:after="0"/>
      </w:pPr>
    </w:p>
    <w:p>
      <w:pPr>
        <w:jc w:val="both"/>
      </w:pPr>
      <w:r>
        <w:rPr>
          <w:rFonts w:ascii="Times New Roman" w:hAnsi="Times New Roman" w:eastAsia="Times New Roman" w:cs="Times New Roman"/>
          <w:sz w:val="24"/>
        </w:rPr>
        <w:t>____________________________________________________________________________</w:t>
      </w:r>
    </w:p>
    <w:p>
      <w:pPr>
        <w:jc w:val="both"/>
      </w:pPr>
      <w:r>
        <w:rPr>
          <w:rFonts w:ascii="Times New Roman" w:hAnsi="Times New Roman" w:eastAsia="Times New Roman" w:cs="Times New Roman"/>
          <w:sz w:val="24"/>
        </w:rPr>
        <w:t>____________________________________________________________________________</w:t>
      </w:r>
    </w:p>
    <w:p>
      <w:pPr>
        <w:jc w:val="both"/>
      </w:pPr>
      <w:r>
        <w:rPr>
          <w:rFonts w:ascii="Times New Roman" w:hAnsi="Times New Roman" w:eastAsia="Times New Roman" w:cs="Times New Roman"/>
          <w:sz w:val="24"/>
        </w:rPr>
        <w:t>____________________________________________________________________________</w:t>
      </w:r>
    </w:p>
    <w:p>
      <w:pPr>
        <w:spacing w:before="0" w:after="0"/>
      </w:pPr>
    </w:p>
    <w:p>
      <w:pPr>
        <w:jc w:val="center"/>
      </w:pPr>
      <w:r>
        <w:rPr>
          <w:rFonts w:ascii="Times New Roman" w:hAnsi="Times New Roman" w:eastAsia="Times New Roman" w:cs="Times New Roman"/>
          <w:b/>
          <w:sz w:val="24"/>
        </w:rPr>
        <w:t>[INSERT LEGAL DESCRIPTION AND/OR ATTACH</w:t>
      </w:r>
      <w:r>
        <w:rPr>
          <w:rFonts w:ascii="Times New Roman" w:hAnsi="Times New Roman" w:eastAsia="Times New Roman" w:cs="Times New Roman"/>
          <w:b/>
          <w:sz w:val="24"/>
        </w:rPr>
        <w:t xml:space="preserve"> EXHIBIT A]</w:t>
      </w:r>
    </w:p>
    <w:p>
      <w:pPr>
        <w:jc w:val="center"/>
      </w:pPr>
    </w:p>
    <w:p>
      <w:pPr/>
      <w:r>
        <w:rPr>
          <w:rFonts w:ascii="Times New Roman" w:hAnsi="Times New Roman" w:eastAsia="Times New Roman" w:cs="Times New Roman"/>
          <w:sz w:val="24"/>
        </w:rPr>
        <w:t>The true consideration for this conveyance is $______________.</w:t>
      </w:r>
    </w:p>
    <w:p>
      <w:pPr>
        <w:spacing w:before="0" w:after="0"/>
      </w:pPr>
      <w:r>
        <w:rPr>
          <w:rFonts w:ascii="Times New Roman" w:hAnsi="Times New Roman" w:eastAsia="Times New Roman" w:cs="Times New Roman"/>
          <w:sz w:val="24"/>
        </w:rPr>
        <w:t xml:space="preserve">This property is free of liens and encumbrances, EXCEPT: </w:t>
      </w:r>
    </w:p>
    <w:p>
      <w:pPr>
        <w:spacing w:before="0" w:after="0"/>
      </w:pPr>
    </w:p>
    <w:p>
      <w:pPr>
        <w:spacing w:before="0" w:after="0"/>
      </w:pPr>
      <w:r>
        <w:rPr>
          <w:rFonts w:ascii="Times New Roman" w:hAnsi="Times New Roman" w:eastAsia="Times New Roman" w:cs="Times New Roman"/>
          <w:sz w:val="24"/>
        </w:rPr>
        <w:t>___________________________________________________________________________</w:t>
      </w:r>
    </w:p>
    <w:p>
      <w:pPr>
        <w:spacing w:before="0" w:after="0"/>
      </w:pPr>
    </w:p>
    <w:p>
      <w:pPr>
        <w:spacing w:before="0" w:after="0"/>
      </w:pPr>
      <w:r>
        <w:rPr>
          <w:rFonts w:ascii="Times New Roman" w:hAnsi="Times New Roman" w:eastAsia="Times New Roman" w:cs="Times New Roman"/>
          <w:sz w:val="24"/>
        </w:rPr>
        <w:t>___________________________________________________________________________</w:t>
      </w:r>
    </w:p>
    <w:p>
      <w:pPr>
        <w:spacing w:before="0" w:after="0"/>
      </w:pPr>
    </w:p>
    <w:p>
      <w:pPr>
        <w:spacing w:before="0" w:after="0"/>
      </w:pPr>
      <w:r>
        <w:rPr>
          <w:rFonts w:ascii="Times New Roman" w:hAnsi="Times New Roman" w:eastAsia="Times New Roman" w:cs="Times New Roman"/>
          <w:sz w:val="24"/>
        </w:rPr>
        <w:t>___________________________________________________________________________</w:t>
      </w:r>
    </w:p>
    <w:p>
      <w:pPr/>
    </w:p>
    <w:p>
      <w:pPr>
        <w:jc w:val="center"/>
      </w:pPr>
      <w:r>
        <w:rPr>
          <w:rFonts w:ascii="Times New Roman" w:hAnsi="Times New Roman" w:eastAsia="Times New Roman" w:cs="Times New Roman"/>
          <w:b/>
          <w:sz w:val="24"/>
        </w:rPr>
        <w:t>[</w:t>
      </w:r>
      <w:r>
        <w:rPr>
          <w:rFonts w:ascii="Times New Roman" w:hAnsi="Times New Roman" w:eastAsia="Times New Roman" w:cs="Times New Roman"/>
          <w:b/>
          <w:sz w:val="24"/>
        </w:rPr>
        <w:t>STATEMENT OF EXCEPTIONS TO STATUTORY COVENANTS OF TITLE]</w:t>
      </w:r>
    </w:p>
    <w:p>
      <w:pPr>
        <w:jc w:val="center"/>
      </w:pPr>
    </w:p>
    <w:p>
      <w:pPr>
        <w:jc w:val="center"/>
      </w:pPr>
    </w:p>
    <w:p>
      <w:pPr/>
      <w:r>
        <w:rPr>
          <w:rFonts w:ascii="Times New Roman" w:hAnsi="Times New Roman" w:eastAsia="Times New Roman" w:cs="Times New Roman"/>
          <w:sz w:val="24"/>
        </w:rPr>
        <w:t>BEFORE SIGNING OR ACCEPTING THIS INSTRUMENT, THE PERSON TRANSFERRING FEE TITLE SHOULD INQUIRE ABOUT THE PERSON'S RIGHTS, IF ANY, UNDER ORS 195.300, 195.301 and 195.305 to 195.336 and sections 5 to 11, chapter 424, oregon laws 2007, SECTIONS 2 TO 9 AND 17, CHAPTER 855, OREGON LAWS 2009, AND SECTIONS 2 TO 7, CHAPTER 8, OREGON LAWS 2010.   THIS INSTRUMENT DOES NOT ALLOW USE OF THE PROPERTY DESCRIBED IN THIS INSTRUMENT IN VIOLATION OF APPLICABLE LAND USE LAWS AND REGULATIONS.  BEFORE SIGNING OR ACCEPTING THIS INSTRUMENT, THE PERSON ACQUIRING FEE TITLE TO THE PROPERTY SHOULD CHECK WITH THE APPROPRIATE CITY Or COUNTY PLANNING DEPARTMENT TO VERIFY that the unit of land being transferred is a lawfully established lot or parcel, as defined in ors 92.010 or 215.010, to verify the approved uses of the lot or parcel, to determine any limits on lawsuits against farming or forest practices, as defined in ors 30.930, and to inquire about the rights of neighboring property owners, if any, under ors 195.300, 195.301 and 195.305 to 195.336 and sections 5 to 11, chapter 424, oregon laws 2007, AND SECTIONS 2 TO 9 AND 17, CHAPTER 855, OREGON LAWS 2009, AND SECTIONS 2 TO 7, CHAPTER 8, OREGON LAWS 2010.</w:t>
      </w:r>
    </w:p>
    <w:p>
      <w:pPr/>
    </w:p>
    <w:p>
      <w:pPr/>
      <w:r>
        <w:rPr>
          <w:rFonts w:ascii="Times New Roman" w:hAnsi="Times New Roman" w:eastAsia="Times New Roman" w:cs="Times New Roman"/>
          <w:sz w:val="24"/>
        </w:rPr>
        <w:t>DATED this ___ day of _____________, 20___.</w:t>
      </w:r>
    </w:p>
    <w:p>
      <w:pPr>
        <w:spacing w:before="0" w:after="0"/>
        <w:ind w:firstLine="4860"/>
      </w:pPr>
    </w:p>
    <w:p>
      <w:pPr>
        <w:spacing w:before="0" w:after="0"/>
        <w:ind w:firstLine="4860"/>
      </w:pPr>
      <w:r>
        <w:rPr>
          <w:rFonts w:ascii="Times New Roman" w:hAnsi="Times New Roman" w:eastAsia="Times New Roman" w:cs="Times New Roman"/>
          <w:sz w:val="24"/>
        </w:rPr>
        <w:t>______________________________</w:t>
      </w:r>
    </w:p>
    <w:p>
      <w:pPr>
        <w:spacing w:before="0" w:after="0"/>
        <w:ind w:firstLine="4860"/>
      </w:pPr>
      <w:r>
        <w:rPr>
          <w:rFonts w:ascii="Times New Roman" w:hAnsi="Times New Roman" w:eastAsia="Times New Roman" w:cs="Times New Roman"/>
          <w:sz w:val="24"/>
        </w:rPr>
        <w:t>Grantor</w:t>
      </w:r>
    </w:p>
    <w:p>
      <w:pPr>
        <w:spacing w:before="0" w:after="0"/>
        <w:ind w:firstLine="4860"/>
      </w:pPr>
    </w:p>
    <w:p>
      <w:pPr>
        <w:spacing w:before="0" w:after="0"/>
        <w:ind w:firstLine="4860"/>
      </w:pPr>
    </w:p>
    <w:p>
      <w:pPr/>
    </w:p>
    <w:p>
      <w:pPr>
        <w:spacing w:line="276" w:lineRule="auto"/>
      </w:pPr>
    </w:p>
    <w:p>
      <w:pPr>
        <w:spacing w:before="0" w:after="0" w:line="276" w:lineRule="auto"/>
      </w:pPr>
      <w:r>
        <w:rPr>
          <w:rFonts w:ascii="Times New Roman" w:hAnsi="Times New Roman" w:eastAsia="Times New Roman" w:cs="Times New Roman"/>
          <w:sz w:val="24"/>
        </w:rPr>
        <w:t>The foregoing instrument was acknowledged before me on this ____ day of _____________, 20___, by __________________________________________</w:t>
      </w:r>
      <w:r>
        <w:rPr>
          <w:rFonts w:ascii="Times New Roman" w:hAnsi="Times New Roman" w:eastAsia="Times New Roman" w:cs="Times New Roman"/>
          <w:b/>
          <w:sz w:val="24"/>
        </w:rPr>
        <w:t xml:space="preserve"> </w:t>
      </w:r>
      <w:r>
        <w:rPr>
          <w:rFonts w:ascii="Times New Roman" w:hAnsi="Times New Roman" w:eastAsia="Times New Roman" w:cs="Times New Roman"/>
          <w:sz w:val="24"/>
        </w:rPr>
        <w:t>[</w:t>
      </w:r>
      <w:r>
        <w:rPr>
          <w:rFonts w:ascii="Times New Roman" w:hAnsi="Times New Roman" w:eastAsia="Times New Roman" w:cs="Times New Roman"/>
          <w:b/>
          <w:sz w:val="24"/>
        </w:rPr>
        <w:t>NAME OF GRANTOR HERE]</w:t>
      </w:r>
      <w:r>
        <w:rPr>
          <w:rFonts w:ascii="Times New Roman" w:hAnsi="Times New Roman" w:eastAsia="Times New Roman" w:cs="Times New Roman"/>
          <w:sz w:val="24"/>
        </w:rPr>
        <w:t>, who acknowledged such instrument to be their free and voluntary act and deed, and on oath stated that they were duly authorized to execute such instrument.</w:t>
      </w:r>
    </w:p>
    <w:p>
      <w:pPr>
        <w:spacing w:before="0" w:after="0" w:line="276" w:lineRule="auto"/>
      </w:pPr>
    </w:p>
    <w:p>
      <w:pPr>
        <w:spacing w:before="0" w:after="0" w:line="276" w:lineRule="auto"/>
        <w:ind w:firstLine="5040"/>
      </w:pPr>
      <w:r>
        <w:rPr>
          <w:rFonts w:ascii="Times New Roman" w:hAnsi="Times New Roman" w:eastAsia="Times New Roman" w:cs="Times New Roman"/>
          <w:sz w:val="24"/>
        </w:rPr>
        <w:t>________________________________</w:t>
      </w:r>
    </w:p>
    <w:p>
      <w:pPr>
        <w:spacing w:before="0" w:after="0" w:line="276" w:lineRule="auto"/>
        <w:ind w:firstLine="5040"/>
      </w:pPr>
      <w:r>
        <w:rPr>
          <w:rFonts w:ascii="Times New Roman" w:hAnsi="Times New Roman" w:eastAsia="Times New Roman" w:cs="Times New Roman"/>
          <w:sz w:val="24"/>
        </w:rPr>
        <w:t>Printed Name: ____________________</w:t>
      </w:r>
    </w:p>
    <w:p>
      <w:pPr>
        <w:spacing w:before="0" w:after="0" w:line="276" w:lineRule="auto"/>
        <w:ind w:firstLine="5040"/>
      </w:pPr>
      <w:r>
        <w:rPr>
          <w:rFonts w:ascii="Times New Roman" w:hAnsi="Times New Roman" w:eastAsia="Times New Roman" w:cs="Times New Roman"/>
          <w:sz w:val="24"/>
        </w:rPr>
        <w:t>Notary Public in and for the State of Oregon</w:t>
      </w:r>
    </w:p>
    <w:p>
      <w:pPr>
        <w:spacing w:before="0" w:after="0"/>
      </w:pPr>
    </w:p>
    <w:p>
      <w:pPr>
        <w:spacing w:before="0" w:after="0"/>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