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REGON</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Oregon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Oregon.</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