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OREGON</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Oregon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Oregon.</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