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Organizational Action by Sole Incorporator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Organizational Action by Sole Incorporator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undersigned being the sole incorporator of [name of corporation] hereby consents to the adoption of the following resolutions: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Resolved, that the articles of organization of this corporation were filed by the Secretary of the Commonwealth of Massachusetts on [date].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file stamped or certified copy of the articles of organization accepted by the Secretary of the Commonwealth of Massachusetts is attached hereto.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Resolved, that the form of bylaws attached hereto are adopted and accepted as the bylaws of [name of corporation].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Resolved, that the following were elected directors of the corporation and assumed their office until the first annual meeting of the shareholders of this corporation: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[List additional business transacted at the meeting.]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WITNESS WHEREOF, the undersigned has duly executed this Organizational Action on [date]: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incorporator]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Attachments to Organizational Action by Sole Incorporator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Articles of Organization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Bylaws of Corporation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