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Owner's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200" w:after="0" w:line="260" w:lineRule="exact"/>
        <w:ind w:left="72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[month] [day], [year], recorded in Deed Book [book number], page [page number], [county] County, New York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its interest in said property to any other person or persons, nor have any detrimental changes been made or any waste then committed as regards to said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 association fees or dues of any kind which remain unpaid.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Deponents further state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its understanding that it has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in Lieu of Foreclosure has been filed for record in land records of [county name] County, New York, in which county said property is situated, at which time full legal and equitable title shall vest in the Grantee; Deponent further states that it is his/her/their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further states that the Deponents understand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Deponent's U.S. employer identification number is [employer identification number]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day of in the year before me, the undersigned, personally appeared , the subscribing witness to the foregoing instrument, with whom I am personally acquainted, who, being by me duly sworn, did depose and say that he/she/they reside(s) in (if the place of residence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city, include the street and street number, if any, thereof); that he/she/they know(s) to be the individual described in and who executed the foregoing instrument; that said subscribing witness was present and saw said execute the same; and that said witness at the same time subscribed his/her/their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thereto.</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