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Owner's Affidavit of Full Payment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OWNER'S AFFIDAVIT OF FULL PAYMENT</w:t>
      </w:r>
    </w:p>
    <w:p>
      <w:pPr>
        <w:keepNext w:val="0"/>
        <w:spacing w:before="200" w:after="0" w:line="260" w:lineRule="exact"/>
        <w:ind w:left="720" w:right="0" w:firstLine="0"/>
        <w:jc w:val="both"/>
      </w:pPr>
      <w:r>
        <w:rPr>
          <w:rFonts w:ascii="Times New Roman" w:hAnsi="Times New Roman" w:eastAsia="Times New Roman" w:cs="Times New Roman"/>
          <w:b w:val="0"/>
          <w:sz w:val="24"/>
        </w:rPr>
        <w:t>[city or town], Ohio</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[name], being first duly sworn, says that [he or she] is the [owner or part owner or lessee] of the property located at [street address and 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Affiant says that the above-described property was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 improvement contract dated [date], made between affiant and [name], the [title, e.g., president or agent or partner] of [company name and address] for the [describe purpose, e.g., construction of or alteration of] the above-described property of which affiant is the [owner or part owner or lessee]. The full contract price, including all labor and materials, was $ [amount].</w:t>
      </w:r>
    </w:p>
    <w:p>
      <w:pPr>
        <w:keepNext w:val="0"/>
        <w:spacing w:before="200" w:after="0" w:line="260" w:lineRule="exact"/>
        <w:ind w:left="720" w:right="0" w:firstLine="0"/>
        <w:jc w:val="both"/>
      </w:pPr>
      <w:r>
        <w:rPr>
          <w:rFonts w:ascii="Times New Roman" w:hAnsi="Times New Roman" w:eastAsia="Times New Roman" w:cs="Times New Roman"/>
          <w:b w:val="0"/>
          <w:sz w:val="24"/>
        </w:rPr>
        <w:t>Affiant further says that [he or she] has paid [name of contractor] the sum of $ [amount] under the contract as follows:</w:t>
      </w:r>
    </w:p>
    <w:p>
      <w:pPr>
        <w:keepNext w:val="0"/>
        <w:spacing w:before="200" w:after="0" w:line="260" w:lineRule="exact"/>
        <w:ind w:left="720" w:right="0" w:firstLine="0"/>
        <w:jc w:val="both"/>
      </w:pPr>
      <w:r>
        <w:rPr>
          <w:rFonts w:ascii="Times New Roman" w:hAnsi="Times New Roman" w:eastAsia="Times New Roman" w:cs="Times New Roman"/>
          <w:b w:val="0"/>
          <w:sz w:val="24"/>
        </w:rPr>
        <w:t>Affiant further says that to the best of [his or her] knowledge and belief the above sums represent payment in full on the contract, and further, that affiant has made full payment before affiant received any affidavit of mechanic's lien under Section 1311.07 of the Ohio Revised Code Annotated.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 [signature of affiant]</w:t>
      </w:r>
    </w:p>
    <w:p>
      <w:pPr>
        <w:keepNext w:val="0"/>
        <w:spacing w:before="120" w:after="0" w:line="260" w:lineRule="exact"/>
        <w:ind w:left="720" w:right="0" w:firstLine="0"/>
        <w:jc w:val="left"/>
      </w:pPr>
      <w:r>
        <w:rPr>
          <w:rFonts w:ascii="Times New Roman" w:hAnsi="Times New Roman" w:eastAsia="Times New Roman" w:cs="Times New Roman"/>
          <w:b w:val="0"/>
          <w:sz w:val="24"/>
        </w:rPr>
        <w:t>[name of affiant]</w:t>
      </w:r>
    </w:p>
    <w:p>
      <w:pPr>
        <w:keepNext w:val="0"/>
        <w:spacing w:before="120" w:after="0" w:line="260" w:lineRule="exact"/>
        <w:ind w:left="720" w:right="0" w:firstLine="0"/>
        <w:jc w:val="left"/>
      </w:pPr>
      <w:r>
        <w:rPr>
          <w:rFonts w:ascii="Times New Roman" w:hAnsi="Times New Roman" w:eastAsia="Times New Roman" w:cs="Times New Roman"/>
          <w:b w:val="0"/>
          <w:sz w:val="24"/>
        </w:rPr>
        <w:t>[address of affiant]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Sworn to before me, and subscribed in my presence, at [city], Ohio, on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and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