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PTO POLICY</w:t>
      </w:r>
    </w:p>
    <w:p>
      <w:pPr/>
    </w:p>
    <w:p>
      <w:pPr/>
    </w:p>
    <w:p>
      <w:pPr/>
    </w:p>
    <w:p>
      <w:pPr/>
      <w:r>
        <w:rPr>
          <w:rFonts w:ascii="Times New Roman" w:hAnsi="Times New Roman" w:eastAsia="Times New Roman" w:cs="Times New Roman"/>
          <w:b/>
          <w:sz w:val="24"/>
        </w:rPr>
        <w:t>1. Eligibility.</w:t>
      </w:r>
      <w:r>
        <w:rPr>
          <w:rFonts w:ascii="Times New Roman" w:hAnsi="Times New Roman" w:eastAsia="Times New Roman" w:cs="Times New Roman"/>
          <w:sz w:val="24"/>
        </w:rPr>
        <w:t xml:space="preserve"> (Select all that apply)</w:t>
      </w:r>
    </w:p>
    <w:p>
      <w:pPr/>
    </w:p>
    <w:p>
      <w:pPr>
        <w:spacing w:before="0" w:after="24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Employees who have completed </w:t>
      </w:r>
      <w:r>
        <w:rPr>
          <w:rFonts w:ascii="Times New Roman" w:hAnsi="Times New Roman" w:eastAsia="Times New Roman" w:cs="Times New Roman"/>
          <w:sz w:val="24"/>
        </w:rPr>
        <w:t>[# MONTHS]</w:t>
      </w:r>
      <w:r>
        <w:rPr>
          <w:rFonts w:ascii="Times New Roman" w:hAnsi="Times New Roman" w:eastAsia="Times New Roman" w:cs="Times New Roman"/>
          <w:sz w:val="24"/>
        </w:rPr>
        <w:t xml:space="preserve"> months of continuous full-time employment are eligible for PTO benefits that the employer is not legally required to provide.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Part-time employees that work at least </w:t>
      </w:r>
      <w:r>
        <w:rPr>
          <w:rFonts w:ascii="Times New Roman" w:hAnsi="Times New Roman" w:eastAsia="Times New Roman" w:cs="Times New Roman"/>
          <w:sz w:val="24"/>
        </w:rPr>
        <w:t>[# HOURS]</w:t>
      </w:r>
      <w:r>
        <w:rPr>
          <w:rFonts w:ascii="Times New Roman" w:hAnsi="Times New Roman" w:eastAsia="Times New Roman" w:cs="Times New Roman"/>
          <w:sz w:val="24"/>
        </w:rPr>
        <w:t xml:space="preserve"> hours per week and have completed </w:t>
      </w:r>
      <w:r>
        <w:rPr>
          <w:rFonts w:ascii="Times New Roman" w:hAnsi="Times New Roman" w:eastAsia="Times New Roman" w:cs="Times New Roman"/>
          <w:sz w:val="24"/>
        </w:rPr>
        <w:t>[# MONTHS]</w:t>
      </w:r>
      <w:r>
        <w:rPr>
          <w:rFonts w:ascii="Times New Roman" w:hAnsi="Times New Roman" w:eastAsia="Times New Roman" w:cs="Times New Roman"/>
          <w:sz w:val="24"/>
        </w:rPr>
        <w:t xml:space="preserve"> months of continuous employment are eligible for pro-rated PTO benefits that the employer is not legally required to provide.</w:t>
      </w:r>
    </w:p>
    <w:p>
      <w:pPr/>
    </w:p>
    <w:p>
      <w:pPr/>
      <w:r>
        <w:rPr>
          <w:rFonts w:ascii="Times New Roman" w:hAnsi="Times New Roman" w:eastAsia="Times New Roman" w:cs="Times New Roman"/>
          <w:b/>
          <w:sz w:val="24"/>
        </w:rPr>
        <w:t>2. Accrual Method and Rate.</w:t>
      </w:r>
      <w:r>
        <w:rPr>
          <w:rFonts w:ascii="Times New Roman" w:hAnsi="Times New Roman" w:eastAsia="Times New Roman" w:cs="Times New Roman"/>
          <w:sz w:val="24"/>
        </w:rPr>
        <w:t xml:space="preserve"> Except for legally mandated leave benefits, PTO will accrue (Select one):</w:t>
      </w:r>
    </w:p>
    <w:p>
      <w:pPr/>
    </w:p>
    <w:p>
      <w:pPr>
        <w:spacing w:before="0" w:after="24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Yearly. Eligible employees will receive </w:t>
      </w:r>
      <w:r>
        <w:rPr>
          <w:rFonts w:ascii="Times New Roman" w:hAnsi="Times New Roman" w:eastAsia="Times New Roman" w:cs="Times New Roman"/>
          <w:sz w:val="24"/>
        </w:rPr>
        <w:t>[# HOURS]</w:t>
      </w:r>
      <w:r>
        <w:rPr>
          <w:rFonts w:ascii="Times New Roman" w:hAnsi="Times New Roman" w:eastAsia="Times New Roman" w:cs="Times New Roman"/>
          <w:sz w:val="24"/>
        </w:rPr>
        <w:t xml:space="preserve"> hours of PTO at the beginning of each year.</w:t>
      </w:r>
    </w:p>
    <w:p>
      <w:pPr>
        <w:spacing w:before="0" w:after="24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Hourly. Eligible employees accrue </w:t>
      </w:r>
      <w:r>
        <w:rPr>
          <w:rFonts w:ascii="Times New Roman" w:hAnsi="Times New Roman" w:eastAsia="Times New Roman" w:cs="Times New Roman"/>
          <w:sz w:val="24"/>
        </w:rPr>
        <w:t>[# HOURS]</w:t>
      </w:r>
      <w:r>
        <w:rPr>
          <w:rFonts w:ascii="Times New Roman" w:hAnsi="Times New Roman" w:eastAsia="Times New Roman" w:cs="Times New Roman"/>
          <w:sz w:val="24"/>
        </w:rPr>
        <w:t xml:space="preserve"> hours of PTO for every </w:t>
      </w:r>
      <w:r>
        <w:rPr>
          <w:rFonts w:ascii="Times New Roman" w:hAnsi="Times New Roman" w:eastAsia="Times New Roman" w:cs="Times New Roman"/>
          <w:sz w:val="24"/>
        </w:rPr>
        <w:t>[# HOURS]</w:t>
      </w:r>
      <w:r>
        <w:rPr>
          <w:rFonts w:ascii="Times New Roman" w:hAnsi="Times New Roman" w:eastAsia="Times New Roman" w:cs="Times New Roman"/>
          <w:sz w:val="24"/>
        </w:rPr>
        <w:t xml:space="preserve"> hours worked.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Per Pay Period. Eligible employees accrue </w:t>
      </w:r>
      <w:r>
        <w:rPr>
          <w:rFonts w:ascii="Times New Roman" w:hAnsi="Times New Roman" w:eastAsia="Times New Roman" w:cs="Times New Roman"/>
          <w:sz w:val="24"/>
        </w:rPr>
        <w:t>[# HOURS]</w:t>
      </w:r>
      <w:r>
        <w:rPr>
          <w:rFonts w:ascii="Times New Roman" w:hAnsi="Times New Roman" w:eastAsia="Times New Roman" w:cs="Times New Roman"/>
          <w:sz w:val="24"/>
        </w:rPr>
        <w:t xml:space="preserve"> hours of PTO for each pay period worked.</w:t>
      </w:r>
    </w:p>
    <w:p>
      <w:pPr/>
    </w:p>
    <w:p>
      <w:pPr/>
      <w:r>
        <w:rPr>
          <w:rFonts w:ascii="Times New Roman" w:hAnsi="Times New Roman" w:eastAsia="Times New Roman" w:cs="Times New Roman"/>
          <w:b/>
          <w:sz w:val="24"/>
        </w:rPr>
        <w:t>3. Increased Accrual Rate.</w:t>
      </w:r>
      <w:r>
        <w:rPr>
          <w:rFonts w:ascii="Times New Roman" w:hAnsi="Times New Roman" w:eastAsia="Times New Roman" w:cs="Times New Roman"/>
          <w:sz w:val="24"/>
        </w:rPr>
        <w:t xml:space="preserve"> (Select one)</w:t>
      </w:r>
    </w:p>
    <w:p>
      <w:pPr/>
    </w:p>
    <w:p>
      <w:pPr>
        <w:spacing w:before="0" w:after="240"/>
      </w:pPr>
      <w:r>
        <w:rPr>
          <w:rFonts w:ascii="Times New Roman" w:hAnsi="Times New Roman" w:eastAsia="Times New Roman" w:cs="Times New Roman"/>
          <w:sz w:val="24"/>
        </w:rPr>
        <w:t xml:space="preserve"> </w:t>
      </w:r>
      <w:r>
        <w:rPr>
          <w:rFonts w:ascii="Times New Roman" w:hAnsi="Times New Roman" w:eastAsia="Times New Roman" w:cs="Times New Roman"/>
          <w:sz w:val="24"/>
        </w:rPr>
        <w:t>Employees’ PTO accrual rate DOES NOT increase with the length of service.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Employees’ PTO accrual rate will increase on the following anniversary(ies) of hire to the following rate(s):</w:t>
      </w:r>
    </w:p>
    <w:p>
      <w:pPr/>
    </w:p>
    <w:p>
      <w:pPr/>
      <w:r>
        <w:rPr>
          <w:rFonts w:ascii="Times New Roman" w:hAnsi="Times New Roman" w:eastAsia="Times New Roman" w:cs="Times New Roman"/>
          <w:b/>
          <w:sz w:val="24"/>
        </w:rPr>
        <w:t>4. Newly Hired Employees.</w:t>
      </w:r>
      <w:r>
        <w:rPr>
          <w:rFonts w:ascii="Times New Roman" w:hAnsi="Times New Roman" w:eastAsia="Times New Roman" w:cs="Times New Roman"/>
          <w:sz w:val="24"/>
        </w:rPr>
        <w:t xml:space="preserve"> (Select one)</w:t>
      </w:r>
    </w:p>
    <w:p>
      <w:pPr/>
    </w:p>
    <w:p>
      <w:pPr>
        <w:spacing w:before="0" w:after="24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Excluding legally mandated leave, new employees are subject to a probation period of </w:t>
      </w:r>
      <w:r>
        <w:rPr>
          <w:rFonts w:ascii="Times New Roman" w:hAnsi="Times New Roman" w:eastAsia="Times New Roman" w:cs="Times New Roman"/>
          <w:sz w:val="24"/>
        </w:rPr>
        <w:t>[# DAYS]</w:t>
      </w:r>
      <w:r>
        <w:rPr>
          <w:rFonts w:ascii="Times New Roman" w:hAnsi="Times New Roman" w:eastAsia="Times New Roman" w:cs="Times New Roman"/>
          <w:sz w:val="24"/>
        </w:rPr>
        <w:t xml:space="preserve"> days before becoming eligible to use accrued PTO. During the probation period, PTO will not be available for use but will accrue at the rate of </w:t>
      </w:r>
      <w:r>
        <w:rPr>
          <w:rFonts w:ascii="Times New Roman" w:hAnsi="Times New Roman" w:eastAsia="Times New Roman" w:cs="Times New Roman"/>
          <w:sz w:val="24"/>
        </w:rPr>
        <w:t>[# HOURS]</w:t>
      </w:r>
      <w:r>
        <w:rPr>
          <w:rFonts w:ascii="Times New Roman" w:hAnsi="Times New Roman" w:eastAsia="Times New Roman" w:cs="Times New Roman"/>
          <w:sz w:val="24"/>
        </w:rPr>
        <w:t xml:space="preserve"> hours. After the probation period has been successfully completed, the employee is eligible to use PTO normally.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New employees accrue and may use PTO normally upon date of hire.</w:t>
      </w:r>
    </w:p>
    <w:p>
      <w:pPr/>
      <w:r>
        <w:rPr>
          <w:rFonts w:ascii="Times New Roman" w:hAnsi="Times New Roman" w:eastAsia="Times New Roman" w:cs="Times New Roman"/>
          <w:b/>
          <w:sz w:val="24"/>
        </w:rPr>
        <w:t>5. Use.</w:t>
      </w:r>
      <w:r>
        <w:rPr>
          <w:rFonts w:ascii="Times New Roman" w:hAnsi="Times New Roman" w:eastAsia="Times New Roman" w:cs="Times New Roman"/>
          <w:sz w:val="24"/>
        </w:rPr>
        <w:t xml:space="preserve"> PTO may be used for (select all that apply): </w:t>
      </w:r>
      <w:r>
        <w:rPr>
          <w:rFonts w:ascii="Times New Roman" w:hAnsi="Times New Roman" w:eastAsia="Times New Roman" w:cs="Times New Roman"/>
          <w:sz w:val="24"/>
        </w:rPr>
        <w:t xml:space="preserve"> Vacation </w:t>
      </w:r>
      <w:r>
        <w:rPr>
          <w:rFonts w:ascii="Times New Roman" w:hAnsi="Times New Roman" w:eastAsia="Times New Roman" w:cs="Times New Roman"/>
          <w:sz w:val="24"/>
        </w:rPr>
        <w:t xml:space="preserve"> Sickness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Bereavement </w:t>
      </w:r>
      <w:r>
        <w:rPr>
          <w:rFonts w:ascii="Times New Roman" w:hAnsi="Times New Roman" w:eastAsia="Times New Roman" w:cs="Times New Roman"/>
          <w:sz w:val="24"/>
        </w:rPr>
        <w:t xml:space="preserve"> Personal Time; and other reasons approved by management.</w:t>
      </w:r>
    </w:p>
    <w:p>
      <w:pPr/>
    </w:p>
    <w:p>
      <w:pPr/>
      <w:r>
        <w:rPr>
          <w:rFonts w:ascii="Times New Roman" w:hAnsi="Times New Roman" w:eastAsia="Times New Roman" w:cs="Times New Roman"/>
          <w:sz w:val="24"/>
        </w:rPr>
        <w:t xml:space="preserve">To use PTO, employees must submit a request to their supervisor or manager </w:t>
      </w:r>
      <w:r>
        <w:rPr>
          <w:rFonts w:ascii="Times New Roman" w:hAnsi="Times New Roman" w:eastAsia="Times New Roman" w:cs="Times New Roman"/>
          <w:sz w:val="24"/>
        </w:rPr>
        <w:t>[# WEEKS]</w:t>
      </w:r>
      <w:r>
        <w:rPr>
          <w:rFonts w:ascii="Times New Roman" w:hAnsi="Times New Roman" w:eastAsia="Times New Roman" w:cs="Times New Roman"/>
          <w:sz w:val="24"/>
        </w:rPr>
        <w:t xml:space="preserve"> weeks in advance of the requested time off, except in cases of emergency</w:t>
      </w:r>
      <w:r>
        <w:rPr>
          <w:rFonts w:ascii="Times New Roman" w:hAnsi="Times New Roman" w:eastAsia="Times New Roman" w:cs="Times New Roman"/>
          <w:sz w:val="24"/>
        </w:rPr>
        <w:t xml:space="preserve"> illness, family leave, or any other state or federally mandated allowances for absence from work. Management, at its discretion, may approve PTO requests with less advance notice if an employee makes reasonable efforts to request PTO with advance notice to the extent practicable under the circumstances</w:t>
      </w:r>
      <w:r>
        <w:rPr>
          <w:rFonts w:ascii="Times New Roman" w:hAnsi="Times New Roman" w:eastAsia="Times New Roman" w:cs="Times New Roman"/>
          <w:sz w:val="24"/>
        </w:rPr>
        <w:t>. PTO requests will be approved based on operational needs and the availability of coverage for the employee's duties. Employees may use PTO in increments of one hour or more, up to a maximum of 40 hours per week.</w:t>
      </w:r>
    </w:p>
    <w:p>
      <w:pPr/>
    </w:p>
    <w:p>
      <w:pPr/>
      <w:r>
        <w:rPr>
          <w:rFonts w:ascii="Times New Roman" w:hAnsi="Times New Roman" w:eastAsia="Times New Roman" w:cs="Times New Roman"/>
          <w:b/>
          <w:sz w:val="24"/>
        </w:rPr>
        <w:t>6. Seasonal Restrictions and Blackout Dates.</w:t>
      </w:r>
      <w:r>
        <w:rPr>
          <w:rFonts w:ascii="Times New Roman" w:hAnsi="Times New Roman" w:eastAsia="Times New Roman" w:cs="Times New Roman"/>
          <w:sz w:val="24"/>
        </w:rPr>
        <w:t xml:space="preserve"> (Select one)</w:t>
      </w:r>
    </w:p>
    <w:p>
      <w:pPr/>
    </w:p>
    <w:p>
      <w:pPr>
        <w:spacing w:before="0" w:after="24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Seasonal Restrictions: Excluding legally mandated leave, at management’s discretion, based on workload and availability of coverage, PTO requests may not be approved if the request includes a day or days that fall on, or within, the dates of: </w:t>
      </w:r>
      <w:r>
        <w:rPr>
          <w:rFonts w:ascii="Times New Roman" w:hAnsi="Times New Roman" w:eastAsia="Times New Roman" w:cs="Times New Roman"/>
          <w:sz w:val="24"/>
        </w:rPr>
        <w:t>[DATES]</w:t>
      </w:r>
      <w:r>
        <w:rPr>
          <w:rFonts w:ascii="Times New Roman" w:hAnsi="Times New Roman" w:eastAsia="Times New Roman" w:cs="Times New Roman"/>
          <w:sz w:val="24"/>
        </w:rPr>
        <w:t>.</w:t>
      </w:r>
    </w:p>
    <w:p>
      <w:pPr>
        <w:spacing w:before="0" w:after="24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Blackout Dates: Excluding legally mandated leave, PTO requests will not be approved if the request includes a day or days that fall on, or within, the dates of: </w:t>
      </w:r>
      <w:r>
        <w:rPr>
          <w:rFonts w:ascii="Times New Roman" w:hAnsi="Times New Roman" w:eastAsia="Times New Roman" w:cs="Times New Roman"/>
          <w:sz w:val="24"/>
        </w:rPr>
        <w:t>[DATES]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PTO is not restricted seasonally or by specific dates.</w:t>
      </w:r>
    </w:p>
    <w:p>
      <w:pPr/>
    </w:p>
    <w:p>
      <w:pPr/>
      <w:r>
        <w:rPr>
          <w:rFonts w:ascii="Times New Roman" w:hAnsi="Times New Roman" w:eastAsia="Times New Roman" w:cs="Times New Roman"/>
          <w:b/>
          <w:sz w:val="24"/>
        </w:rPr>
        <w:t>7. Rollover.</w:t>
      </w:r>
      <w:r>
        <w:rPr>
          <w:rFonts w:ascii="Times New Roman" w:hAnsi="Times New Roman" w:eastAsia="Times New Roman" w:cs="Times New Roman"/>
          <w:sz w:val="24"/>
        </w:rPr>
        <w:t xml:space="preserve"> (Select one)</w:t>
      </w:r>
    </w:p>
    <w:p>
      <w:pPr/>
    </w:p>
    <w:p>
      <w:pPr>
        <w:spacing w:before="0" w:after="240"/>
      </w:pPr>
      <w:r>
        <w:rPr>
          <w:rFonts w:ascii="Times New Roman" w:hAnsi="Times New Roman" w:eastAsia="Times New Roman" w:cs="Times New Roman"/>
          <w:sz w:val="24"/>
        </w:rPr>
        <w:t xml:space="preserve"> </w:t>
      </w:r>
      <w:r>
        <w:rPr>
          <w:rFonts w:ascii="Times New Roman" w:hAnsi="Times New Roman" w:eastAsia="Times New Roman" w:cs="Times New Roman"/>
          <w:sz w:val="24"/>
        </w:rPr>
        <w:t>Any unused PTO at the end of the year will be carried over to the following year.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Rollover is not permitted. Excluding legally mandated leave, employees forfeit any unused PTO at the end of the year.</w:t>
      </w:r>
    </w:p>
    <w:p>
      <w:pPr/>
    </w:p>
    <w:p>
      <w:pPr/>
      <w:r>
        <w:rPr>
          <w:rFonts w:ascii="Times New Roman" w:hAnsi="Times New Roman" w:eastAsia="Times New Roman" w:cs="Times New Roman"/>
          <w:b/>
          <w:sz w:val="24"/>
        </w:rPr>
        <w:t>8. Maximum PTO Accrued.</w:t>
      </w:r>
      <w:r>
        <w:rPr>
          <w:rFonts w:ascii="Times New Roman" w:hAnsi="Times New Roman" w:eastAsia="Times New Roman" w:cs="Times New Roman"/>
          <w:sz w:val="24"/>
        </w:rPr>
        <w:t xml:space="preserve"> (Select one) </w:t>
      </w:r>
    </w:p>
    <w:p>
      <w:pPr/>
    </w:p>
    <w:p>
      <w:pPr>
        <w:spacing w:before="0" w:after="24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maximum PTO that an employee may accrue is </w:t>
      </w:r>
      <w:r>
        <w:rPr>
          <w:rFonts w:ascii="Times New Roman" w:hAnsi="Times New Roman" w:eastAsia="Times New Roman" w:cs="Times New Roman"/>
          <w:sz w:val="24"/>
        </w:rPr>
        <w:t>[#HOURS]</w:t>
      </w:r>
      <w:r>
        <w:rPr>
          <w:rFonts w:ascii="Times New Roman" w:hAnsi="Times New Roman" w:eastAsia="Times New Roman" w:cs="Times New Roman"/>
          <w:sz w:val="24"/>
        </w:rPr>
        <w:t xml:space="preserve"> hours. PTO benefits will cease to accrue for employees that have reached the maximum permitted number of hours until the employee uses a portion of their PTO benefits, at which time, accrual will recommence.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The maximum PTO that an employee may accrue is unlimited.</w:t>
      </w:r>
    </w:p>
    <w:p>
      <w:pPr/>
    </w:p>
    <w:p>
      <w:pPr/>
      <w:r>
        <w:rPr>
          <w:rFonts w:ascii="Times New Roman" w:hAnsi="Times New Roman" w:eastAsia="Times New Roman" w:cs="Times New Roman"/>
          <w:b/>
          <w:sz w:val="24"/>
        </w:rPr>
        <w:t>9. Payout.</w:t>
      </w:r>
      <w:r>
        <w:rPr>
          <w:rFonts w:ascii="Times New Roman" w:hAnsi="Times New Roman" w:eastAsia="Times New Roman" w:cs="Times New Roman"/>
          <w:sz w:val="24"/>
        </w:rPr>
        <w:t xml:space="preserve"> (Select one)</w:t>
      </w:r>
    </w:p>
    <w:p>
      <w:pPr/>
    </w:p>
    <w:p>
      <w:pPr>
        <w:spacing w:before="0" w:after="240"/>
      </w:pPr>
      <w:r>
        <w:rPr>
          <w:rFonts w:ascii="Times New Roman" w:hAnsi="Times New Roman" w:eastAsia="Times New Roman" w:cs="Times New Roman"/>
          <w:sz w:val="24"/>
        </w:rPr>
        <w:t xml:space="preserve"> </w:t>
      </w:r>
      <w:r>
        <w:rPr>
          <w:rFonts w:ascii="Times New Roman" w:hAnsi="Times New Roman" w:eastAsia="Times New Roman" w:cs="Times New Roman"/>
          <w:sz w:val="24"/>
        </w:rPr>
        <w:t>Upon separation from employment, employees will receive a payout for accrued and unused PTO. The payout will be based on the employees actual rate of pay and the number of hours accrued at time of separation. Like wages, PTO payouts will be subject to applicable taxes and deductions, and may be limited by company policies and applicable laws. Employees that are terminated for cause, may forfeit their accrued PTO, subject to company policies and applicable laws.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Unused PTO will not be paid out upon employee’s separation from employment. </w:t>
      </w:r>
    </w:p>
    <w:p>
      <w:pPr/>
    </w:p>
    <w:p>
      <w:pPr/>
    </w:p>
    <w:p>
      <w:pPr/>
      <w:r>
        <w:rPr>
          <w:rFonts w:ascii="Times New Roman" w:hAnsi="Times New Roman" w:eastAsia="Times New Roman" w:cs="Times New Roman"/>
          <w:b/>
          <w:sz w:val="24"/>
        </w:rPr>
        <w:t>10. Reinstatement.</w:t>
      </w:r>
      <w:r>
        <w:rPr>
          <w:rFonts w:ascii="Times New Roman" w:hAnsi="Times New Roman" w:eastAsia="Times New Roman" w:cs="Times New Roman"/>
          <w:sz w:val="24"/>
        </w:rPr>
        <w:t xml:space="preserve"> (Select one)</w:t>
      </w:r>
    </w:p>
    <w:p>
      <w:pPr/>
    </w:p>
    <w:p>
      <w:pPr>
        <w:spacing w:before="0" w:after="24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After separation from employment, if the employee is rehired within </w:t>
      </w:r>
      <w:r>
        <w:rPr>
          <w:rFonts w:ascii="Times New Roman" w:hAnsi="Times New Roman" w:eastAsia="Times New Roman" w:cs="Times New Roman"/>
          <w:sz w:val="24"/>
        </w:rPr>
        <w:t>[#MONTHS]</w:t>
      </w:r>
      <w:r>
        <w:rPr>
          <w:rFonts w:ascii="Times New Roman" w:hAnsi="Times New Roman" w:eastAsia="Times New Roman" w:cs="Times New Roman"/>
          <w:sz w:val="24"/>
        </w:rPr>
        <w:t xml:space="preserve"> months, unused PTO that was not paid out upon separation, will be reinstated.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Upon separation from employment, employees forfeit any remaining unused PTO benefits.</w:t>
      </w:r>
    </w:p>
    <w:p>
      <w:pPr/>
    </w:p>
    <w:p>
      <w:pPr/>
      <w:r>
        <w:rPr>
          <w:rFonts w:ascii="Times New Roman" w:hAnsi="Times New Roman" w:eastAsia="Times New Roman" w:cs="Times New Roman"/>
          <w:b/>
          <w:sz w:val="24"/>
        </w:rPr>
        <w:t>11. Other Terms and Conditions.</w:t>
      </w:r>
      <w:r>
        <w:rPr>
          <w:rFonts w:ascii="Times New Roman" w:hAnsi="Times New Roman" w:eastAsia="Times New Roman" w:cs="Times New Roman"/>
          <w:sz w:val="24"/>
        </w:rPr>
        <w:t xml:space="preserve"> (if any)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