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Parenting Plan (“Agreement”) made this </w:t>
      </w:r>
      <w:r>
        <w:rPr>
          <w:rFonts w:ascii="Times New Roman" w:hAnsi="Times New Roman" w:eastAsia="Times New Roman" w:cs="Times New Roman"/>
          <w:sz w:val="24"/>
        </w:rPr>
        <w:t>[DATE]</w:t>
      </w:r>
      <w:r>
        <w:rPr>
          <w:rFonts w:ascii="Times New Roman" w:hAnsi="Times New Roman" w:eastAsia="Times New Roman" w:cs="Times New Roman"/>
          <w:sz w:val="24"/>
        </w:rPr>
        <w:t>, is an agreement between:</w:t>
      </w:r>
    </w:p>
    <w:p>
      <w:pPr/>
    </w:p>
    <w:p>
      <w:pPr/>
      <w:r>
        <w:rPr>
          <w:rFonts w:ascii="Times New Roman" w:hAnsi="Times New Roman" w:eastAsia="Times New Roman" w:cs="Times New Roman"/>
          <w:b/>
          <w:sz w:val="24"/>
        </w:rPr>
        <w:t>PARENT A</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A'S NAME]</w:t>
      </w:r>
      <w:r>
        <w:rPr>
          <w:rFonts w:ascii="Times New Roman" w:hAnsi="Times New Roman" w:eastAsia="Times New Roman" w:cs="Times New Roman"/>
          <w:sz w:val="24"/>
        </w:rPr>
        <w:t xml:space="preserve">, (“Parent A”), with a mailing address of </w:t>
      </w:r>
      <w:r>
        <w:rPr>
          <w:rFonts w:ascii="Times New Roman" w:hAnsi="Times New Roman" w:eastAsia="Times New Roman" w:cs="Times New Roman"/>
          <w:sz w:val="24"/>
        </w:rPr>
        <w:t>[PARENT A'S ADDRESS]</w:t>
      </w:r>
      <w:r>
        <w:rPr>
          <w:rFonts w:ascii="Times New Roman" w:hAnsi="Times New Roman" w:eastAsia="Times New Roman" w:cs="Times New Roman"/>
          <w:sz w:val="24"/>
        </w:rPr>
        <w:t>, and</w:t>
      </w:r>
    </w:p>
    <w:p>
      <w:pPr/>
    </w:p>
    <w:p>
      <w:pPr/>
      <w:r>
        <w:rPr>
          <w:rFonts w:ascii="Times New Roman" w:hAnsi="Times New Roman" w:eastAsia="Times New Roman" w:cs="Times New Roman"/>
          <w:b/>
          <w:sz w:val="24"/>
        </w:rPr>
        <w:t>PARENT B</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B'S NAME]</w:t>
      </w:r>
      <w:r>
        <w:rPr>
          <w:rFonts w:ascii="Times New Roman" w:hAnsi="Times New Roman" w:eastAsia="Times New Roman" w:cs="Times New Roman"/>
          <w:sz w:val="24"/>
        </w:rPr>
        <w:t xml:space="preserve">, (“Parent B”), with a mailing address of </w:t>
      </w:r>
      <w:r>
        <w:rPr>
          <w:rFonts w:ascii="Times New Roman" w:hAnsi="Times New Roman" w:eastAsia="Times New Roman" w:cs="Times New Roman"/>
          <w:sz w:val="24"/>
        </w:rPr>
        <w:t>[PARENT B'S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PARENT A and PARENT B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 xml:space="preserve">CHILD 1 NAME: </w:t>
      </w:r>
      <w:r>
        <w:rPr>
          <w:rFonts w:ascii="Times New Roman" w:hAnsi="Times New Roman" w:eastAsia="Times New Roman" w:cs="Times New Roman"/>
          <w:sz w:val="24"/>
        </w:rPr>
        <w:t>[CHILD 1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[BIRTH DATE]</w:t>
      </w:r>
      <w:r>
        <w:rPr>
          <w:rFonts w:ascii="Times New Roman" w:hAnsi="Times New Roman" w:eastAsia="Times New Roman" w:cs="Times New Roman"/>
          <w:sz w:val="24"/>
        </w:rPr>
        <w:br/>
      </w:r>
    </w:p>
    <w:p>
      <w:pPr>
        <w:ind w:firstLine="720"/>
      </w:pPr>
      <w:r>
        <w:rPr>
          <w:rFonts w:ascii="Times New Roman" w:hAnsi="Times New Roman" w:eastAsia="Times New Roman" w:cs="Times New Roman"/>
          <w:sz w:val="24"/>
        </w:rPr>
        <w:t xml:space="preserve">CHILD 2 NAME: </w:t>
      </w:r>
      <w:r>
        <w:rPr>
          <w:rFonts w:ascii="Times New Roman" w:hAnsi="Times New Roman" w:eastAsia="Times New Roman" w:cs="Times New Roman"/>
          <w:sz w:val="24"/>
        </w:rPr>
        <w:t>[CHILD 2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[BIRTH DATE]</w:t>
      </w:r>
      <w:r>
        <w:rPr>
          <w:rFonts w:ascii="Times New Roman" w:hAnsi="Times New Roman" w:eastAsia="Times New Roman" w:cs="Times New Roman"/>
          <w:sz w:val="24"/>
        </w:rPr>
        <w:br/>
      </w:r>
    </w:p>
    <w:p>
      <w:pPr>
        <w:ind w:firstLine="720"/>
      </w:pPr>
      <w:r>
        <w:rPr>
          <w:rFonts w:ascii="Times New Roman" w:hAnsi="Times New Roman" w:eastAsia="Times New Roman" w:cs="Times New Roman"/>
          <w:sz w:val="24"/>
        </w:rPr>
        <w:t xml:space="preserve">CHILD 3 NAME: </w:t>
      </w:r>
      <w:r>
        <w:rPr>
          <w:rFonts w:ascii="Times New Roman" w:hAnsi="Times New Roman" w:eastAsia="Times New Roman" w:cs="Times New Roman"/>
          <w:sz w:val="24"/>
        </w:rPr>
        <w:t>[CHILD 3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[BIRTH DATE]</w:t>
      </w:r>
      <w:r>
        <w:rPr>
          <w:rFonts w:ascii="Times New Roman" w:hAnsi="Times New Roman" w:eastAsia="Times New Roman" w:cs="Times New Roman"/>
          <w:sz w:val="24"/>
        </w:rPr>
        <w:br/>
      </w:r>
    </w:p>
    <w:p>
      <w:pPr>
        <w:ind w:firstLine="720"/>
      </w:pPr>
      <w:r>
        <w:rPr>
          <w:rFonts w:ascii="Times New Roman" w:hAnsi="Times New Roman" w:eastAsia="Times New Roman" w:cs="Times New Roman"/>
          <w:sz w:val="24"/>
        </w:rPr>
        <w:t xml:space="preserve">CHILD 4 NAME: </w:t>
      </w:r>
      <w:r>
        <w:rPr>
          <w:rFonts w:ascii="Times New Roman" w:hAnsi="Times New Roman" w:eastAsia="Times New Roman" w:cs="Times New Roman"/>
          <w:sz w:val="24"/>
        </w:rPr>
        <w:t>[CHILD 4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[BIRTH DATE]</w:t>
      </w:r>
      <w:r>
        <w:rPr>
          <w:rFonts w:ascii="Times New Roman" w:hAnsi="Times New Roman" w:eastAsia="Times New Roman" w:cs="Times New Roman"/>
          <w:sz w:val="24"/>
        </w:rPr>
        <w:br/>
      </w:r>
    </w:p>
    <w:p>
      <w:pPr>
        <w:ind w:firstLine="720"/>
      </w:pPr>
      <w:r>
        <w:rPr>
          <w:rFonts w:ascii="Times New Roman" w:hAnsi="Times New Roman" w:eastAsia="Times New Roman" w:cs="Times New Roman"/>
          <w:sz w:val="24"/>
        </w:rPr>
        <w:t xml:space="preserve">CHILD 5 NAME: </w:t>
      </w:r>
      <w:r>
        <w:rPr>
          <w:rFonts w:ascii="Times New Roman" w:hAnsi="Times New Roman" w:eastAsia="Times New Roman" w:cs="Times New Roman"/>
          <w:sz w:val="24"/>
        </w:rPr>
        <w:t>[CHILD 5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[BIRTH DATE]</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 A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 B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r>
      <w:r>
        <w:rPr>
          <w:rFonts w:ascii="Times New Roman" w:hAnsi="Times New Roman" w:eastAsia="Times New Roman" w:cs="Times New Roman"/>
          <w:sz w:val="24"/>
        </w:rPr>
        <w:t>[LIST DETAILS]</w:t>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 A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 B.</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 A </w:t>
      </w:r>
      <w:r>
        <w:rPr>
          <w:rFonts w:ascii="Times New Roman" w:hAnsi="Times New Roman" w:eastAsia="Times New Roman" w:cs="Times New Roman"/>
          <w:sz w:val="24"/>
        </w:rPr>
        <w:t>☐</w:t>
      </w:r>
      <w:r>
        <w:rPr>
          <w:rFonts w:ascii="Times New Roman" w:hAnsi="Times New Roman" w:eastAsia="Times New Roman" w:cs="Times New Roman"/>
          <w:sz w:val="24"/>
        </w:rPr>
        <w:t xml:space="preserve"> Parent B.</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r>
        <w:rPr>
          <w:rFonts w:ascii="Times New Roman" w:hAnsi="Times New Roman" w:eastAsia="Times New Roman" w:cs="Times New Roman"/>
          <w:sz w:val="24"/>
        </w:rPr>
        <w:tab/>
      </w:r>
      <w:r>
        <w:rPr>
          <w:rFonts w:ascii="Times New Roman" w:hAnsi="Times New Roman" w:eastAsia="Times New Roman" w:cs="Times New Roman"/>
          <w:sz w:val="24"/>
        </w:rPr>
        <w:t>Parent A’s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r>
        <w:rPr>
          <w:rFonts w:ascii="Times New Roman" w:hAnsi="Times New Roman" w:eastAsia="Times New Roman" w:cs="Times New Roman"/>
          <w:sz w:val="24"/>
        </w:rPr>
        <w:tab/>
      </w:r>
      <w:r>
        <w:rPr>
          <w:rFonts w:ascii="Times New Roman" w:hAnsi="Times New Roman" w:eastAsia="Times New Roman" w:cs="Times New Roman"/>
          <w:sz w:val="24"/>
        </w:rPr>
        <w:t>Parent B’s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 B</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Parent A</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Parent B</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[LIST DETAILS]</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r>
        <w:rPr>
          <w:rFonts w:ascii="Times New Roman" w:hAnsi="Times New Roman" w:eastAsia="Times New Roman" w:cs="Times New Roman"/>
          <w:sz w:val="24"/>
        </w:rPr>
        <w:t>[ADDRESS/LOCATION]</w:t>
      </w: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Parent A</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Parent B</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[LIST DETAILS]</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Parent A</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Parent B</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[LIST DETAILS]</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Parent A</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Parent B</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[LIST DETAILS]</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shall have: </w:t>
      </w:r>
      <w:r>
        <w:rPr>
          <w:rFonts w:ascii="Times New Roman" w:hAnsi="Times New Roman" w:eastAsia="Times New Roman" w:cs="Times New Roman"/>
          <w:sz w:val="24"/>
        </w:rPr>
        <w:t>[CHILD(REN)'S NAME(S)]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B shall have: </w:t>
      </w:r>
      <w:r>
        <w:rPr>
          <w:rFonts w:ascii="Times New Roman" w:hAnsi="Times New Roman" w:eastAsia="Times New Roman" w:cs="Times New Roman"/>
          <w:sz w:val="24"/>
        </w:rPr>
        <w:t>[CHILD(REN)'S NAME(S)]</w:t>
      </w:r>
      <w:r>
        <w:rPr>
          <w:rFonts w:ascii="Times New Roman" w:hAnsi="Times New Roman" w:eastAsia="Times New Roman" w:cs="Times New Roman"/>
          <w:sz w:val="24"/>
        </w:rPr>
        <w:t>.</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Child Support payments shall be made by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A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Parent B to </w:t>
      </w:r>
      <w:r>
        <w:rPr>
          <w:rFonts w:ascii="Times New Roman" w:hAnsi="Times New Roman" w:eastAsia="Times New Roman" w:cs="Times New Roman"/>
          <w:sz w:val="24"/>
        </w:rPr>
        <w:t xml:space="preserve"> Parent A </w:t>
      </w:r>
      <w:r>
        <w:rPr>
          <w:rFonts w:ascii="Times New Roman" w:hAnsi="Times New Roman" w:eastAsia="Times New Roman" w:cs="Times New Roman"/>
          <w:sz w:val="24"/>
        </w:rPr>
        <w:t xml:space="preserve"> Parent B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w:t>
      </w:r>
      <w:r>
        <w:rPr>
          <w:rFonts w:ascii="Times New Roman" w:hAnsi="Times New Roman" w:eastAsia="Times New Roman" w:cs="Times New Roman"/>
          <w:sz w:val="24"/>
        </w:rPr>
        <w:t>[#]</w:t>
      </w:r>
      <w:r>
        <w:rPr>
          <w:rFonts w:ascii="Times New Roman" w:hAnsi="Times New Roman" w:eastAsia="Times New Roman" w:cs="Times New Roman"/>
          <w:sz w:val="24"/>
        </w:rPr>
        <w:t xml:space="preserve"> shall be due on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of each month commencing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 xml:space="preserve">All out of area travel must be approved by the Custodial Parent or mutually by both Custodial Parents, whichever is applicable. “Out of area travel” for the purposes of this Agreement shall mean a distance of </w:t>
      </w:r>
      <w:r>
        <w:rPr>
          <w:rFonts w:ascii="Times New Roman" w:hAnsi="Times New Roman" w:eastAsia="Times New Roman" w:cs="Times New Roman"/>
          <w:sz w:val="24"/>
        </w:rPr>
        <w:t>[#]</w:t>
      </w:r>
      <w:r>
        <w:rPr>
          <w:rFonts w:ascii="Times New Roman" w:hAnsi="Times New Roman" w:eastAsia="Times New Roman" w:cs="Times New Roman"/>
          <w:sz w:val="24"/>
        </w:rPr>
        <w:t xml:space="preserve">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“Parent B” and “Parent A,”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 xml:space="preserve">This document shall be governed by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Parent A’s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Parent B’s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