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b/>
          <w:sz w:val="24"/>
        </w:rPr>
        <w:tab/>
        <w:t>PARTNERSHIP MEETING MINUTES FOR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[ORGANIZATION'S NAME]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MEETING DETAILS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Meeting Leader: </w:t>
      </w:r>
      <w:r>
        <w:rPr>
          <w:rFonts w:ascii="Times New Roman" w:hAnsi="Times New Roman" w:eastAsia="Times New Roman" w:cs="Times New Roman"/>
          <w:sz w:val="24"/>
        </w:rPr>
        <w:t>[MEETING LEADER’S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Secretary: </w:t>
      </w:r>
      <w:r>
        <w:rPr>
          <w:rFonts w:ascii="Times New Roman" w:hAnsi="Times New Roman" w:eastAsia="Times New Roman" w:cs="Times New Roman"/>
          <w:sz w:val="24"/>
        </w:rPr>
        <w:t>[SECRETARY’S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Time: </w:t>
      </w:r>
      <w:r>
        <w:rPr>
          <w:rFonts w:ascii="Times New Roman" w:hAnsi="Times New Roman" w:eastAsia="Times New Roman" w:cs="Times New Roman"/>
          <w:sz w:val="24"/>
        </w:rPr>
        <w:t>[TIME]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Location: </w:t>
      </w:r>
      <w:r>
        <w:rPr>
          <w:rFonts w:ascii="Times New Roman" w:hAnsi="Times New Roman" w:eastAsia="Times New Roman" w:cs="Times New Roman"/>
          <w:sz w:val="24"/>
        </w:rPr>
        <w:t>[LOCATION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Street Address: </w:t>
      </w:r>
      <w:r>
        <w:rPr>
          <w:rFonts w:ascii="Times New Roman" w:hAnsi="Times New Roman" w:eastAsia="Times New Roman" w:cs="Times New Roman"/>
          <w:sz w:val="24"/>
        </w:rPr>
        <w:t>[STREET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City: </w:t>
      </w:r>
      <w:r>
        <w:rPr>
          <w:rFonts w:ascii="Times New Roman" w:hAnsi="Times New Roman" w:eastAsia="Times New Roman" w:cs="Times New Roman"/>
          <w:sz w:val="24"/>
        </w:rPr>
        <w:t>[CITY]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State: </w:t>
      </w:r>
      <w:r>
        <w:rPr>
          <w:rFonts w:ascii="Times New Roman" w:hAnsi="Times New Roman" w:eastAsia="Times New Roman" w:cs="Times New Roman"/>
          <w:sz w:val="24"/>
        </w:rPr>
        <w:t xml:space="preserve">[STATE] </w:t>
      </w:r>
      <w:r>
        <w:rPr>
          <w:rFonts w:ascii="Times New Roman" w:hAnsi="Times New Roman" w:eastAsia="Times New Roman" w:cs="Times New Roman"/>
          <w:sz w:val="24"/>
        </w:rPr>
        <w:t xml:space="preserve"> Zip: </w:t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URL or Dial-In Number: </w:t>
      </w:r>
      <w:r>
        <w:rPr>
          <w:rFonts w:ascii="Times New Roman" w:hAnsi="Times New Roman" w:eastAsia="Times New Roman" w:cs="Times New Roman"/>
          <w:sz w:val="24"/>
        </w:rPr>
        <w:t>[URL OR DIAL-IN NUMBER]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ROLL CALL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WHO IS IN PRESENT AND WHO IS ABSENT]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CALL TO ORDER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[APPROVAL OF PREVIOUS MINUTES AND THE CURRENT MEETING’S AGENDA]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PARTNERSHIP DEVELOPMENT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[COLLABORATION PROJECTS, DESCRIBE THE ISSUES AND RECORD VOTES]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UPCOMING PRIORITIES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[FUTURE OF PARTNERSHIP, REPORTS, FINANCIAL STATEMENTS, ETC.]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OTHER ITEMS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[ANNOUNCEMENTS, NOMINATIONS, OR OTHER BUSINESS MATTERS]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ADJOURNMENT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WHEN THE MEETING ENDED]</w:t>
      </w:r>
    </w:p>
    <w:p>
      <w:pPr/>
    </w:p>
    <w:p>
      <w:pPr/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Submitted by: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          Print Name: </w:t>
      </w:r>
      <w:r>
        <w:rPr>
          <w:rFonts w:ascii="Times New Roman" w:hAnsi="Times New Roman" w:eastAsia="Times New Roman" w:cs="Times New Roman"/>
          <w:sz w:val="24"/>
        </w:rPr>
        <w:t>[SUBMITTER'S NAME]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Approved by: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           Print Name: </w:t>
      </w:r>
      <w:r>
        <w:rPr>
          <w:rFonts w:ascii="Times New Roman" w:hAnsi="Times New Roman" w:eastAsia="Times New Roman" w:cs="Times New Roman"/>
          <w:sz w:val="24"/>
        </w:rPr>
        <w:t>[APPROVER'S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