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Application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ASSIGNOR],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ASSIGNOR], hereby sells, assigns and transfers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ASSIGNEE],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ASSIGNEE], and its successors, assigns and legal representatives, the entire right, title and interest, for the United States of America, in and to certain inventions related to [TITLE OF INVENTION], described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Letters Patent of the United States, Application Serial No. [PATENT APPLICATION NUMBER] filed on [FILING DATE OF PATENT APPLICATION] and all the rights and privileges in said application and under any and all Letters Patent that may be granted in the United States for said inventions; and [NAME OF ASSIGNOR] also concurrently hereby sells, assigns and transfers to [NAME OF ASSIGNEE] the entire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ASSIGNOR] hereby consents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assignment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 requests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 agrees that, when requested, [NAME OF ASSIGNOR] shall, without charge to [NAME OF ASSIGNEE] but at its expense, sign all papers, and do all acts which may be necessary, desirable or convenient in connection with said applications, patents, or other forms of protection.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