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PAY FOR DELETE REQUEST</w:t>
      </w:r>
    </w:p>
    <w:p>
      <w:pPr>
        <w:spacing w:before="0" w:after="240"/>
      </w:pPr>
    </w:p>
    <w:p>
      <w:pPr/>
      <w:r>
        <w:rPr>
          <w:rFonts w:ascii="Times New Roman" w:hAnsi="Times New Roman" w:eastAsia="Times New Roman" w:cs="Times New Roman"/>
          <w:sz w:val="24"/>
        </w:rPr>
        <w:t>______________</w:t>
        <w:br/>
        <w:t>______________</w:t>
        <w:br/>
        <w:t>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240"/>
      </w:pPr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>
        <w:spacing w:before="0" w:after="240"/>
      </w:pPr>
    </w:p>
    <w:p>
      <w:pPr>
        <w:spacing w:before="0" w:after="240"/>
      </w:pPr>
      <w:r>
        <w:rPr>
          <w:rFonts w:ascii="Times New Roman" w:hAnsi="Times New Roman" w:eastAsia="Times New Roman" w:cs="Times New Roman"/>
          <w:b/>
          <w:sz w:val="24"/>
        </w:rPr>
        <w:t>RE: IN REGARDS TO THE FOLLOWING ACCOUNT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Account Number: 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Original Creditor: 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Amount Listed: $</w:t>
      </w:r>
      <w:r>
        <w:rPr>
          <w:rFonts w:ascii="Times New Roman" w:hAnsi="Times New Roman" w:eastAsia="Times New Roman" w:cs="Times New Roman"/>
          <w:sz w:val="24"/>
        </w:rPr>
        <w:t>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______________,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______________</w:t>
      </w:r>
      <w:r>
        <w:rPr>
          <w:rFonts w:ascii="Times New Roman" w:hAnsi="Times New Roman" w:eastAsia="Times New Roman" w:cs="Times New Roman"/>
          <w:sz w:val="24"/>
        </w:rPr>
        <w:t>, am writing this letter to offer your credit department the one-time offer to settle the alleged amount due for $</w:t>
      </w:r>
      <w:r>
        <w:rPr>
          <w:rFonts w:ascii="Times New Roman" w:hAnsi="Times New Roman" w:eastAsia="Times New Roman" w:cs="Times New Roman"/>
          <w:sz w:val="24"/>
        </w:rPr>
        <w:t>______________</w:t>
      </w:r>
      <w:r>
        <w:rPr>
          <w:rFonts w:ascii="Times New Roman" w:hAnsi="Times New Roman" w:eastAsia="Times New Roman" w:cs="Times New Roman"/>
          <w:sz w:val="24"/>
        </w:rPr>
        <w:t>. Please note that while I am offering this amount of money to settle the debt, this is not my acknowledgment of its liability.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However, as I do disagree with the total amount owed I am willing to agree to settle this debt as a show of goodwill under the following circumstances: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Report to all credit agencies that this debt has been paid-in-full or the equivalent best-case scenario to Experian, Equifax, and TransUnion;</w:t>
      </w:r>
    </w:p>
    <w:p>
      <w:pPr/>
      <w:r>
        <w:rPr>
          <w:rFonts w:ascii="Times New Roman" w:hAnsi="Times New Roman" w:eastAsia="Times New Roman" w:cs="Times New Roman"/>
          <w:sz w:val="24"/>
        </w:rPr>
        <w:t>Payment will be made to satisfy the payment made in-full under the Account;</w:t>
      </w:r>
    </w:p>
    <w:p>
      <w:pPr/>
      <w:r>
        <w:rPr>
          <w:rFonts w:ascii="Times New Roman" w:hAnsi="Times New Roman" w:eastAsia="Times New Roman" w:cs="Times New Roman"/>
          <w:sz w:val="24"/>
        </w:rPr>
        <w:t>This debt will be deleted from your records; and</w:t>
      </w:r>
    </w:p>
    <w:p>
      <w:pPr/>
      <w:r>
        <w:rPr>
          <w:rFonts w:ascii="Times New Roman" w:hAnsi="Times New Roman" w:eastAsia="Times New Roman" w:cs="Times New Roman"/>
          <w:sz w:val="24"/>
        </w:rPr>
        <w:t>There will be no mention of this debt or settlement to any third (3</w:t>
      </w:r>
      <w:r>
        <w:rPr>
          <w:rFonts w:ascii="Times New Roman" w:hAnsi="Times New Roman" w:eastAsia="Times New Roman" w:cs="Times New Roman"/>
          <w:sz w:val="24"/>
        </w:rPr>
        <w:t>rd</w:t>
      </w:r>
      <w:r>
        <w:rPr>
          <w:rFonts w:ascii="Times New Roman" w:hAnsi="Times New Roman" w:eastAsia="Times New Roman" w:cs="Times New Roman"/>
          <w:sz w:val="24"/>
        </w:rPr>
        <w:t>) parties.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the above-mentioned items are able to be met I am willing to make payment on this debt immediately. I will only answer to an individual who is an official representative of this Company with the terms of this offer expiring at the end of thirty (30) days.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Feel free to contact me through one of the following: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E-Mail: </w:t>
      </w:r>
      <w:r>
        <w:rPr>
          <w:rFonts w:ascii="Times New Roman" w:hAnsi="Times New Roman" w:eastAsia="Times New Roman" w:cs="Times New Roman"/>
          <w:sz w:val="24"/>
        </w:rPr>
        <w:t>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Phone: (</w:t>
      </w:r>
      <w:r>
        <w:rPr>
          <w:rFonts w:ascii="Times New Roman" w:hAnsi="Times New Roman" w:eastAsia="Times New Roman" w:cs="Times New Roman"/>
          <w:sz w:val="24"/>
        </w:rPr>
        <w:t>____)__________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