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56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PENNSYLVANIA 10-DAY NOTICE TO QUIT (NON-PAYMENT)</w:t>
      </w:r>
    </w:p>
    <w:p>
      <w:pPr>
        <w:spacing w:before="56" w:after="0"/>
        <w:jc w:val="center"/>
      </w:pPr>
      <w:r>
        <w:rPr>
          <w:rFonts w:ascii="Times New Roman" w:hAnsi="Times New Roman" w:eastAsia="Times New Roman" w:cs="Times New Roman"/>
          <w:sz w:val="24"/>
        </w:rPr>
        <w:t>As Described in Section 250.501</w:t>
      </w:r>
    </w:p>
    <w:p>
      <w:pPr>
        <w:spacing w:before="6" w:after="0"/>
      </w:pPr>
    </w:p>
    <w:p>
      <w:pPr/>
    </w:p>
    <w:p>
      <w:pPr/>
    </w:p>
    <w:p>
      <w:pPr/>
    </w:p>
    <w:p>
      <w:pPr/>
    </w:p>
    <w:p>
      <w:pPr>
        <w:spacing w:before="34" w:after="0"/>
      </w:pPr>
      <w:r>
        <w:rPr>
          <w:rFonts w:ascii="Times New Roman" w:hAnsi="Times New Roman" w:eastAsia="Times New Roman" w:cs="Times New Roman"/>
          <w:sz w:val="24"/>
        </w:rPr>
        <w:t>Date: __________________</w:t>
      </w:r>
    </w:p>
    <w:p>
      <w:pPr>
        <w:spacing w:before="34" w:after="0"/>
      </w:pPr>
    </w:p>
    <w:p>
      <w:pPr>
        <w:spacing w:before="34" w:after="0"/>
      </w:pPr>
      <w:r>
        <w:rPr>
          <w:rFonts w:ascii="Times New Roman" w:hAnsi="Times New Roman" w:eastAsia="Times New Roman" w:cs="Times New Roman"/>
          <w:sz w:val="24"/>
        </w:rPr>
        <w:t>Dear __________________,</w:t>
      </w:r>
    </w:p>
    <w:p>
      <w:pPr>
        <w:spacing w:before="8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You a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q</w:t>
      </w:r>
      <w:r>
        <w:rPr>
          <w:rFonts w:ascii="Times New Roman" w:hAnsi="Times New Roman" w:eastAsia="Times New Roman" w:cs="Times New Roman"/>
          <w:sz w:val="24"/>
        </w:rPr>
        <w:t>ue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d to l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v</w:t>
      </w:r>
      <w:r>
        <w:rPr>
          <w:rFonts w:ascii="Times New Roman" w:hAnsi="Times New Roman" w:eastAsia="Times New Roman" w:cs="Times New Roman"/>
          <w:sz w:val="24"/>
        </w:rPr>
        <w:t>e the p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es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u </w:t>
      </w:r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 xml:space="preserve">w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t as a te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ant located at: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he 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ta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 of Pennsylvania.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 h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ve </w:t>
      </w:r>
      <w:r>
        <w:rPr>
          <w:rFonts w:ascii="Times New Roman" w:hAnsi="Times New Roman" w:eastAsia="Times New Roman" w:cs="Times New Roman"/>
          <w:b/>
          <w:sz w:val="24"/>
        </w:rPr>
        <w:t>10 d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ys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om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eipt of this n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ti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vacate or pay rent before 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eeking pe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ss</w:t>
      </w:r>
      <w:r>
        <w:rPr>
          <w:rFonts w:ascii="Times New Roman" w:hAnsi="Times New Roman" w:eastAsia="Times New Roman" w:cs="Times New Roman"/>
          <w:sz w:val="24"/>
        </w:rPr>
        <w:t xml:space="preserve">ion to 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vi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his is n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t a </w:t>
      </w:r>
      <w:r>
        <w:rPr>
          <w:rFonts w:ascii="Times New Roman" w:hAnsi="Times New Roman" w:eastAsia="Times New Roman" w:cs="Times New Roman"/>
          <w:sz w:val="24"/>
        </w:rPr>
        <w:t>j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di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 xml:space="preserve">ent.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 xml:space="preserve">y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w, a</w:t>
      </w:r>
      <w:r>
        <w:rPr>
          <w:rFonts w:ascii="Times New Roman" w:hAnsi="Times New Roman" w:eastAsia="Times New Roman" w:cs="Times New Roman"/>
          <w:sz w:val="24"/>
        </w:rPr>
        <w:t xml:space="preserve"> c</w:t>
      </w:r>
      <w:r>
        <w:rPr>
          <w:rFonts w:ascii="Times New Roman" w:hAnsi="Times New Roman" w:eastAsia="Times New Roman" w:cs="Times New Roman"/>
          <w:sz w:val="24"/>
        </w:rPr>
        <w:t>ou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t is 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inal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ut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y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ve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y 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vi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ion, a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 if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u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ve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 a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 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led to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ain 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a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ena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t, you or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ur 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w</w:t>
      </w:r>
      <w:r>
        <w:rPr>
          <w:rFonts w:ascii="Times New Roman" w:hAnsi="Times New Roman" w:eastAsia="Times New Roman" w:cs="Times New Roman"/>
          <w:sz w:val="24"/>
        </w:rPr>
        <w:t xml:space="preserve">yer 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y p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nt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ur 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e in 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t.</w:t>
      </w:r>
    </w:p>
    <w:p>
      <w:pPr/>
    </w:p>
    <w:p>
      <w:pPr>
        <w:spacing w:before="19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he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on I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h to 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 your te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 xml:space="preserve">y is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au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 h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ve 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ot </w:t>
      </w:r>
      <w:r>
        <w:rPr>
          <w:rFonts w:ascii="Times New Roman" w:hAnsi="Times New Roman" w:eastAsia="Times New Roman" w:cs="Times New Roman"/>
          <w:sz w:val="24"/>
        </w:rPr>
        <w:t>p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ent in 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 a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ount of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oll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w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>
        <w:spacing w:before="11" w:after="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>Mon</w:t>
      </w:r>
      <w:r>
        <w:rPr>
          <w:rFonts w:ascii="Times New Roman" w:hAnsi="Times New Roman" w:eastAsia="Times New Roman" w:cs="Times New Roman"/>
          <w:b/>
          <w:sz w:val="24"/>
        </w:rPr>
        <w:t>t</w:t>
      </w:r>
      <w:r>
        <w:rPr>
          <w:rFonts w:ascii="Times New Roman" w:hAnsi="Times New Roman" w:eastAsia="Times New Roman" w:cs="Times New Roman"/>
          <w:b/>
          <w:sz w:val="24"/>
        </w:rPr>
        <w:t>h or Time Period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m</w:t>
      </w:r>
      <w:r>
        <w:rPr>
          <w:rFonts w:ascii="Times New Roman" w:hAnsi="Times New Roman" w:eastAsia="Times New Roman" w:cs="Times New Roman"/>
          <w:b/>
          <w:sz w:val="24"/>
        </w:rPr>
        <w:t>ount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 </w:t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>__________________</w:t>
      </w:r>
    </w:p>
    <w:p>
      <w:pPr>
        <w:spacing w:before="9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 </w:t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>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 </w:t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>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 </w:t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>__________________</w:t>
      </w:r>
    </w:p>
    <w:p>
      <w:pPr/>
    </w:p>
    <w:p>
      <w:pPr>
        <w:spacing w:before="34" w:after="0"/>
      </w:pPr>
    </w:p>
    <w:p>
      <w:pPr>
        <w:spacing w:before="34" w:after="0"/>
      </w:pPr>
    </w:p>
    <w:p>
      <w:pPr>
        <w:spacing w:before="34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34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____________________________________ </w:t>
      </w:r>
      <w:r>
        <w:rPr>
          <w:rFonts w:ascii="Times New Roman" w:hAnsi="Times New Roman" w:eastAsia="Times New Roman" w:cs="Times New Roman"/>
          <w:sz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</w:rPr>
        <w:t xml:space="preserve">                   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</w:t>
      </w:r>
    </w:p>
    <w:p>
      <w:pPr>
        <w:spacing w:before="34" w:after="0"/>
      </w:pPr>
      <w:r>
        <w:rPr>
          <w:rFonts w:ascii="Times New Roman" w:hAnsi="Times New Roman" w:eastAsia="Times New Roman" w:cs="Times New Roman"/>
          <w:sz w:val="24"/>
        </w:rPr>
        <w:t>Landlord’s Signature</w:t>
      </w:r>
    </w:p>
    <w:p>
      <w:pPr>
        <w:spacing w:before="34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____________________________________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</w:t>
      </w:r>
      <w:r>
        <w:rPr>
          <w:rFonts w:ascii="Times New Roman" w:hAnsi="Times New Roman" w:eastAsia="Times New Roman" w:cs="Times New Roman"/>
          <w:sz w:val="24"/>
        </w:rPr>
        <w:t xml:space="preserve">                    </w:t>
      </w:r>
    </w:p>
    <w:p>
      <w:pPr>
        <w:spacing w:before="34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p>
      <w:pPr>
        <w:spacing w:before="34" w:after="0"/>
      </w:pPr>
    </w:p>
    <w:p>
      <w:pPr>
        <w:spacing w:before="34" w:after="0"/>
      </w:pPr>
    </w:p>
    <w:p>
      <w:pPr>
        <w:spacing w:before="34" w:after="0"/>
      </w:pPr>
    </w:p>
    <w:p>
      <w:pPr>
        <w:spacing w:before="34" w:after="0"/>
      </w:pPr>
    </w:p>
    <w:p>
      <w:pPr>
        <w:spacing w:before="34" w:after="0"/>
      </w:pPr>
    </w:p>
    <w:p>
      <w:pPr>
        <w:spacing w:before="24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b/>
          <w:sz w:val="24"/>
        </w:rPr>
        <w:t xml:space="preserve"> 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I certify that on the _____ day of ____________________, 20_____ I served this notice to __________________________ by: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Delivering it personally to the person in possession.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Leaving it at the principal building upon the premises.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Posting it on a conspicuous place at the leased premises.</w:t>
      </w:r>
    </w:p>
    <w:p>
      <w:pPr>
        <w:spacing w:line="360" w:lineRule="auto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>
        <w:spacing w:before="34" w:after="0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