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56" w:after="0"/>
        <w:jc w:val="center"/>
      </w:pPr>
      <w:r>
        <w:rPr>
          <w:rFonts w:ascii="Times New Roman" w:hAnsi="Times New Roman" w:eastAsia="Times New Roman" w:cs="Times New Roman"/>
          <w:b/>
          <w:sz w:val="24"/>
        </w:rPr>
        <w:t>PENNSYLVANIA 10-DAY NOTICE TO QUIT (ILLEGAL DRUGS)</w:t>
      </w:r>
    </w:p>
    <w:p>
      <w:pPr>
        <w:spacing w:before="56" w:after="0"/>
        <w:jc w:val="center"/>
      </w:pPr>
      <w:r>
        <w:rPr>
          <w:rFonts w:ascii="Times New Roman" w:hAnsi="Times New Roman" w:eastAsia="Times New Roman" w:cs="Times New Roman"/>
          <w:sz w:val="24"/>
        </w:rPr>
        <w:t>In Accordance with § 250.501(d) and 250.505-A</w:t>
      </w:r>
    </w:p>
    <w:p>
      <w:pPr>
        <w:spacing w:before="6" w:after="0"/>
      </w:pPr>
    </w:p>
    <w:p>
      <w:pPr/>
    </w:p>
    <w:p>
      <w:pPr/>
    </w:p>
    <w:p>
      <w:pPr/>
    </w:p>
    <w:p>
      <w:pPr/>
    </w:p>
    <w:p>
      <w:pPr>
        <w:spacing w:before="34" w:after="0"/>
      </w:pPr>
      <w:r>
        <w:rPr>
          <w:rFonts w:ascii="Times New Roman" w:hAnsi="Times New Roman" w:eastAsia="Times New Roman" w:cs="Times New Roman"/>
          <w:sz w:val="24"/>
        </w:rPr>
        <w:t>Date: __________________</w:t>
      </w:r>
    </w:p>
    <w:p>
      <w:pPr>
        <w:spacing w:before="34" w:after="0"/>
      </w:pPr>
    </w:p>
    <w:p>
      <w:pPr>
        <w:spacing w:before="34" w:after="0"/>
      </w:pPr>
      <w:r>
        <w:rPr>
          <w:rFonts w:ascii="Times New Roman" w:hAnsi="Times New Roman" w:eastAsia="Times New Roman" w:cs="Times New Roman"/>
          <w:sz w:val="24"/>
        </w:rPr>
        <w:t>Dear __________________,</w:t>
      </w:r>
    </w:p>
    <w:p>
      <w:pPr>
        <w:spacing w:before="8" w:after="0"/>
      </w:pPr>
    </w:p>
    <w:p>
      <w:pPr/>
      <w:r>
        <w:rPr>
          <w:rFonts w:ascii="Times New Roman" w:hAnsi="Times New Roman" w:eastAsia="Times New Roman" w:cs="Times New Roman"/>
          <w:sz w:val="24"/>
        </w:rPr>
        <w:t>You a</w:t>
      </w:r>
      <w:r>
        <w:rPr>
          <w:rFonts w:ascii="Times New Roman" w:hAnsi="Times New Roman" w:eastAsia="Times New Roman" w:cs="Times New Roman"/>
          <w:sz w:val="24"/>
        </w:rPr>
        <w:t>r</w:t>
      </w:r>
      <w:r>
        <w:rPr>
          <w:rFonts w:ascii="Times New Roman" w:hAnsi="Times New Roman" w:eastAsia="Times New Roman" w:cs="Times New Roman"/>
          <w:sz w:val="24"/>
        </w:rPr>
        <w:t xml:space="preserve">e </w:t>
      </w:r>
      <w:r>
        <w:rPr>
          <w:rFonts w:ascii="Times New Roman" w:hAnsi="Times New Roman" w:eastAsia="Times New Roman" w:cs="Times New Roman"/>
          <w:sz w:val="24"/>
        </w:rPr>
        <w:t>r</w:t>
      </w:r>
      <w:r>
        <w:rPr>
          <w:rFonts w:ascii="Times New Roman" w:hAnsi="Times New Roman" w:eastAsia="Times New Roman" w:cs="Times New Roman"/>
          <w:sz w:val="24"/>
        </w:rPr>
        <w:t>e</w:t>
      </w:r>
      <w:r>
        <w:rPr>
          <w:rFonts w:ascii="Times New Roman" w:hAnsi="Times New Roman" w:eastAsia="Times New Roman" w:cs="Times New Roman"/>
          <w:sz w:val="24"/>
        </w:rPr>
        <w:t>q</w:t>
      </w:r>
      <w:r>
        <w:rPr>
          <w:rFonts w:ascii="Times New Roman" w:hAnsi="Times New Roman" w:eastAsia="Times New Roman" w:cs="Times New Roman"/>
          <w:sz w:val="24"/>
        </w:rPr>
        <w:t>ue</w:t>
      </w:r>
      <w:r>
        <w:rPr>
          <w:rFonts w:ascii="Times New Roman" w:hAnsi="Times New Roman" w:eastAsia="Times New Roman" w:cs="Times New Roman"/>
          <w:sz w:val="24"/>
        </w:rPr>
        <w:t>s</w:t>
      </w:r>
      <w:r>
        <w:rPr>
          <w:rFonts w:ascii="Times New Roman" w:hAnsi="Times New Roman" w:eastAsia="Times New Roman" w:cs="Times New Roman"/>
          <w:sz w:val="24"/>
        </w:rPr>
        <w:t>t</w:t>
      </w:r>
      <w:r>
        <w:rPr>
          <w:rFonts w:ascii="Times New Roman" w:hAnsi="Times New Roman" w:eastAsia="Times New Roman" w:cs="Times New Roman"/>
          <w:sz w:val="24"/>
        </w:rPr>
        <w:t>e</w:t>
      </w:r>
      <w:r>
        <w:rPr>
          <w:rFonts w:ascii="Times New Roman" w:hAnsi="Times New Roman" w:eastAsia="Times New Roman" w:cs="Times New Roman"/>
          <w:sz w:val="24"/>
        </w:rPr>
        <w:t>d to l</w:t>
      </w:r>
      <w:r>
        <w:rPr>
          <w:rFonts w:ascii="Times New Roman" w:hAnsi="Times New Roman" w:eastAsia="Times New Roman" w:cs="Times New Roman"/>
          <w:sz w:val="24"/>
        </w:rPr>
        <w:t>e</w:t>
      </w:r>
      <w:r>
        <w:rPr>
          <w:rFonts w:ascii="Times New Roman" w:hAnsi="Times New Roman" w:eastAsia="Times New Roman" w:cs="Times New Roman"/>
          <w:sz w:val="24"/>
        </w:rPr>
        <w:t>a</w:t>
      </w:r>
      <w:r>
        <w:rPr>
          <w:rFonts w:ascii="Times New Roman" w:hAnsi="Times New Roman" w:eastAsia="Times New Roman" w:cs="Times New Roman"/>
          <w:sz w:val="24"/>
        </w:rPr>
        <w:t>v</w:t>
      </w:r>
      <w:r>
        <w:rPr>
          <w:rFonts w:ascii="Times New Roman" w:hAnsi="Times New Roman" w:eastAsia="Times New Roman" w:cs="Times New Roman"/>
          <w:sz w:val="24"/>
        </w:rPr>
        <w:t>e the p</w:t>
      </w:r>
      <w:r>
        <w:rPr>
          <w:rFonts w:ascii="Times New Roman" w:hAnsi="Times New Roman" w:eastAsia="Times New Roman" w:cs="Times New Roman"/>
          <w:sz w:val="24"/>
        </w:rPr>
        <w:t>r</w:t>
      </w:r>
      <w:r>
        <w:rPr>
          <w:rFonts w:ascii="Times New Roman" w:hAnsi="Times New Roman" w:eastAsia="Times New Roman" w:cs="Times New Roman"/>
          <w:sz w:val="24"/>
        </w:rPr>
        <w:t>e</w:t>
      </w:r>
      <w:r>
        <w:rPr>
          <w:rFonts w:ascii="Times New Roman" w:hAnsi="Times New Roman" w:eastAsia="Times New Roman" w:cs="Times New Roman"/>
          <w:sz w:val="24"/>
        </w:rPr>
        <w:t>m</w:t>
      </w:r>
      <w:r>
        <w:rPr>
          <w:rFonts w:ascii="Times New Roman" w:hAnsi="Times New Roman" w:eastAsia="Times New Roman" w:cs="Times New Roman"/>
          <w:sz w:val="24"/>
        </w:rPr>
        <w:t>i</w:t>
      </w:r>
      <w:r>
        <w:rPr>
          <w:rFonts w:ascii="Times New Roman" w:hAnsi="Times New Roman" w:eastAsia="Times New Roman" w:cs="Times New Roman"/>
          <w:sz w:val="24"/>
        </w:rPr>
        <w:t>s</w:t>
      </w:r>
      <w:r>
        <w:rPr>
          <w:rFonts w:ascii="Times New Roman" w:hAnsi="Times New Roman" w:eastAsia="Times New Roman" w:cs="Times New Roman"/>
          <w:sz w:val="24"/>
        </w:rPr>
        <w:t>es y</w:t>
      </w:r>
      <w:r>
        <w:rPr>
          <w:rFonts w:ascii="Times New Roman" w:hAnsi="Times New Roman" w:eastAsia="Times New Roman" w:cs="Times New Roman"/>
          <w:sz w:val="24"/>
        </w:rPr>
        <w:t>o</w:t>
      </w:r>
      <w:r>
        <w:rPr>
          <w:rFonts w:ascii="Times New Roman" w:hAnsi="Times New Roman" w:eastAsia="Times New Roman" w:cs="Times New Roman"/>
          <w:sz w:val="24"/>
        </w:rPr>
        <w:t xml:space="preserve">u </w:t>
      </w:r>
      <w:r>
        <w:rPr>
          <w:rFonts w:ascii="Times New Roman" w:hAnsi="Times New Roman" w:eastAsia="Times New Roman" w:cs="Times New Roman"/>
          <w:sz w:val="24"/>
        </w:rPr>
        <w:t>no</w:t>
      </w:r>
      <w:r>
        <w:rPr>
          <w:rFonts w:ascii="Times New Roman" w:hAnsi="Times New Roman" w:eastAsia="Times New Roman" w:cs="Times New Roman"/>
          <w:sz w:val="24"/>
        </w:rPr>
        <w:t xml:space="preserve">w </w:t>
      </w:r>
      <w:r>
        <w:rPr>
          <w:rFonts w:ascii="Times New Roman" w:hAnsi="Times New Roman" w:eastAsia="Times New Roman" w:cs="Times New Roman"/>
          <w:sz w:val="24"/>
        </w:rPr>
        <w:t>r</w:t>
      </w:r>
      <w:r>
        <w:rPr>
          <w:rFonts w:ascii="Times New Roman" w:hAnsi="Times New Roman" w:eastAsia="Times New Roman" w:cs="Times New Roman"/>
          <w:sz w:val="24"/>
        </w:rPr>
        <w:t>e</w:t>
      </w:r>
      <w:r>
        <w:rPr>
          <w:rFonts w:ascii="Times New Roman" w:hAnsi="Times New Roman" w:eastAsia="Times New Roman" w:cs="Times New Roman"/>
          <w:sz w:val="24"/>
        </w:rPr>
        <w:t>n</w:t>
      </w:r>
      <w:r>
        <w:rPr>
          <w:rFonts w:ascii="Times New Roman" w:hAnsi="Times New Roman" w:eastAsia="Times New Roman" w:cs="Times New Roman"/>
          <w:sz w:val="24"/>
        </w:rPr>
        <w:t>t as a te</w:t>
      </w:r>
      <w:r>
        <w:rPr>
          <w:rFonts w:ascii="Times New Roman" w:hAnsi="Times New Roman" w:eastAsia="Times New Roman" w:cs="Times New Roman"/>
          <w:sz w:val="24"/>
        </w:rPr>
        <w:t>n</w:t>
      </w:r>
      <w:r>
        <w:rPr>
          <w:rFonts w:ascii="Times New Roman" w:hAnsi="Times New Roman" w:eastAsia="Times New Roman" w:cs="Times New Roman"/>
          <w:sz w:val="24"/>
        </w:rPr>
        <w:t>ant located at:</w:t>
      </w:r>
    </w:p>
    <w:p>
      <w:pPr/>
    </w:p>
    <w:p>
      <w:pPr/>
      <w:r>
        <w:rPr>
          <w:rFonts w:ascii="Times New Roman" w:hAnsi="Times New Roman" w:eastAsia="Times New Roman" w:cs="Times New Roman"/>
          <w:sz w:val="24"/>
        </w:rPr>
        <w:t>__________________________________________________________________________,</w:t>
      </w:r>
    </w:p>
    <w:p>
      <w:pPr/>
    </w:p>
    <w:p>
      <w:pPr/>
      <w:r>
        <w:rPr>
          <w:rFonts w:ascii="Times New Roman" w:hAnsi="Times New Roman" w:eastAsia="Times New Roman" w:cs="Times New Roman"/>
          <w:sz w:val="24"/>
        </w:rPr>
        <w:t xml:space="preserve">in </w:t>
      </w:r>
      <w:r>
        <w:rPr>
          <w:rFonts w:ascii="Times New Roman" w:hAnsi="Times New Roman" w:eastAsia="Times New Roman" w:cs="Times New Roman"/>
          <w:sz w:val="24"/>
        </w:rPr>
        <w:t>t</w:t>
      </w:r>
      <w:r>
        <w:rPr>
          <w:rFonts w:ascii="Times New Roman" w:hAnsi="Times New Roman" w:eastAsia="Times New Roman" w:cs="Times New Roman"/>
          <w:sz w:val="24"/>
        </w:rPr>
        <w:t xml:space="preserve">he </w:t>
      </w:r>
      <w:r>
        <w:rPr>
          <w:rFonts w:ascii="Times New Roman" w:hAnsi="Times New Roman" w:eastAsia="Times New Roman" w:cs="Times New Roman"/>
          <w:sz w:val="24"/>
        </w:rPr>
        <w:t>S</w:t>
      </w:r>
      <w:r>
        <w:rPr>
          <w:rFonts w:ascii="Times New Roman" w:hAnsi="Times New Roman" w:eastAsia="Times New Roman" w:cs="Times New Roman"/>
          <w:sz w:val="24"/>
        </w:rPr>
        <w:t>ta</w:t>
      </w:r>
      <w:r>
        <w:rPr>
          <w:rFonts w:ascii="Times New Roman" w:hAnsi="Times New Roman" w:eastAsia="Times New Roman" w:cs="Times New Roman"/>
          <w:sz w:val="24"/>
        </w:rPr>
        <w:t>t</w:t>
      </w:r>
      <w:r>
        <w:rPr>
          <w:rFonts w:ascii="Times New Roman" w:hAnsi="Times New Roman" w:eastAsia="Times New Roman" w:cs="Times New Roman"/>
          <w:sz w:val="24"/>
        </w:rPr>
        <w:t>e of Pennsylvania. Y</w:t>
      </w:r>
      <w:r>
        <w:rPr>
          <w:rFonts w:ascii="Times New Roman" w:hAnsi="Times New Roman" w:eastAsia="Times New Roman" w:cs="Times New Roman"/>
          <w:sz w:val="24"/>
        </w:rPr>
        <w:t>o</w:t>
      </w:r>
      <w:r>
        <w:rPr>
          <w:rFonts w:ascii="Times New Roman" w:hAnsi="Times New Roman" w:eastAsia="Times New Roman" w:cs="Times New Roman"/>
          <w:sz w:val="24"/>
        </w:rPr>
        <w:t>u h</w:t>
      </w:r>
      <w:r>
        <w:rPr>
          <w:rFonts w:ascii="Times New Roman" w:hAnsi="Times New Roman" w:eastAsia="Times New Roman" w:cs="Times New Roman"/>
          <w:sz w:val="24"/>
        </w:rPr>
        <w:t>a</w:t>
      </w:r>
      <w:r>
        <w:rPr>
          <w:rFonts w:ascii="Times New Roman" w:hAnsi="Times New Roman" w:eastAsia="Times New Roman" w:cs="Times New Roman"/>
          <w:sz w:val="24"/>
        </w:rPr>
        <w:t xml:space="preserve">ve </w:t>
      </w:r>
      <w:r>
        <w:rPr>
          <w:rFonts w:ascii="Times New Roman" w:hAnsi="Times New Roman" w:eastAsia="Times New Roman" w:cs="Times New Roman"/>
          <w:b/>
          <w:sz w:val="24"/>
        </w:rPr>
        <w:t xml:space="preserve">TEN (10) DAYS </w:t>
      </w:r>
      <w:r>
        <w:rPr>
          <w:rFonts w:ascii="Times New Roman" w:hAnsi="Times New Roman" w:eastAsia="Times New Roman" w:cs="Times New Roman"/>
          <w:sz w:val="24"/>
        </w:rPr>
        <w:t>f</w:t>
      </w:r>
      <w:r>
        <w:rPr>
          <w:rFonts w:ascii="Times New Roman" w:hAnsi="Times New Roman" w:eastAsia="Times New Roman" w:cs="Times New Roman"/>
          <w:sz w:val="24"/>
        </w:rPr>
        <w:t>r</w:t>
      </w:r>
      <w:r>
        <w:rPr>
          <w:rFonts w:ascii="Times New Roman" w:hAnsi="Times New Roman" w:eastAsia="Times New Roman" w:cs="Times New Roman"/>
          <w:sz w:val="24"/>
        </w:rPr>
        <w:t xml:space="preserve">om </w:t>
      </w:r>
      <w:r>
        <w:rPr>
          <w:rFonts w:ascii="Times New Roman" w:hAnsi="Times New Roman" w:eastAsia="Times New Roman" w:cs="Times New Roman"/>
          <w:sz w:val="24"/>
        </w:rPr>
        <w:t>r</w:t>
      </w:r>
      <w:r>
        <w:rPr>
          <w:rFonts w:ascii="Times New Roman" w:hAnsi="Times New Roman" w:eastAsia="Times New Roman" w:cs="Times New Roman"/>
          <w:sz w:val="24"/>
        </w:rPr>
        <w:t>e</w:t>
      </w:r>
      <w:r>
        <w:rPr>
          <w:rFonts w:ascii="Times New Roman" w:hAnsi="Times New Roman" w:eastAsia="Times New Roman" w:cs="Times New Roman"/>
          <w:sz w:val="24"/>
        </w:rPr>
        <w:t>c</w:t>
      </w:r>
      <w:r>
        <w:rPr>
          <w:rFonts w:ascii="Times New Roman" w:hAnsi="Times New Roman" w:eastAsia="Times New Roman" w:cs="Times New Roman"/>
          <w:sz w:val="24"/>
        </w:rPr>
        <w:t>eipt of this n</w:t>
      </w:r>
      <w:r>
        <w:rPr>
          <w:rFonts w:ascii="Times New Roman" w:hAnsi="Times New Roman" w:eastAsia="Times New Roman" w:cs="Times New Roman"/>
          <w:sz w:val="24"/>
        </w:rPr>
        <w:t>o</w:t>
      </w:r>
      <w:r>
        <w:rPr>
          <w:rFonts w:ascii="Times New Roman" w:hAnsi="Times New Roman" w:eastAsia="Times New Roman" w:cs="Times New Roman"/>
          <w:sz w:val="24"/>
        </w:rPr>
        <w:t>ti</w:t>
      </w:r>
      <w:r>
        <w:rPr>
          <w:rFonts w:ascii="Times New Roman" w:hAnsi="Times New Roman" w:eastAsia="Times New Roman" w:cs="Times New Roman"/>
          <w:sz w:val="24"/>
        </w:rPr>
        <w:t>c</w:t>
      </w:r>
      <w:r>
        <w:rPr>
          <w:rFonts w:ascii="Times New Roman" w:hAnsi="Times New Roman" w:eastAsia="Times New Roman" w:cs="Times New Roman"/>
          <w:sz w:val="24"/>
        </w:rPr>
        <w:t xml:space="preserve">e </w:t>
      </w:r>
      <w:r>
        <w:rPr>
          <w:rFonts w:ascii="Times New Roman" w:hAnsi="Times New Roman" w:eastAsia="Times New Roman" w:cs="Times New Roman"/>
          <w:sz w:val="24"/>
        </w:rPr>
        <w:t>t</w:t>
      </w:r>
      <w:r>
        <w:rPr>
          <w:rFonts w:ascii="Times New Roman" w:hAnsi="Times New Roman" w:eastAsia="Times New Roman" w:cs="Times New Roman"/>
          <w:sz w:val="24"/>
        </w:rPr>
        <w:t xml:space="preserve">o vacate for the reason of the handling of illegal drugs. </w:t>
      </w:r>
      <w:r>
        <w:rPr>
          <w:rFonts w:ascii="Times New Roman" w:hAnsi="Times New Roman" w:eastAsia="Times New Roman" w:cs="Times New Roman"/>
          <w:sz w:val="24"/>
        </w:rPr>
        <w:t>T</w:t>
      </w:r>
      <w:r>
        <w:rPr>
          <w:rFonts w:ascii="Times New Roman" w:hAnsi="Times New Roman" w:eastAsia="Times New Roman" w:cs="Times New Roman"/>
          <w:sz w:val="24"/>
        </w:rPr>
        <w:t>his is n</w:t>
      </w:r>
      <w:r>
        <w:rPr>
          <w:rFonts w:ascii="Times New Roman" w:hAnsi="Times New Roman" w:eastAsia="Times New Roman" w:cs="Times New Roman"/>
          <w:sz w:val="24"/>
        </w:rPr>
        <w:t>o</w:t>
      </w:r>
      <w:r>
        <w:rPr>
          <w:rFonts w:ascii="Times New Roman" w:hAnsi="Times New Roman" w:eastAsia="Times New Roman" w:cs="Times New Roman"/>
          <w:sz w:val="24"/>
        </w:rPr>
        <w:t xml:space="preserve">t a </w:t>
      </w:r>
      <w:r>
        <w:rPr>
          <w:rFonts w:ascii="Times New Roman" w:hAnsi="Times New Roman" w:eastAsia="Times New Roman" w:cs="Times New Roman"/>
          <w:sz w:val="24"/>
        </w:rPr>
        <w:t>j</w:t>
      </w:r>
      <w:r>
        <w:rPr>
          <w:rFonts w:ascii="Times New Roman" w:hAnsi="Times New Roman" w:eastAsia="Times New Roman" w:cs="Times New Roman"/>
          <w:sz w:val="24"/>
        </w:rPr>
        <w:t>u</w:t>
      </w:r>
      <w:r>
        <w:rPr>
          <w:rFonts w:ascii="Times New Roman" w:hAnsi="Times New Roman" w:eastAsia="Times New Roman" w:cs="Times New Roman"/>
          <w:sz w:val="24"/>
        </w:rPr>
        <w:t>di</w:t>
      </w:r>
      <w:r>
        <w:rPr>
          <w:rFonts w:ascii="Times New Roman" w:hAnsi="Times New Roman" w:eastAsia="Times New Roman" w:cs="Times New Roman"/>
          <w:sz w:val="24"/>
        </w:rPr>
        <w:t>c</w:t>
      </w:r>
      <w:r>
        <w:rPr>
          <w:rFonts w:ascii="Times New Roman" w:hAnsi="Times New Roman" w:eastAsia="Times New Roman" w:cs="Times New Roman"/>
          <w:sz w:val="24"/>
        </w:rPr>
        <w:t>i</w:t>
      </w:r>
      <w:r>
        <w:rPr>
          <w:rFonts w:ascii="Times New Roman" w:hAnsi="Times New Roman" w:eastAsia="Times New Roman" w:cs="Times New Roman"/>
          <w:sz w:val="24"/>
        </w:rPr>
        <w:t>a</w:t>
      </w:r>
      <w:r>
        <w:rPr>
          <w:rFonts w:ascii="Times New Roman" w:hAnsi="Times New Roman" w:eastAsia="Times New Roman" w:cs="Times New Roman"/>
          <w:sz w:val="24"/>
        </w:rPr>
        <w:t xml:space="preserve">l </w:t>
      </w:r>
      <w:r>
        <w:rPr>
          <w:rFonts w:ascii="Times New Roman" w:hAnsi="Times New Roman" w:eastAsia="Times New Roman" w:cs="Times New Roman"/>
          <w:sz w:val="24"/>
        </w:rPr>
        <w:t>d</w:t>
      </w:r>
      <w:r>
        <w:rPr>
          <w:rFonts w:ascii="Times New Roman" w:hAnsi="Times New Roman" w:eastAsia="Times New Roman" w:cs="Times New Roman"/>
          <w:sz w:val="24"/>
        </w:rPr>
        <w:t>o</w:t>
      </w:r>
      <w:r>
        <w:rPr>
          <w:rFonts w:ascii="Times New Roman" w:hAnsi="Times New Roman" w:eastAsia="Times New Roman" w:cs="Times New Roman"/>
          <w:sz w:val="24"/>
        </w:rPr>
        <w:t>c</w:t>
      </w:r>
      <w:r>
        <w:rPr>
          <w:rFonts w:ascii="Times New Roman" w:hAnsi="Times New Roman" w:eastAsia="Times New Roman" w:cs="Times New Roman"/>
          <w:sz w:val="24"/>
        </w:rPr>
        <w:t>u</w:t>
      </w:r>
      <w:r>
        <w:rPr>
          <w:rFonts w:ascii="Times New Roman" w:hAnsi="Times New Roman" w:eastAsia="Times New Roman" w:cs="Times New Roman"/>
          <w:sz w:val="24"/>
        </w:rPr>
        <w:t>m</w:t>
      </w:r>
      <w:r>
        <w:rPr>
          <w:rFonts w:ascii="Times New Roman" w:hAnsi="Times New Roman" w:eastAsia="Times New Roman" w:cs="Times New Roman"/>
          <w:sz w:val="24"/>
        </w:rPr>
        <w:t xml:space="preserve">ent. </w:t>
      </w:r>
      <w:r>
        <w:rPr>
          <w:rFonts w:ascii="Times New Roman" w:hAnsi="Times New Roman" w:eastAsia="Times New Roman" w:cs="Times New Roman"/>
          <w:sz w:val="24"/>
        </w:rPr>
        <w:t>B</w:t>
      </w:r>
      <w:r>
        <w:rPr>
          <w:rFonts w:ascii="Times New Roman" w:hAnsi="Times New Roman" w:eastAsia="Times New Roman" w:cs="Times New Roman"/>
          <w:sz w:val="24"/>
        </w:rPr>
        <w:t xml:space="preserve">y </w:t>
      </w:r>
      <w:r>
        <w:rPr>
          <w:rFonts w:ascii="Times New Roman" w:hAnsi="Times New Roman" w:eastAsia="Times New Roman" w:cs="Times New Roman"/>
          <w:sz w:val="24"/>
        </w:rPr>
        <w:t>l</w:t>
      </w:r>
      <w:r>
        <w:rPr>
          <w:rFonts w:ascii="Times New Roman" w:hAnsi="Times New Roman" w:eastAsia="Times New Roman" w:cs="Times New Roman"/>
          <w:sz w:val="24"/>
        </w:rPr>
        <w:t>a</w:t>
      </w:r>
      <w:r>
        <w:rPr>
          <w:rFonts w:ascii="Times New Roman" w:hAnsi="Times New Roman" w:eastAsia="Times New Roman" w:cs="Times New Roman"/>
          <w:sz w:val="24"/>
        </w:rPr>
        <w:t>w, a</w:t>
      </w:r>
      <w:r>
        <w:rPr>
          <w:rFonts w:ascii="Times New Roman" w:hAnsi="Times New Roman" w:eastAsia="Times New Roman" w:cs="Times New Roman"/>
          <w:sz w:val="24"/>
        </w:rPr>
        <w:t xml:space="preserve"> c</w:t>
      </w:r>
      <w:r>
        <w:rPr>
          <w:rFonts w:ascii="Times New Roman" w:hAnsi="Times New Roman" w:eastAsia="Times New Roman" w:cs="Times New Roman"/>
          <w:sz w:val="24"/>
        </w:rPr>
        <w:t>ou</w:t>
      </w:r>
      <w:r>
        <w:rPr>
          <w:rFonts w:ascii="Times New Roman" w:hAnsi="Times New Roman" w:eastAsia="Times New Roman" w:cs="Times New Roman"/>
          <w:sz w:val="24"/>
        </w:rPr>
        <w:t>r</w:t>
      </w:r>
      <w:r>
        <w:rPr>
          <w:rFonts w:ascii="Times New Roman" w:hAnsi="Times New Roman" w:eastAsia="Times New Roman" w:cs="Times New Roman"/>
          <w:sz w:val="24"/>
        </w:rPr>
        <w:t>t is t</w:t>
      </w:r>
      <w:r>
        <w:rPr>
          <w:rFonts w:ascii="Times New Roman" w:hAnsi="Times New Roman" w:eastAsia="Times New Roman" w:cs="Times New Roman"/>
          <w:sz w:val="24"/>
        </w:rPr>
        <w:t>h</w:t>
      </w:r>
      <w:r>
        <w:rPr>
          <w:rFonts w:ascii="Times New Roman" w:hAnsi="Times New Roman" w:eastAsia="Times New Roman" w:cs="Times New Roman"/>
          <w:sz w:val="24"/>
        </w:rPr>
        <w:t xml:space="preserve">e </w:t>
      </w:r>
      <w:r>
        <w:rPr>
          <w:rFonts w:ascii="Times New Roman" w:hAnsi="Times New Roman" w:eastAsia="Times New Roman" w:cs="Times New Roman"/>
          <w:sz w:val="24"/>
        </w:rPr>
        <w:t>f</w:t>
      </w:r>
      <w:r>
        <w:rPr>
          <w:rFonts w:ascii="Times New Roman" w:hAnsi="Times New Roman" w:eastAsia="Times New Roman" w:cs="Times New Roman"/>
          <w:sz w:val="24"/>
        </w:rPr>
        <w:t xml:space="preserve">inal </w:t>
      </w:r>
      <w:r>
        <w:rPr>
          <w:rFonts w:ascii="Times New Roman" w:hAnsi="Times New Roman" w:eastAsia="Times New Roman" w:cs="Times New Roman"/>
          <w:sz w:val="24"/>
        </w:rPr>
        <w:t>a</w:t>
      </w:r>
      <w:r>
        <w:rPr>
          <w:rFonts w:ascii="Times New Roman" w:hAnsi="Times New Roman" w:eastAsia="Times New Roman" w:cs="Times New Roman"/>
          <w:sz w:val="24"/>
        </w:rPr>
        <w:t>ut</w:t>
      </w:r>
      <w:r>
        <w:rPr>
          <w:rFonts w:ascii="Times New Roman" w:hAnsi="Times New Roman" w:eastAsia="Times New Roman" w:cs="Times New Roman"/>
          <w:sz w:val="24"/>
        </w:rPr>
        <w:t>h</w:t>
      </w:r>
      <w:r>
        <w:rPr>
          <w:rFonts w:ascii="Times New Roman" w:hAnsi="Times New Roman" w:eastAsia="Times New Roman" w:cs="Times New Roman"/>
          <w:sz w:val="24"/>
        </w:rPr>
        <w:t>o</w:t>
      </w:r>
      <w:r>
        <w:rPr>
          <w:rFonts w:ascii="Times New Roman" w:hAnsi="Times New Roman" w:eastAsia="Times New Roman" w:cs="Times New Roman"/>
          <w:sz w:val="24"/>
        </w:rPr>
        <w:t>r</w:t>
      </w:r>
      <w:r>
        <w:rPr>
          <w:rFonts w:ascii="Times New Roman" w:hAnsi="Times New Roman" w:eastAsia="Times New Roman" w:cs="Times New Roman"/>
          <w:sz w:val="24"/>
        </w:rPr>
        <w:t>i</w:t>
      </w:r>
      <w:r>
        <w:rPr>
          <w:rFonts w:ascii="Times New Roman" w:hAnsi="Times New Roman" w:eastAsia="Times New Roman" w:cs="Times New Roman"/>
          <w:sz w:val="24"/>
        </w:rPr>
        <w:t>t</w:t>
      </w:r>
      <w:r>
        <w:rPr>
          <w:rFonts w:ascii="Times New Roman" w:hAnsi="Times New Roman" w:eastAsia="Times New Roman" w:cs="Times New Roman"/>
          <w:sz w:val="24"/>
        </w:rPr>
        <w:t xml:space="preserve">y </w:t>
      </w:r>
      <w:r>
        <w:rPr>
          <w:rFonts w:ascii="Times New Roman" w:hAnsi="Times New Roman" w:eastAsia="Times New Roman" w:cs="Times New Roman"/>
          <w:sz w:val="24"/>
        </w:rPr>
        <w:t>i</w:t>
      </w:r>
      <w:r>
        <w:rPr>
          <w:rFonts w:ascii="Times New Roman" w:hAnsi="Times New Roman" w:eastAsia="Times New Roman" w:cs="Times New Roman"/>
          <w:sz w:val="24"/>
        </w:rPr>
        <w:t xml:space="preserve">n </w:t>
      </w:r>
      <w:r>
        <w:rPr>
          <w:rFonts w:ascii="Times New Roman" w:hAnsi="Times New Roman" w:eastAsia="Times New Roman" w:cs="Times New Roman"/>
          <w:sz w:val="24"/>
        </w:rPr>
        <w:t>e</w:t>
      </w:r>
      <w:r>
        <w:rPr>
          <w:rFonts w:ascii="Times New Roman" w:hAnsi="Times New Roman" w:eastAsia="Times New Roman" w:cs="Times New Roman"/>
          <w:sz w:val="24"/>
        </w:rPr>
        <w:t>ve</w:t>
      </w:r>
      <w:r>
        <w:rPr>
          <w:rFonts w:ascii="Times New Roman" w:hAnsi="Times New Roman" w:eastAsia="Times New Roman" w:cs="Times New Roman"/>
          <w:sz w:val="24"/>
        </w:rPr>
        <w:t>r</w:t>
      </w:r>
      <w:r>
        <w:rPr>
          <w:rFonts w:ascii="Times New Roman" w:hAnsi="Times New Roman" w:eastAsia="Times New Roman" w:cs="Times New Roman"/>
          <w:sz w:val="24"/>
        </w:rPr>
        <w:t xml:space="preserve">y </w:t>
      </w:r>
      <w:r>
        <w:rPr>
          <w:rFonts w:ascii="Times New Roman" w:hAnsi="Times New Roman" w:eastAsia="Times New Roman" w:cs="Times New Roman"/>
          <w:sz w:val="24"/>
        </w:rPr>
        <w:t>e</w:t>
      </w:r>
      <w:r>
        <w:rPr>
          <w:rFonts w:ascii="Times New Roman" w:hAnsi="Times New Roman" w:eastAsia="Times New Roman" w:cs="Times New Roman"/>
          <w:sz w:val="24"/>
        </w:rPr>
        <w:t>vi</w:t>
      </w:r>
      <w:r>
        <w:rPr>
          <w:rFonts w:ascii="Times New Roman" w:hAnsi="Times New Roman" w:eastAsia="Times New Roman" w:cs="Times New Roman"/>
          <w:sz w:val="24"/>
        </w:rPr>
        <w:t>c</w:t>
      </w:r>
      <w:r>
        <w:rPr>
          <w:rFonts w:ascii="Times New Roman" w:hAnsi="Times New Roman" w:eastAsia="Times New Roman" w:cs="Times New Roman"/>
          <w:sz w:val="24"/>
        </w:rPr>
        <w:t>t</w:t>
      </w:r>
      <w:r>
        <w:rPr>
          <w:rFonts w:ascii="Times New Roman" w:hAnsi="Times New Roman" w:eastAsia="Times New Roman" w:cs="Times New Roman"/>
          <w:sz w:val="24"/>
        </w:rPr>
        <w:t>ion, a</w:t>
      </w:r>
      <w:r>
        <w:rPr>
          <w:rFonts w:ascii="Times New Roman" w:hAnsi="Times New Roman" w:eastAsia="Times New Roman" w:cs="Times New Roman"/>
          <w:sz w:val="24"/>
        </w:rPr>
        <w:t>n</w:t>
      </w:r>
      <w:r>
        <w:rPr>
          <w:rFonts w:ascii="Times New Roman" w:hAnsi="Times New Roman" w:eastAsia="Times New Roman" w:cs="Times New Roman"/>
          <w:sz w:val="24"/>
        </w:rPr>
        <w:t>d if</w:t>
      </w:r>
      <w:r>
        <w:rPr>
          <w:rFonts w:ascii="Times New Roman" w:hAnsi="Times New Roman" w:eastAsia="Times New Roman" w:cs="Times New Roman"/>
          <w:sz w:val="24"/>
        </w:rPr>
        <w:t xml:space="preserve"> </w:t>
      </w:r>
      <w:r>
        <w:rPr>
          <w:rFonts w:ascii="Times New Roman" w:hAnsi="Times New Roman" w:eastAsia="Times New Roman" w:cs="Times New Roman"/>
          <w:sz w:val="24"/>
        </w:rPr>
        <w:t>y</w:t>
      </w:r>
      <w:r>
        <w:rPr>
          <w:rFonts w:ascii="Times New Roman" w:hAnsi="Times New Roman" w:eastAsia="Times New Roman" w:cs="Times New Roman"/>
          <w:sz w:val="24"/>
        </w:rPr>
        <w:t>o</w:t>
      </w:r>
      <w:r>
        <w:rPr>
          <w:rFonts w:ascii="Times New Roman" w:hAnsi="Times New Roman" w:eastAsia="Times New Roman" w:cs="Times New Roman"/>
          <w:sz w:val="24"/>
        </w:rPr>
        <w:t xml:space="preserve">u </w:t>
      </w:r>
      <w:r>
        <w:rPr>
          <w:rFonts w:ascii="Times New Roman" w:hAnsi="Times New Roman" w:eastAsia="Times New Roman" w:cs="Times New Roman"/>
          <w:sz w:val="24"/>
        </w:rPr>
        <w:t>b</w:t>
      </w:r>
      <w:r>
        <w:rPr>
          <w:rFonts w:ascii="Times New Roman" w:hAnsi="Times New Roman" w:eastAsia="Times New Roman" w:cs="Times New Roman"/>
          <w:sz w:val="24"/>
        </w:rPr>
        <w:t>e</w:t>
      </w:r>
      <w:r>
        <w:rPr>
          <w:rFonts w:ascii="Times New Roman" w:hAnsi="Times New Roman" w:eastAsia="Times New Roman" w:cs="Times New Roman"/>
          <w:sz w:val="24"/>
        </w:rPr>
        <w:t>l</w:t>
      </w:r>
      <w:r>
        <w:rPr>
          <w:rFonts w:ascii="Times New Roman" w:hAnsi="Times New Roman" w:eastAsia="Times New Roman" w:cs="Times New Roman"/>
          <w:sz w:val="24"/>
        </w:rPr>
        <w:t>i</w:t>
      </w:r>
      <w:r>
        <w:rPr>
          <w:rFonts w:ascii="Times New Roman" w:hAnsi="Times New Roman" w:eastAsia="Times New Roman" w:cs="Times New Roman"/>
          <w:sz w:val="24"/>
        </w:rPr>
        <w:t>e</w:t>
      </w:r>
      <w:r>
        <w:rPr>
          <w:rFonts w:ascii="Times New Roman" w:hAnsi="Times New Roman" w:eastAsia="Times New Roman" w:cs="Times New Roman"/>
          <w:sz w:val="24"/>
        </w:rPr>
        <w:t>ve y</w:t>
      </w:r>
      <w:r>
        <w:rPr>
          <w:rFonts w:ascii="Times New Roman" w:hAnsi="Times New Roman" w:eastAsia="Times New Roman" w:cs="Times New Roman"/>
          <w:sz w:val="24"/>
        </w:rPr>
        <w:t>o</w:t>
      </w:r>
      <w:r>
        <w:rPr>
          <w:rFonts w:ascii="Times New Roman" w:hAnsi="Times New Roman" w:eastAsia="Times New Roman" w:cs="Times New Roman"/>
          <w:sz w:val="24"/>
        </w:rPr>
        <w:t>u a</w:t>
      </w:r>
      <w:r>
        <w:rPr>
          <w:rFonts w:ascii="Times New Roman" w:hAnsi="Times New Roman" w:eastAsia="Times New Roman" w:cs="Times New Roman"/>
          <w:sz w:val="24"/>
        </w:rPr>
        <w:t>r</w:t>
      </w:r>
      <w:r>
        <w:rPr>
          <w:rFonts w:ascii="Times New Roman" w:hAnsi="Times New Roman" w:eastAsia="Times New Roman" w:cs="Times New Roman"/>
          <w:sz w:val="24"/>
        </w:rPr>
        <w:t>e en</w:t>
      </w:r>
      <w:r>
        <w:rPr>
          <w:rFonts w:ascii="Times New Roman" w:hAnsi="Times New Roman" w:eastAsia="Times New Roman" w:cs="Times New Roman"/>
          <w:sz w:val="24"/>
        </w:rPr>
        <w:t>t</w:t>
      </w:r>
      <w:r>
        <w:rPr>
          <w:rFonts w:ascii="Times New Roman" w:hAnsi="Times New Roman" w:eastAsia="Times New Roman" w:cs="Times New Roman"/>
          <w:sz w:val="24"/>
        </w:rPr>
        <w:t>i</w:t>
      </w:r>
      <w:r>
        <w:rPr>
          <w:rFonts w:ascii="Times New Roman" w:hAnsi="Times New Roman" w:eastAsia="Times New Roman" w:cs="Times New Roman"/>
          <w:sz w:val="24"/>
        </w:rPr>
        <w:t>t</w:t>
      </w:r>
      <w:r>
        <w:rPr>
          <w:rFonts w:ascii="Times New Roman" w:hAnsi="Times New Roman" w:eastAsia="Times New Roman" w:cs="Times New Roman"/>
          <w:sz w:val="24"/>
        </w:rPr>
        <w:t xml:space="preserve">led to </w:t>
      </w:r>
      <w:r>
        <w:rPr>
          <w:rFonts w:ascii="Times New Roman" w:hAnsi="Times New Roman" w:eastAsia="Times New Roman" w:cs="Times New Roman"/>
          <w:sz w:val="24"/>
        </w:rPr>
        <w:t>r</w:t>
      </w:r>
      <w:r>
        <w:rPr>
          <w:rFonts w:ascii="Times New Roman" w:hAnsi="Times New Roman" w:eastAsia="Times New Roman" w:cs="Times New Roman"/>
          <w:sz w:val="24"/>
        </w:rPr>
        <w:t>e</w:t>
      </w:r>
      <w:r>
        <w:rPr>
          <w:rFonts w:ascii="Times New Roman" w:hAnsi="Times New Roman" w:eastAsia="Times New Roman" w:cs="Times New Roman"/>
          <w:sz w:val="24"/>
        </w:rPr>
        <w:t>m</w:t>
      </w:r>
      <w:r>
        <w:rPr>
          <w:rFonts w:ascii="Times New Roman" w:hAnsi="Times New Roman" w:eastAsia="Times New Roman" w:cs="Times New Roman"/>
          <w:sz w:val="24"/>
        </w:rPr>
        <w:t>ain as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a </w:t>
      </w:r>
      <w:r>
        <w:rPr>
          <w:rFonts w:ascii="Times New Roman" w:hAnsi="Times New Roman" w:eastAsia="Times New Roman" w:cs="Times New Roman"/>
          <w:sz w:val="24"/>
        </w:rPr>
        <w:t>t</w:t>
      </w:r>
      <w:r>
        <w:rPr>
          <w:rFonts w:ascii="Times New Roman" w:hAnsi="Times New Roman" w:eastAsia="Times New Roman" w:cs="Times New Roman"/>
          <w:sz w:val="24"/>
        </w:rPr>
        <w:t>ena</w:t>
      </w:r>
      <w:r>
        <w:rPr>
          <w:rFonts w:ascii="Times New Roman" w:hAnsi="Times New Roman" w:eastAsia="Times New Roman" w:cs="Times New Roman"/>
          <w:sz w:val="24"/>
        </w:rPr>
        <w:t>n</w:t>
      </w:r>
      <w:r>
        <w:rPr>
          <w:rFonts w:ascii="Times New Roman" w:hAnsi="Times New Roman" w:eastAsia="Times New Roman" w:cs="Times New Roman"/>
          <w:sz w:val="24"/>
        </w:rPr>
        <w:t>t, you or y</w:t>
      </w:r>
      <w:r>
        <w:rPr>
          <w:rFonts w:ascii="Times New Roman" w:hAnsi="Times New Roman" w:eastAsia="Times New Roman" w:cs="Times New Roman"/>
          <w:sz w:val="24"/>
        </w:rPr>
        <w:t>o</w:t>
      </w:r>
      <w:r>
        <w:rPr>
          <w:rFonts w:ascii="Times New Roman" w:hAnsi="Times New Roman" w:eastAsia="Times New Roman" w:cs="Times New Roman"/>
          <w:sz w:val="24"/>
        </w:rPr>
        <w:t>ur l</w:t>
      </w:r>
      <w:r>
        <w:rPr>
          <w:rFonts w:ascii="Times New Roman" w:hAnsi="Times New Roman" w:eastAsia="Times New Roman" w:cs="Times New Roman"/>
          <w:sz w:val="24"/>
        </w:rPr>
        <w:t>a</w:t>
      </w:r>
      <w:r>
        <w:rPr>
          <w:rFonts w:ascii="Times New Roman" w:hAnsi="Times New Roman" w:eastAsia="Times New Roman" w:cs="Times New Roman"/>
          <w:sz w:val="24"/>
        </w:rPr>
        <w:t>w</w:t>
      </w:r>
      <w:r>
        <w:rPr>
          <w:rFonts w:ascii="Times New Roman" w:hAnsi="Times New Roman" w:eastAsia="Times New Roman" w:cs="Times New Roman"/>
          <w:sz w:val="24"/>
        </w:rPr>
        <w:t xml:space="preserve">yer </w:t>
      </w:r>
      <w:r>
        <w:rPr>
          <w:rFonts w:ascii="Times New Roman" w:hAnsi="Times New Roman" w:eastAsia="Times New Roman" w:cs="Times New Roman"/>
          <w:sz w:val="24"/>
        </w:rPr>
        <w:t>m</w:t>
      </w:r>
      <w:r>
        <w:rPr>
          <w:rFonts w:ascii="Times New Roman" w:hAnsi="Times New Roman" w:eastAsia="Times New Roman" w:cs="Times New Roman"/>
          <w:sz w:val="24"/>
        </w:rPr>
        <w:t>a</w:t>
      </w:r>
      <w:r>
        <w:rPr>
          <w:rFonts w:ascii="Times New Roman" w:hAnsi="Times New Roman" w:eastAsia="Times New Roman" w:cs="Times New Roman"/>
          <w:sz w:val="24"/>
        </w:rPr>
        <w:t>y p</w:t>
      </w:r>
      <w:r>
        <w:rPr>
          <w:rFonts w:ascii="Times New Roman" w:hAnsi="Times New Roman" w:eastAsia="Times New Roman" w:cs="Times New Roman"/>
          <w:sz w:val="24"/>
        </w:rPr>
        <w:t>r</w:t>
      </w:r>
      <w:r>
        <w:rPr>
          <w:rFonts w:ascii="Times New Roman" w:hAnsi="Times New Roman" w:eastAsia="Times New Roman" w:cs="Times New Roman"/>
          <w:sz w:val="24"/>
        </w:rPr>
        <w:t>e</w:t>
      </w:r>
      <w:r>
        <w:rPr>
          <w:rFonts w:ascii="Times New Roman" w:hAnsi="Times New Roman" w:eastAsia="Times New Roman" w:cs="Times New Roman"/>
          <w:sz w:val="24"/>
        </w:rPr>
        <w:t>s</w:t>
      </w:r>
      <w:r>
        <w:rPr>
          <w:rFonts w:ascii="Times New Roman" w:hAnsi="Times New Roman" w:eastAsia="Times New Roman" w:cs="Times New Roman"/>
          <w:sz w:val="24"/>
        </w:rPr>
        <w:t>e</w:t>
      </w:r>
      <w:r>
        <w:rPr>
          <w:rFonts w:ascii="Times New Roman" w:hAnsi="Times New Roman" w:eastAsia="Times New Roman" w:cs="Times New Roman"/>
          <w:sz w:val="24"/>
        </w:rPr>
        <w:t>nt y</w:t>
      </w:r>
      <w:r>
        <w:rPr>
          <w:rFonts w:ascii="Times New Roman" w:hAnsi="Times New Roman" w:eastAsia="Times New Roman" w:cs="Times New Roman"/>
          <w:sz w:val="24"/>
        </w:rPr>
        <w:t>o</w:t>
      </w:r>
      <w:r>
        <w:rPr>
          <w:rFonts w:ascii="Times New Roman" w:hAnsi="Times New Roman" w:eastAsia="Times New Roman" w:cs="Times New Roman"/>
          <w:sz w:val="24"/>
        </w:rPr>
        <w:t xml:space="preserve">ur </w:t>
      </w:r>
      <w:r>
        <w:rPr>
          <w:rFonts w:ascii="Times New Roman" w:hAnsi="Times New Roman" w:eastAsia="Times New Roman" w:cs="Times New Roman"/>
          <w:sz w:val="24"/>
        </w:rPr>
        <w:t>c</w:t>
      </w:r>
      <w:r>
        <w:rPr>
          <w:rFonts w:ascii="Times New Roman" w:hAnsi="Times New Roman" w:eastAsia="Times New Roman" w:cs="Times New Roman"/>
          <w:sz w:val="24"/>
        </w:rPr>
        <w:t>a</w:t>
      </w:r>
      <w:r>
        <w:rPr>
          <w:rFonts w:ascii="Times New Roman" w:hAnsi="Times New Roman" w:eastAsia="Times New Roman" w:cs="Times New Roman"/>
          <w:sz w:val="24"/>
        </w:rPr>
        <w:t>s</w:t>
      </w:r>
      <w:r>
        <w:rPr>
          <w:rFonts w:ascii="Times New Roman" w:hAnsi="Times New Roman" w:eastAsia="Times New Roman" w:cs="Times New Roman"/>
          <w:sz w:val="24"/>
        </w:rPr>
        <w:t xml:space="preserve">e in </w:t>
      </w:r>
      <w:r>
        <w:rPr>
          <w:rFonts w:ascii="Times New Roman" w:hAnsi="Times New Roman" w:eastAsia="Times New Roman" w:cs="Times New Roman"/>
          <w:sz w:val="24"/>
        </w:rPr>
        <w:t>c</w:t>
      </w:r>
      <w:r>
        <w:rPr>
          <w:rFonts w:ascii="Times New Roman" w:hAnsi="Times New Roman" w:eastAsia="Times New Roman" w:cs="Times New Roman"/>
          <w:sz w:val="24"/>
        </w:rPr>
        <w:t>o</w:t>
      </w:r>
      <w:r>
        <w:rPr>
          <w:rFonts w:ascii="Times New Roman" w:hAnsi="Times New Roman" w:eastAsia="Times New Roman" w:cs="Times New Roman"/>
          <w:sz w:val="24"/>
        </w:rPr>
        <w:t>u</w:t>
      </w:r>
      <w:r>
        <w:rPr>
          <w:rFonts w:ascii="Times New Roman" w:hAnsi="Times New Roman" w:eastAsia="Times New Roman" w:cs="Times New Roman"/>
          <w:sz w:val="24"/>
        </w:rPr>
        <w:t>r</w:t>
      </w:r>
      <w:r>
        <w:rPr>
          <w:rFonts w:ascii="Times New Roman" w:hAnsi="Times New Roman" w:eastAsia="Times New Roman" w:cs="Times New Roman"/>
          <w:sz w:val="24"/>
        </w:rPr>
        <w:t>t.</w:t>
      </w:r>
    </w:p>
    <w:p>
      <w:pPr/>
    </w:p>
    <w:p>
      <w:pPr>
        <w:spacing w:before="19" w:after="0"/>
      </w:pPr>
    </w:p>
    <w:p>
      <w:pPr/>
      <w:r>
        <w:rPr>
          <w:rFonts w:ascii="Times New Roman" w:hAnsi="Times New Roman" w:eastAsia="Times New Roman" w:cs="Times New Roman"/>
          <w:sz w:val="24"/>
        </w:rPr>
        <w:t>T</w:t>
      </w:r>
      <w:r>
        <w:rPr>
          <w:rFonts w:ascii="Times New Roman" w:hAnsi="Times New Roman" w:eastAsia="Times New Roman" w:cs="Times New Roman"/>
          <w:sz w:val="24"/>
        </w:rPr>
        <w:t xml:space="preserve">he </w:t>
      </w:r>
      <w:r>
        <w:rPr>
          <w:rFonts w:ascii="Times New Roman" w:hAnsi="Times New Roman" w:eastAsia="Times New Roman" w:cs="Times New Roman"/>
          <w:sz w:val="24"/>
        </w:rPr>
        <w:t>r</w:t>
      </w:r>
      <w:r>
        <w:rPr>
          <w:rFonts w:ascii="Times New Roman" w:hAnsi="Times New Roman" w:eastAsia="Times New Roman" w:cs="Times New Roman"/>
          <w:sz w:val="24"/>
        </w:rPr>
        <w:t>ea</w:t>
      </w:r>
      <w:r>
        <w:rPr>
          <w:rFonts w:ascii="Times New Roman" w:hAnsi="Times New Roman" w:eastAsia="Times New Roman" w:cs="Times New Roman"/>
          <w:sz w:val="24"/>
        </w:rPr>
        <w:t>s</w:t>
      </w:r>
      <w:r>
        <w:rPr>
          <w:rFonts w:ascii="Times New Roman" w:hAnsi="Times New Roman" w:eastAsia="Times New Roman" w:cs="Times New Roman"/>
          <w:sz w:val="24"/>
        </w:rPr>
        <w:t>on for termination of the te</w:t>
      </w:r>
      <w:r>
        <w:rPr>
          <w:rFonts w:ascii="Times New Roman" w:hAnsi="Times New Roman" w:eastAsia="Times New Roman" w:cs="Times New Roman"/>
          <w:sz w:val="24"/>
        </w:rPr>
        <w:t>n</w:t>
      </w:r>
      <w:r>
        <w:rPr>
          <w:rFonts w:ascii="Times New Roman" w:hAnsi="Times New Roman" w:eastAsia="Times New Roman" w:cs="Times New Roman"/>
          <w:sz w:val="24"/>
        </w:rPr>
        <w:t>an</w:t>
      </w:r>
      <w:r>
        <w:rPr>
          <w:rFonts w:ascii="Times New Roman" w:hAnsi="Times New Roman" w:eastAsia="Times New Roman" w:cs="Times New Roman"/>
          <w:sz w:val="24"/>
        </w:rPr>
        <w:t>c</w:t>
      </w:r>
      <w:r>
        <w:rPr>
          <w:rFonts w:ascii="Times New Roman" w:hAnsi="Times New Roman" w:eastAsia="Times New Roman" w:cs="Times New Roman"/>
          <w:sz w:val="24"/>
        </w:rPr>
        <w:t xml:space="preserve">y is </w:t>
      </w:r>
      <w:r>
        <w:rPr>
          <w:rFonts w:ascii="Times New Roman" w:hAnsi="Times New Roman" w:eastAsia="Times New Roman" w:cs="Times New Roman"/>
          <w:sz w:val="24"/>
        </w:rPr>
        <w:t xml:space="preserve">due to your conviction for the sale, manufacturing, or distribution of illegal drugs on the leased premises in direct violation of the Controlled Substance, Drug, Device, and Cosmetic Act (35 P.S. § 780-101 et seq.). This notice is hereby served pursuant to 68 P.S. § 250.501, and as otherwise prescribed by state and local law.  </w:t>
      </w:r>
    </w:p>
    <w:p>
      <w:pPr/>
    </w:p>
    <w:p>
      <w:pPr>
        <w:spacing w:before="34" w:after="0"/>
      </w:pPr>
    </w:p>
    <w:p>
      <w:pPr>
        <w:spacing w:before="34" w:after="0"/>
      </w:pPr>
    </w:p>
    <w:p>
      <w:pPr>
        <w:spacing w:before="34" w:after="0"/>
      </w:pPr>
      <w:r>
        <w:rPr>
          <w:rFonts w:ascii="Times New Roman" w:hAnsi="Times New Roman" w:eastAsia="Times New Roman" w:cs="Times New Roman"/>
          <w:sz w:val="24"/>
        </w:rPr>
        <w:t>Sincerely,</w:t>
      </w:r>
    </w:p>
    <w:p>
      <w:pPr>
        <w:spacing w:before="34" w:after="0"/>
      </w:pPr>
    </w:p>
    <w:p>
      <w:pPr/>
    </w:p>
    <w:p>
      <w:pPr/>
      <w:r>
        <w:rPr>
          <w:rFonts w:ascii="Times New Roman" w:hAnsi="Times New Roman" w:eastAsia="Times New Roman" w:cs="Times New Roman"/>
          <w:sz w:val="24"/>
        </w:rPr>
        <w:t>____________________________________</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p>
    <w:p>
      <w:pPr>
        <w:spacing w:before="34" w:after="0"/>
      </w:pPr>
      <w:r>
        <w:rPr>
          <w:rFonts w:ascii="Times New Roman" w:hAnsi="Times New Roman" w:eastAsia="Times New Roman" w:cs="Times New Roman"/>
          <w:sz w:val="24"/>
        </w:rPr>
        <w:t>Landlord’s Signature</w:t>
      </w:r>
    </w:p>
    <w:p>
      <w:pPr>
        <w:spacing w:before="34" w:after="0"/>
      </w:pPr>
    </w:p>
    <w:p>
      <w:pPr/>
    </w:p>
    <w:p>
      <w:pPr/>
      <w:r>
        <w:rPr>
          <w:rFonts w:ascii="Times New Roman" w:hAnsi="Times New Roman" w:eastAsia="Times New Roman" w:cs="Times New Roman"/>
          <w:sz w:val="24"/>
        </w:rPr>
        <w:t xml:space="preserve">____________________________________      </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p>
    <w:p>
      <w:pPr>
        <w:spacing w:before="34" w:after="0"/>
      </w:pPr>
      <w:r>
        <w:rPr>
          <w:rFonts w:ascii="Times New Roman" w:hAnsi="Times New Roman" w:eastAsia="Times New Roman" w:cs="Times New Roman"/>
          <w:sz w:val="24"/>
        </w:rPr>
        <w:t>Print Name</w:t>
      </w:r>
    </w:p>
    <w:p>
      <w:pPr>
        <w:spacing w:before="34" w:after="0"/>
      </w:pPr>
    </w:p>
    <w:p>
      <w:pPr>
        <w:spacing w:before="34" w:after="0"/>
      </w:pPr>
    </w:p>
    <w:p>
      <w:pPr>
        <w:spacing w:before="34" w:after="0"/>
      </w:pPr>
    </w:p>
    <w:p>
      <w:pPr>
        <w:spacing w:before="34" w:after="0"/>
      </w:pPr>
    </w:p>
    <w:p>
      <w:pPr>
        <w:spacing w:before="34" w:after="0"/>
      </w:pPr>
    </w:p>
    <w:p>
      <w:pPr>
        <w:spacing w:before="34" w:after="0"/>
      </w:pPr>
    </w:p>
    <w:p>
      <w:pPr>
        <w:spacing w:before="34" w:after="0"/>
      </w:pPr>
    </w:p>
    <w:p>
      <w:pPr>
        <w:spacing w:before="34" w:after="0"/>
      </w:pPr>
    </w:p>
    <w:p>
      <w:pPr>
        <w:spacing w:before="34" w:after="0"/>
      </w:pPr>
    </w:p>
    <w:p>
      <w:pPr>
        <w:spacing w:before="34" w:after="0"/>
      </w:pPr>
    </w:p>
    <w:p>
      <w:pPr>
        <w:spacing w:before="34" w:after="0"/>
      </w:pPr>
    </w:p>
    <w:p>
      <w:pPr>
        <w:spacing w:before="34" w:after="0"/>
      </w:pPr>
    </w:p>
    <w:p>
      <w:pPr>
        <w:spacing w:before="34" w:after="0"/>
      </w:pPr>
    </w:p>
    <w:p>
      <w:pPr>
        <w:spacing w:before="240" w:after="120" w:line="360" w:lineRule="auto"/>
        <w:jc w:val="center"/>
      </w:pPr>
      <w:r>
        <w:rPr>
          <w:rFonts w:ascii="Times New Roman" w:hAnsi="Times New Roman" w:eastAsia="Times New Roman" w:cs="Times New Roman"/>
          <w:b/>
          <w:sz w:val="24"/>
        </w:rPr>
        <w:t>CERTIFICATE OF SERVICE</w:t>
      </w:r>
    </w:p>
    <w:p>
      <w:pPr>
        <w:spacing w:line="360" w:lineRule="auto"/>
      </w:pPr>
      <w:r>
        <w:rPr>
          <w:rFonts w:ascii="Times New Roman" w:hAnsi="Times New Roman" w:eastAsia="Times New Roman" w:cs="Times New Roman"/>
          <w:b/>
          <w:sz w:val="24"/>
        </w:rPr>
        <w:t xml:space="preserve"> </w:t>
      </w:r>
    </w:p>
    <w:p>
      <w:pPr>
        <w:spacing w:line="360" w:lineRule="auto"/>
      </w:pPr>
      <w:r>
        <w:rPr>
          <w:rFonts w:ascii="Times New Roman" w:hAnsi="Times New Roman" w:eastAsia="Times New Roman" w:cs="Times New Roman"/>
          <w:sz w:val="24"/>
        </w:rPr>
        <w:t>I certify that on the _____ day of ____________________, 20_____ I served this notice to __________________________ by:</w:t>
      </w:r>
    </w:p>
    <w:p>
      <w:pPr>
        <w:spacing w:line="360" w:lineRule="auto"/>
      </w:pPr>
      <w:r>
        <w:rPr>
          <w:rFonts w:ascii="Times New Roman" w:hAnsi="Times New Roman" w:eastAsia="Times New Roman" w:cs="Times New Roman"/>
          <w:sz w:val="24"/>
        </w:rPr>
        <w:t xml:space="preserve"> </w:t>
      </w:r>
    </w:p>
    <w:p>
      <w:pPr>
        <w:spacing w:line="360" w:lineRule="auto"/>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Delivering it personally to the person in possession.</w:t>
      </w:r>
    </w:p>
    <w:p>
      <w:pPr>
        <w:spacing w:line="360" w:lineRule="auto"/>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Leaving it at the principal building upon the premises.</w:t>
      </w:r>
    </w:p>
    <w:p>
      <w:pPr>
        <w:spacing w:line="360" w:lineRule="auto"/>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Posting it on a conspicuous place at the leased premises.</w:t>
      </w:r>
    </w:p>
    <w:p>
      <w:pPr>
        <w:spacing w:line="360" w:lineRule="auto"/>
      </w:pPr>
      <w:r>
        <w:rPr>
          <w:rFonts w:ascii="Times New Roman" w:hAnsi="Times New Roman" w:eastAsia="Times New Roman" w:cs="Times New Roman"/>
          <w:sz w:val="24"/>
        </w:rPr>
        <w:t xml:space="preserve"> </w:t>
      </w:r>
    </w:p>
    <w:p>
      <w:pPr>
        <w:spacing w:line="360" w:lineRule="auto"/>
      </w:pPr>
      <w:r>
        <w:rPr>
          <w:rFonts w:ascii="Times New Roman" w:hAnsi="Times New Roman" w:eastAsia="Times New Roman" w:cs="Times New Roman"/>
          <w:sz w:val="24"/>
        </w:rPr>
        <w:t xml:space="preserve">Signature </w:t>
      </w:r>
      <w:r>
        <w:rPr>
          <w:rFonts w:ascii="Times New Roman" w:hAnsi="Times New Roman" w:eastAsia="Times New Roman" w:cs="Times New Roman"/>
          <w:sz w:val="24"/>
        </w:rPr>
        <w:t>___________________________</w:t>
      </w:r>
    </w:p>
    <w:p>
      <w:pPr>
        <w:spacing w:before="34" w:after="0"/>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