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80" w:lineRule="auto"/>
        <w:jc w:val="center"/>
      </w:pPr>
      <w:r>
        <w:rPr>
          <w:rFonts w:ascii="Times New Roman" w:hAnsi="Times New Roman" w:eastAsia="Times New Roman" w:cs="Times New Roman"/>
          <w:b/>
          <w:sz w:val="24"/>
        </w:rPr>
        <w:t>PENNSYLVANIA CERTIFICATE OF RESIDENCY</w:t>
      </w:r>
    </w:p>
    <w:p>
      <w:pPr>
        <w:spacing w:line="480" w:lineRule="auto"/>
      </w:pPr>
    </w:p>
    <w:p>
      <w:pPr>
        <w:spacing w:line="480" w:lineRule="auto"/>
      </w:pPr>
      <w:r>
        <w:rPr>
          <w:rFonts w:ascii="Times New Roman" w:hAnsi="Times New Roman" w:eastAsia="Times New Roman" w:cs="Times New Roman"/>
          <w:sz w:val="24"/>
        </w:rPr>
        <w:t>The Grantee(s), ______________________________, swears to be a legal resident of the State of ____________ residing at the mailing address of _____________________ City of ________________, ____________ and Zip Code of ________.</w:t>
      </w:r>
    </w:p>
    <w:p>
      <w:pPr>
        <w:spacing w:line="480" w:lineRule="auto"/>
      </w:pPr>
    </w:p>
    <w:p>
      <w:pPr>
        <w:spacing w:line="480" w:lineRule="auto"/>
      </w:pPr>
      <w:r>
        <w:rPr>
          <w:rFonts w:ascii="Times New Roman" w:hAnsi="Times New Roman" w:eastAsia="Times New Roman" w:cs="Times New Roman"/>
          <w:sz w:val="24"/>
        </w:rPr>
        <w:t xml:space="preserve">Dated ________________, 20___ </w:t>
      </w:r>
    </w:p>
    <w:p>
      <w:pPr>
        <w:spacing w:line="480" w:lineRule="auto"/>
      </w:pPr>
    </w:p>
    <w:p>
      <w:pPr>
        <w:spacing w:line="480" w:lineRule="auto"/>
      </w:pPr>
      <w:r>
        <w:rPr>
          <w:rFonts w:ascii="Times New Roman" w:hAnsi="Times New Roman" w:eastAsia="Times New Roman" w:cs="Times New Roman"/>
          <w:b/>
          <w:sz w:val="24"/>
        </w:rPr>
        <w:t>Grantee’s Signature</w:t>
      </w:r>
      <w:r>
        <w:rPr>
          <w:rFonts w:ascii="Times New Roman" w:hAnsi="Times New Roman" w:eastAsia="Times New Roman" w:cs="Times New Roman"/>
          <w:sz w:val="24"/>
        </w:rPr>
        <w:t xml:space="preserve"> _____________________ Print Name _____________________</w:t>
      </w:r>
    </w:p>
    <w:p>
      <w:pPr>
        <w:spacing w:line="480" w:lineRule="auto"/>
      </w:pPr>
      <w:r>
        <w:rPr>
          <w:rFonts w:ascii="Times New Roman" w:hAnsi="Times New Roman" w:eastAsia="Times New Roman" w:cs="Times New Roman"/>
          <w:b/>
          <w:sz w:val="24"/>
        </w:rPr>
        <w:t>Grantee’s Signature</w:t>
      </w:r>
      <w:r>
        <w:rPr>
          <w:rFonts w:ascii="Times New Roman" w:hAnsi="Times New Roman" w:eastAsia="Times New Roman" w:cs="Times New Roman"/>
          <w:sz w:val="24"/>
        </w:rPr>
        <w:t xml:space="preserve"> _____________________ Print Name _____________________</w:t>
      </w:r>
    </w:p>
    <w:p>
      <w:pPr>
        <w:spacing w:line="480" w:lineRule="auto"/>
      </w:pPr>
    </w:p>
    <w:p>
      <w:pPr>
        <w:spacing w:line="480" w:lineRule="auto"/>
      </w:pPr>
      <w:r>
        <w:rPr>
          <w:rFonts w:ascii="Times New Roman" w:hAnsi="Times New Roman" w:eastAsia="Times New Roman" w:cs="Times New Roman"/>
          <w:b/>
          <w:sz w:val="24"/>
        </w:rPr>
        <w:t>STATE OF PENNSYLVANIA)</w:t>
      </w:r>
    </w:p>
    <w:p>
      <w:pPr>
        <w:spacing w:line="480" w:lineRule="auto"/>
      </w:pPr>
      <w:r>
        <w:rPr>
          <w:rFonts w:ascii="Times New Roman" w:hAnsi="Times New Roman" w:eastAsia="Times New Roman" w:cs="Times New Roman"/>
          <w:b/>
          <w:sz w:val="24"/>
        </w:rPr>
        <w:t>COUNTY OF ___________________)</w:t>
      </w:r>
    </w:p>
    <w:p>
      <w:pPr>
        <w:spacing w:line="480" w:lineRule="auto"/>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spacing w:line="480" w:lineRule="auto"/>
      </w:pPr>
    </w:p>
    <w:p>
      <w:pPr>
        <w:spacing w:line="480" w:lineRule="auto"/>
      </w:pPr>
      <w:r>
        <w:rPr>
          <w:rFonts w:ascii="Times New Roman" w:hAnsi="Times New Roman" w:eastAsia="Times New Roman" w:cs="Times New Roman"/>
          <w:sz w:val="24"/>
        </w:rPr>
        <w:t>Given under my hand this ____ day of ____________________, 20___.</w:t>
      </w:r>
    </w:p>
    <w:p>
      <w:pPr>
        <w:spacing w:line="480" w:lineRule="auto"/>
      </w:pPr>
      <w:r>
        <w:rPr>
          <w:rFonts w:ascii="Times New Roman" w:hAnsi="Times New Roman" w:eastAsia="Times New Roman" w:cs="Times New Roman"/>
          <w:sz w:val="24"/>
        </w:rPr>
        <w:t>____________________________________</w:t>
      </w:r>
    </w:p>
    <w:p>
      <w:pPr>
        <w:spacing w:line="480" w:lineRule="auto"/>
      </w:pPr>
      <w:r>
        <w:rPr>
          <w:rFonts w:ascii="Times New Roman" w:hAnsi="Times New Roman" w:eastAsia="Times New Roman" w:cs="Times New Roman"/>
          <w:sz w:val="24"/>
        </w:rPr>
        <w:t>Notary Public</w:t>
      </w:r>
    </w:p>
    <w:p>
      <w:pPr>
        <w:spacing w:line="480" w:lineRule="auto"/>
      </w:pPr>
      <w:r>
        <w:rPr>
          <w:rFonts w:ascii="Times New Roman" w:hAnsi="Times New Roman" w:eastAsia="Times New Roman" w:cs="Times New Roman"/>
          <w:sz w:val="24"/>
        </w:rPr>
        <w:t>My Commission Expires: ______________</w:t>
      </w:r>
    </w:p>
    <w:p>
      <w:pPr/>
      <w:r>
        <w:rPr>
          <w:rFonts w:ascii="Times New Roman" w:hAnsi="Times New Roman" w:eastAsia="Times New Roman" w:cs="Times New Roman"/>
          <w:sz w:val="24"/>
        </w:rPr>
        <w:t>(SEAL)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