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b/>
          <w:sz w:val="24"/>
        </w:rPr>
        <w:t>PENNSYLVANIA DURABLE POWER OF ATTORNEY</w:t>
      </w:r>
    </w:p>
    <w:p>
      <w:pPr>
        <w:spacing w:before="280" w:after="280"/>
        <w:jc w:val="center"/>
      </w:pPr>
      <w:r>
        <w:rPr>
          <w:rFonts w:ascii="Times New Roman" w:hAnsi="Times New Roman" w:eastAsia="Times New Roman" w:cs="Times New Roman"/>
          <w:b/>
          <w:sz w:val="24"/>
        </w:rPr>
        <w:t>THE POWERS YOU GRANT BELOW ARE EFFECTIVE</w:t>
        <w:br/>
        <w:t>EVEN IF YOU BECOME DISABLED OR INCOMPETENT</w:t>
      </w:r>
      <w:r>
        <w:rPr>
          <w:rFonts w:ascii="Times New Roman" w:hAnsi="Times New Roman" w:eastAsia="Times New Roman" w:cs="Times New Roman"/>
          <w:sz w:val="24"/>
        </w:rPr>
        <w:t xml:space="preserve"> </w:t>
        <w:br/>
        <w:br/>
      </w:r>
      <w:r>
        <w:rPr>
          <w:rFonts w:ascii="Times New Roman" w:hAnsi="Times New Roman" w:eastAsia="Times New Roman" w:cs="Times New Roman"/>
          <w:b/>
          <w:sz w:val="24"/>
        </w:rPr>
        <w:t>NOTICE</w:t>
      </w:r>
    </w:p>
    <w:p>
      <w:pPr>
        <w:spacing w:before="280" w:after="280"/>
      </w:pPr>
      <w:r>
        <w:rPr>
          <w:rFonts w:ascii="Times New Roman" w:hAnsi="Times New Roman" w:eastAsia="Times New Roman" w:cs="Times New Roman"/>
          <w:b/>
          <w:sz w:val="24"/>
        </w:rPr>
        <w:t>THE PURPOSE OF THIS POWER OF ATTORNEY IS TO GIVE THE PERSON YOU DESIGNATE (YOUR "AGENT") BROAD POWERS TO HANDLE YOUR PROPERTY, WHICH MAY INCLUDE POWERS TO SELL OR OTHERWISE DISPOSE OF ANY REAL OR PERSONAL PROPERTY WITHOUT ADVANCE NOTICE TO YOU OR APPROVAL BY YOU.</w:t>
      </w:r>
    </w:p>
    <w:p>
      <w:pPr>
        <w:spacing w:before="280" w:after="280"/>
      </w:pPr>
      <w:r>
        <w:rPr>
          <w:rFonts w:ascii="Times New Roman" w:hAnsi="Times New Roman" w:eastAsia="Times New Roman" w:cs="Times New Roman"/>
          <w:b/>
          <w:sz w:val="24"/>
        </w:rPr>
        <w:t>THIS POWER OF ATTORNEY DOES NOT IMPOSE A DUTY ON YOUR AGENT TO EXERCISE GRANTED POWERS, BUT, WHEN POWERS ARE EXERCISED, YOUR AGENT MUST USE DUE CARE TO ACT FOR YOUR BENEFIT AND IN ACCORDANCE WITH THIS POWER OF ATTORNEY.</w:t>
      </w:r>
    </w:p>
    <w:p>
      <w:pPr>
        <w:spacing w:before="280" w:after="280"/>
      </w:pPr>
      <w:r>
        <w:rPr>
          <w:rFonts w:ascii="Times New Roman" w:hAnsi="Times New Roman" w:eastAsia="Times New Roman" w:cs="Times New Roman"/>
          <w:b/>
          <w:sz w:val="24"/>
        </w:rPr>
        <w:t>YOUR AGENT MAY EXERCISE THE POWERS GIVEN HERE THROUGHOUT YOUR LIFETIME, EVEN AFTER YOU BECOME INCAPACITATED, UNLESS YOU EXPRESSLY LIMIT THE DURATION OF THESE POWERS OR YOU REVOKE THESE POWERS OR A COURT ACTING ON YOUR BEHALF TERMINATES YOUR AGENT'S AUTHORITY.</w:t>
      </w:r>
    </w:p>
    <w:p>
      <w:pPr>
        <w:spacing w:before="280" w:after="280"/>
      </w:pPr>
      <w:r>
        <w:rPr>
          <w:rFonts w:ascii="Times New Roman" w:hAnsi="Times New Roman" w:eastAsia="Times New Roman" w:cs="Times New Roman"/>
          <w:b/>
          <w:sz w:val="24"/>
        </w:rPr>
        <w:t>YOUR AGENT MUST ACT IN ACCORDANCE WITH YOUR REASONABLE EXPECTATIONS TO THE EXTENT ACTUALLY KNOWN BY YOUR AGENT AND, OTHERWISE, IN YOUR BEST INTEREST, ACT IN GOOD FAITH AND ACT ONLY WITHIN THE SCOPE OF AUTHORITY GRANTED BY YOU IN THE POWER OF ATTORNEY.</w:t>
      </w:r>
    </w:p>
    <w:p>
      <w:pPr>
        <w:spacing w:before="280" w:after="280"/>
      </w:pPr>
      <w:r>
        <w:rPr>
          <w:rFonts w:ascii="Times New Roman" w:hAnsi="Times New Roman" w:eastAsia="Times New Roman" w:cs="Times New Roman"/>
          <w:b/>
          <w:sz w:val="24"/>
        </w:rPr>
        <w:t>THE LAW PERMITS YOU, IF YOU CHOOSE, TO GRANT BROAD AUTHORITY TO AN AGENT UNDER POWER OF ATTORNEY, INCLUDING THE ABILITY TO GIVE AWAY ALL OF YOUR PROPERTY WHILE YOU ARE ALIVE OR TO SUBSTANTIALLY CHANGE HOW YOUR PROPERTY IS DISTRIBUTED AT YOUR DEATH. BEFORE SIGNING THIS DOCUMENT, YOU SHOULD SEEK THE ADVICE OF AN ATTORNEY AT LAW TO MAKE SURE YOU UNDERSTAND IT.</w:t>
      </w:r>
    </w:p>
    <w:p>
      <w:pPr>
        <w:spacing w:before="280" w:after="280"/>
      </w:pPr>
      <w:r>
        <w:rPr>
          <w:rFonts w:ascii="Times New Roman" w:hAnsi="Times New Roman" w:eastAsia="Times New Roman" w:cs="Times New Roman"/>
          <w:b/>
          <w:sz w:val="24"/>
        </w:rPr>
        <w:t>A COURT CAN TAKE AWAY THE POWERS OF YOUR AGENT IF IT FINDS YOUR AGENT IS NOT ACTING PROPERLY.</w:t>
      </w:r>
    </w:p>
    <w:p>
      <w:pPr>
        <w:spacing w:before="280" w:after="280"/>
      </w:pPr>
      <w:r>
        <w:rPr>
          <w:rFonts w:ascii="Times New Roman" w:hAnsi="Times New Roman" w:eastAsia="Times New Roman" w:cs="Times New Roman"/>
          <w:b/>
          <w:sz w:val="24"/>
        </w:rPr>
        <w:t>THE POWERS AND DUTIES OF AN AGENT UNDER A POWER OF ATTORNEY ARE EXPLAINED MORE FULLY IN 20 PA.C.S. CH. 56.</w:t>
      </w:r>
    </w:p>
    <w:p>
      <w:pPr>
        <w:spacing w:before="280" w:after="280"/>
      </w:pPr>
      <w:r>
        <w:rPr>
          <w:rFonts w:ascii="Times New Roman" w:hAnsi="Times New Roman" w:eastAsia="Times New Roman" w:cs="Times New Roman"/>
          <w:b/>
          <w:sz w:val="24"/>
        </w:rPr>
        <w:t>IF THERE IS ANYTHING ABOUT THIS FORM THAT YOU DO NOT UNDERSTAND, YOU SHOULD ASK A LAWYER OF YOUR OWN CHOOSING TO EXPLAIN IT TO YOU.</w:t>
      </w:r>
    </w:p>
    <w:p>
      <w:pPr>
        <w:spacing w:before="280" w:after="280"/>
      </w:pPr>
      <w:r>
        <w:rPr>
          <w:rFonts w:ascii="Times New Roman" w:hAnsi="Times New Roman" w:eastAsia="Times New Roman" w:cs="Times New Roman"/>
          <w:b/>
          <w:sz w:val="24"/>
        </w:rPr>
        <w:t>I HAVE READ OR HAD EXPLAINED TO ME THIS NOTICE AND I UNDERSTAND ITS CONTENTS.</w:t>
      </w:r>
    </w:p>
    <w:p>
      <w:pPr>
        <w:spacing w:before="280" w:after="280"/>
      </w:pP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br/>
        <w:t>Principal’s Signature</w:t>
      </w:r>
    </w:p>
    <w:p>
      <w:pPr>
        <w:spacing w:before="280" w:after="280"/>
      </w:pPr>
      <w:r>
        <w:rPr>
          <w:rFonts w:ascii="Times New Roman" w:hAnsi="Times New Roman" w:eastAsia="Times New Roman" w:cs="Times New Roman"/>
          <w:sz w:val="24"/>
        </w:rPr>
        <w:t>[NAME]</w:t>
      </w:r>
      <w:r>
        <w:rPr>
          <w:rFonts w:ascii="Times New Roman" w:hAnsi="Times New Roman" w:eastAsia="Times New Roman" w:cs="Times New Roman"/>
          <w:sz w:val="24"/>
        </w:rPr>
        <w:br/>
        <w:t>Printed Name</w:t>
      </w:r>
    </w:p>
    <w:p>
      <w:pPr>
        <w:spacing w:before="280" w:after="280"/>
      </w:pPr>
      <w:r>
        <w:rPr>
          <w:rFonts w:ascii="Times New Roman" w:hAnsi="Times New Roman" w:eastAsia="Times New Roman" w:cs="Times New Roman"/>
          <w:sz w:val="24"/>
        </w:rPr>
        <w:t>[DATE]</w:t>
      </w:r>
      <w:r>
        <w:rPr>
          <w:rFonts w:ascii="Times New Roman" w:hAnsi="Times New Roman" w:eastAsia="Times New Roman" w:cs="Times New Roman"/>
          <w:sz w:val="24"/>
        </w:rPr>
        <w:br/>
        <w:t>Date</w:t>
      </w:r>
    </w:p>
    <w:p>
      <w:pPr>
        <w:spacing w:before="280" w:after="280"/>
      </w:pPr>
    </w:p>
    <w:p>
      <w:pPr>
        <w:spacing w:before="280" w:after="280"/>
      </w:pPr>
    </w:p>
    <w:p>
      <w:pPr>
        <w:spacing w:before="280" w:after="280"/>
      </w:pP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[PRINCIPAL’S NAME] with a mailing address of </w:t>
      </w:r>
    </w:p>
    <w:p>
      <w:pPr>
        <w:spacing w:before="280" w:after="280"/>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[PRINCIPAL’S ADDRESS] </w:t>
      </w:r>
    </w:p>
    <w:p>
      <w:pPr>
        <w:spacing w:before="280" w:after="280"/>
      </w:pPr>
      <w:r>
        <w:rPr>
          <w:rFonts w:ascii="Times New Roman" w:hAnsi="Times New Roman" w:eastAsia="Times New Roman" w:cs="Times New Roman"/>
          <w:b/>
          <w:sz w:val="24"/>
        </w:rPr>
        <w:t>HEREBY APPOINT</w:t>
      </w:r>
    </w:p>
    <w:p>
      <w:pPr>
        <w:spacing w:before="280" w:after="280"/>
      </w:pPr>
      <w:r>
        <w:rPr>
          <w:rFonts w:ascii="Times New Roman" w:hAnsi="Times New Roman" w:eastAsia="Times New Roman" w:cs="Times New Roman"/>
          <w:sz w:val="24"/>
        </w:rPr>
        <w:t>[NAME]</w:t>
      </w:r>
      <w:r>
        <w:rPr>
          <w:rFonts w:ascii="Times New Roman" w:hAnsi="Times New Roman" w:eastAsia="Times New Roman" w:cs="Times New Roman"/>
          <w:sz w:val="24"/>
        </w:rPr>
        <w:t xml:space="preserve"> [AGENT’S NAME] with a mailing address of</w:t>
      </w:r>
    </w:p>
    <w:p>
      <w:pPr>
        <w:spacing w:before="280" w:after="280"/>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[AGENT’S NAME AND ADDRESS] </w:t>
      </w:r>
    </w:p>
    <w:p>
      <w:pPr>
        <w:spacing w:before="280" w:after="280"/>
      </w:pPr>
      <w:r>
        <w:rPr>
          <w:rFonts w:ascii="Times New Roman" w:hAnsi="Times New Roman" w:eastAsia="Times New Roman" w:cs="Times New Roman"/>
          <w:sz w:val="24"/>
        </w:rPr>
        <w:t>as my Agent (attorney-in-fact) to act for me in any lawful way with respect to the following initialed subjects:</w:t>
        <w:br/>
        <w:br/>
        <w:t>TO GRANT ALL OF THE FOLLOWING POWERS, INITIAL THE LINE IN FRONT OF (N) AND IGNORE THE LINES IN FRONT OF THE OTHER POWERS.</w:t>
        <w:br/>
        <w:br/>
        <w:t>TO GRANT ONE OR MORE, BUT FEWER THAN ALL, OF THE FOLLOWING POWERS, INITIAL THE LINE IN FRONT OF EACH POWER YOU ARE GRANTING.</w:t>
        <w:br/>
        <w:br/>
        <w:t>TO WITHHOLD A POWER, DO NOT INITIAL THE LINE IN FRONT OF IT. YOU MAY, BUT NEED NOT, CROSS OUT EACH POWER WITHHELD.</w:t>
      </w:r>
    </w:p>
    <w:p>
      <w:pPr>
        <w:spacing w:before="280" w:after="280"/>
      </w:pPr>
      <w:r>
        <w:rPr>
          <w:rFonts w:ascii="Times New Roman" w:hAnsi="Times New Roman" w:eastAsia="Times New Roman" w:cs="Times New Roman"/>
          <w:b/>
          <w:sz w:val="24"/>
        </w:rPr>
        <w:t>Note:  If you initial Item A or Item B, which follow, a notarized signature will be required on behalf of the Principal.</w:t>
      </w:r>
    </w:p>
    <w:p>
      <w:pPr>
        <w:spacing w:before="280" w:after="280"/>
      </w:pPr>
      <w:r>
        <w:rPr>
          <w:rFonts w:ascii="Times New Roman" w:hAnsi="Times New Roman" w:eastAsia="Times New Roman" w:cs="Times New Roman"/>
          <w:sz w:val="24"/>
        </w:rPr>
        <w:t>INITIAL</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(A) Real property transactions.</w:t>
      </w:r>
      <w:r>
        <w:rPr>
          <w:rFonts w:ascii="Times New Roman" w:hAnsi="Times New Roman" w:eastAsia="Times New Roman" w:cs="Times New Roman"/>
          <w:sz w:val="24"/>
        </w:rPr>
        <w:t xml:space="preserve">  To lease, sell, mortgage, purchase, exchange, and acquire, and to agree, bargain, and contract for the lease, sale, purchase, exchange, and acquisition of, and to accept, take, receive, and possess any interest in real property whatsoever, on such terms and conditions, and under such covenants, as my Agent shall deem proper; and to maintain, repair, tear down, alter, rebuild, improve manage, insure, move, rent, lease, sell, convey, subject to liens, mortgages, and security deeds, and in any way or manner deal with all or any part of any interest in real property whatsoever, including specifically, but without limitation, real property lying and being situated in the Commonwealth of Pennsylvania, under such terms and conditions, and under such covenants, as my Agent shall deem proper and may for all deferred payments accept purchase money notes payable to me and secured by mortgages or deeds to secure debt, and may from time to time collect and cancel any of said notes, mortgages, security interests, or deeds to secure debt.</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(B) Tangible personal property transactions.</w:t>
      </w:r>
      <w:r>
        <w:rPr>
          <w:rFonts w:ascii="Times New Roman" w:hAnsi="Times New Roman" w:eastAsia="Times New Roman" w:cs="Times New Roman"/>
          <w:sz w:val="24"/>
        </w:rPr>
        <w:t xml:space="preserve">  To lease, sell, mortgage, purchase, exchange, and acquire, and to agree, bargain, and contract for the lease, sale, purchase, exchange, and acquisition of, and to accept, take, receive, and possess any personal property whatsoever, tangible or intangible, or interest thereto, on such terms and conditions, and under such covenants, as my Agent shall deem proper; and to maintain, repair, improve, manage, insure, rent, lease, sell, convey, subject to liens or mortgages, or to take any other security interests in said property which are recognized under the Uniform Commercial Code as adopted at that time under the laws of the Commonwealth of Pennsylvania or any applicable state, or otherwise hypothecate (pledge), and in any way or manner deal with all or any part of any real or personal property whatsoever, tangible or intangible, or any interest therein, that I own at the time of execution or may thereafter acquire, under such terms and conditions, and under such covenants, as my Agent shall deem proper.</w:t>
      </w:r>
    </w:p>
    <w:p>
      <w:pPr>
        <w:spacing w:before="280" w:after="280"/>
      </w:pP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(C) Stock and bond transactions.</w:t>
      </w:r>
      <w:r>
        <w:rPr>
          <w:rFonts w:ascii="Times New Roman" w:hAnsi="Times New Roman" w:eastAsia="Times New Roman" w:cs="Times New Roman"/>
          <w:sz w:val="24"/>
        </w:rPr>
        <w:t xml:space="preserve">  To purchase, sell, exchange, surrender, assign, redeem, vote at any meeting, or otherwise transfer any and all shares of stock, bonds, or other securities in any business, association, corporation, partnership, or other legal entity, whether private or public, now or hereafter belonging to me.</w:t>
      </w:r>
    </w:p>
    <w:p>
      <w:pPr>
        <w:spacing w:before="280" w:after="280"/>
      </w:pP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(D) Commodity and option transactions.</w:t>
      </w:r>
      <w:r>
        <w:rPr>
          <w:rFonts w:ascii="Times New Roman" w:hAnsi="Times New Roman" w:eastAsia="Times New Roman" w:cs="Times New Roman"/>
          <w:sz w:val="24"/>
        </w:rPr>
        <w:t xml:space="preserve"> To buy, sell, exchange, assign, convey, settle and exercise commodities futures contracts and call and put options on stocks and stock indices traded on a regulated options exchange and collect and receipt for all proceeds of any such transactions; establish or continue option accounts for the principal with any securities or futures broker; and, in general, exercise all powers with respect to commodities and options which the principal could if present and under no disability. </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(E) Banking and other financial institution transactions.</w:t>
      </w:r>
      <w:r>
        <w:rPr>
          <w:rFonts w:ascii="Times New Roman" w:hAnsi="Times New Roman" w:eastAsia="Times New Roman" w:cs="Times New Roman"/>
          <w:sz w:val="24"/>
        </w:rPr>
        <w:t xml:space="preserve">   To make, receive, sign, endorse, execute, acknowledge, deliver and possess checks, drafts, bills of exchange, letters of credit, notes, stock certificates, withdrawal receipts and deposit instruments relating to accounts or deposits in, or certificates of deposit of banks, savings and loans, credit unions, or other institutions or associations.  To pay all sums of money, at any time or times, that may hereafter be owing by me upon any account, bill of exchange, check, draft, purchase, contract, note, or trade acceptance made, executed, endorsed, accepted, and delivered by me or for me in my name, by my Agent.  To borrow from time to time such sums of money as my Agent may deem proper and execute promissory notes, security deeds or agreements, financing statements, or other security instruments in such form as the lender may request and renew said notes and security instruments from time to time in whole or in part.  To have free access at any time or times to any safe deposit box or vault to which I might have access.</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(F) Business operating transactions.</w:t>
      </w:r>
      <w:r>
        <w:rPr>
          <w:rFonts w:ascii="Times New Roman" w:hAnsi="Times New Roman" w:eastAsia="Times New Roman" w:cs="Times New Roman"/>
          <w:sz w:val="24"/>
        </w:rPr>
        <w:t xml:space="preserve">  To conduct, engage in, and otherwise transact the affairs of any and all lawful business ventures of whatever nature or kind that I may now or hereafter be involved in. To organize or continue and conduct any business which term includes, without limitation, any farming, manufacturing, service, mining, retailing or other type of business operation in any form, whether as a proprietorship, joint venture, partnership, corporation, trust or other legal entity; operate, buy, sell, expand, contract, terminate or liquidate any business; direct, control, supervise, manage or participate in the operation of any business and engage, compensate and discharge business managers, employees, agents, attorneys, accountants and consultants; and, in general, exercise all powers with respect to business interests and operations which the principal could if present and under no disability. </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(G) Insurance and annuity transactions.</w:t>
      </w:r>
      <w:r>
        <w:rPr>
          <w:rFonts w:ascii="Times New Roman" w:hAnsi="Times New Roman" w:eastAsia="Times New Roman" w:cs="Times New Roman"/>
          <w:sz w:val="24"/>
        </w:rPr>
        <w:t xml:space="preserve">  To exercise or perform any act, power, duty, right, or obligation, in regard to any contract of life, accident, health, disability, liability, or other type of insurance or any combination of insurance; and to procure new or additional contracts of insurance for me and to designate the beneficiary of same; provided, however, that my Agent cannot designate himself or herself as beneficiary of any such insurance contracts.</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(H) Estate, trust, and other beneficiary transactions.</w:t>
      </w:r>
      <w:r>
        <w:rPr>
          <w:rFonts w:ascii="Times New Roman" w:hAnsi="Times New Roman" w:eastAsia="Times New Roman" w:cs="Times New Roman"/>
          <w:sz w:val="24"/>
        </w:rPr>
        <w:t xml:space="preserve">  To accept, receipt for, exercise, release, reject, renounce, assign, disclaim, demand, sue for, claim and recover any legacy, bequest, devise, gift or other property interest or payment due or payable to or for the principal; assert any interest in and exercise any power over any trust, estate or property subject to fiduciary control; establish a revocable trust solely for the benefit of the principal that terminates at the death of the principal and is then distributable to the legal representative of the estate of the principal; and, in general, exercise all powers with respect to estates and trusts which the principal could exercise if present and under no disability; provided, however, that the Agent may not make or change a will and may not revoke or amend a trust revocable or amendable by the principal or require the trustee of any trust for the benefit of the principal to pay income or principal to the Agent unless specific authority to that end is given.</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(I) Claims and litigation.</w:t>
      </w:r>
      <w:r>
        <w:rPr>
          <w:rFonts w:ascii="Times New Roman" w:hAnsi="Times New Roman" w:eastAsia="Times New Roman" w:cs="Times New Roman"/>
          <w:sz w:val="24"/>
        </w:rPr>
        <w:t xml:space="preserve">  To commence, prosecute, discontinue, or defend all actions or other legal proceedings touching my property, real or personal, or any part thereof, or touching any matter in which I or my property, real or personal, may be in any way concerned. To defend, settle, adjust, make allowances, compound, submit to arbitration, and compromise all accounts, reckonings, claims, and demands whatsoever that now are, or hereafter shall be, pending between me and any person, firm, corporation, or other legal entity, in such manner and in all respects as my Agent shall deem proper.</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(J) Personal and family maintenance.</w:t>
      </w:r>
      <w:r>
        <w:rPr>
          <w:rFonts w:ascii="Times New Roman" w:hAnsi="Times New Roman" w:eastAsia="Times New Roman" w:cs="Times New Roman"/>
          <w:sz w:val="24"/>
        </w:rPr>
        <w:t xml:space="preserve">  To hire accountants, attorneys at law, consultants, clerks, physicians, nurses, agents, servants, workmen, and others and to remove them, and to appoint others in their place, and to pay and allow the persons so employed such salaries, wages, or other remunerations, as my Agent shall deem proper.</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(K) Benefits from Social Security, Medicare, Medicaid, or other governmental programs, or military service.</w:t>
      </w:r>
      <w:r>
        <w:rPr>
          <w:rFonts w:ascii="Times New Roman" w:hAnsi="Times New Roman" w:eastAsia="Times New Roman" w:cs="Times New Roman"/>
          <w:sz w:val="24"/>
        </w:rPr>
        <w:t xml:space="preserve">  To prepare, sign and file any claim or application for Social Security, unemployment or military service benefits; sue for, settle or abandon any claims to any benefit or assistance under any federal, state, local or foreign statute or regulation; control, deposit to any account, collect, receipt for, and take title to and hold all benefits under any Social Security, unemployment, military service or other state, federal, local or foreign statute or regulation; and, in general, exercise all powers with respect to Social Security, unemployment, military service, and governmental benefits, including but not limited to Medicare and Medicaid, which the principal could exercise if present and under no disability. </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(L) Retirement plan transactions.</w:t>
      </w:r>
      <w:r>
        <w:rPr>
          <w:rFonts w:ascii="Times New Roman" w:hAnsi="Times New Roman" w:eastAsia="Times New Roman" w:cs="Times New Roman"/>
          <w:sz w:val="24"/>
        </w:rPr>
        <w:t xml:space="preserve">  To contribute to, withdraw from and deposit funds in any type of retirement plan (which term includes, without limitation, any tax qualified or nonqualified pension, profit sharing, stock bonus, employee savings and other retirement plan, individual retirement account, deferred compensation plan and any other type of employee benefit plan); select and change payment options for the principal under any retirement plan; make rollover contributions from any retirement plan to other retirement plans or individual retirement accounts; exercise all investment powers available under any type of self-directed retirement plan; and, in general, exercise all powers with respect to retirement plans and retirement plan account balances which the principal could if present and under no disability.</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(M) Tax matters.</w:t>
      </w:r>
      <w:r>
        <w:rPr>
          <w:rFonts w:ascii="Times New Roman" w:hAnsi="Times New Roman" w:eastAsia="Times New Roman" w:cs="Times New Roman"/>
          <w:sz w:val="24"/>
        </w:rPr>
        <w:t xml:space="preserve">  To prepare, to make elections, to execute and to file all tax, social security, unemployment insurance, and informational returns required by the laws of the United States, or of any state or subdivision thereof, or of any foreign government; to prepare, to execute, and to file all other papers and instruments which the Agent shall think to be desirable or necessary for safeguarding of me against excess or illegal taxation or against penalties imposed for claimed violation of any law or other governmental regulation; and to pay, to compromise, or to contest or to apply for refunds in connection with any taxes or assessments for which I am or may be liable.</w:t>
        <w:br/>
        <w:br/>
      </w:r>
      <w:r>
        <w:rPr>
          <w:rFonts w:ascii="Times New Roman" w:hAnsi="Times New Roman" w:eastAsia="Times New Roman" w:cs="Times New Roman"/>
          <w:b/>
          <w:sz w:val="24"/>
        </w:rPr>
        <w:t>[INITIALS]</w:t>
      </w:r>
      <w:r>
        <w:rPr>
          <w:rFonts w:ascii="Times New Roman" w:hAnsi="Times New Roman" w:eastAsia="Times New Roman" w:cs="Times New Roman"/>
          <w:b/>
          <w:sz w:val="24"/>
        </w:rPr>
        <w:t xml:space="preserve"> (N) ALL OF THE POWERS LISTED ABOVE.</w:t>
      </w:r>
      <w:r>
        <w:rPr>
          <w:rFonts w:ascii="Times New Roman" w:hAnsi="Times New Roman" w:eastAsia="Times New Roman" w:cs="Times New Roman"/>
          <w:sz w:val="24"/>
        </w:rPr>
        <w:t xml:space="preserve"> YOU NEED NOT INITIAL ANY OTHER LINES IF YOU INITIAL LINE (N).</w:t>
        <w:br/>
        <w:br/>
      </w:r>
      <w:r>
        <w:rPr>
          <w:rFonts w:ascii="Times New Roman" w:hAnsi="Times New Roman" w:eastAsia="Times New Roman" w:cs="Times New Roman"/>
          <w:b/>
          <w:sz w:val="24"/>
        </w:rPr>
        <w:t>SPECIAL INSTRUCTIONS:</w:t>
      </w:r>
      <w:r>
        <w:rPr>
          <w:rFonts w:ascii="Times New Roman" w:hAnsi="Times New Roman" w:eastAsia="Times New Roman" w:cs="Times New Roman"/>
          <w:sz w:val="24"/>
        </w:rPr>
        <w:br/>
        <w:br/>
        <w:t xml:space="preserve">ON THE FOLLOWING LINES YOU MAY GIVE SPECIAL INSTRUCTIONS LIMITING OR EXTENDING THE POWERS GRANTED TO YOUR AGENT. </w:t>
        <w:br/>
        <w:br/>
      </w:r>
      <w:r>
        <w:rPr>
          <w:rFonts w:ascii="Times New Roman" w:hAnsi="Times New Roman" w:eastAsia="Times New Roman" w:cs="Times New Roman"/>
          <w:sz w:val="24"/>
        </w:rPr>
        <w:t>[DETAILS]</w:t>
      </w:r>
    </w:p>
    <w:p>
      <w:pPr>
        <w:spacing w:before="280" w:after="280"/>
      </w:pPr>
      <w:r>
        <w:rPr>
          <w:rFonts w:ascii="Times New Roman" w:hAnsi="Times New Roman" w:eastAsia="Times New Roman" w:cs="Times New Roman"/>
          <w:sz w:val="24"/>
        </w:rPr>
        <w:t>THIS POWER OF ATTORNEY IS EFFECTIVE IMMEDIATELY AND WILL CONTINUE UNTIL IT IS REVOKED.</w:t>
        <w:br/>
        <w:br/>
        <w:t>THIS POWER OF ATTORNEY SHALL BE CONSTRUED AS A GENERAL DURABLE POWER OF ATTORNEY.</w:t>
      </w:r>
    </w:p>
    <w:p>
      <w:pPr>
        <w:spacing w:before="280" w:after="280"/>
      </w:pPr>
      <w:r>
        <w:rPr>
          <w:rFonts w:ascii="Times New Roman" w:hAnsi="Times New Roman" w:eastAsia="Times New Roman" w:cs="Times New Roman"/>
          <w:sz w:val="24"/>
        </w:rPr>
        <w:t xml:space="preserve">(YOUR AGENT WILL HAVE AUTHORITY TO EMPLOY OTHER PERSONS AS NECESSARY TO ENABLE THE AGENT TO PROPERLY EXERCISE THE POWERS GRANTED IN THIS FORM, BUT YOUR AGENT WILL HAVE TO MAKE ALL DISCRETIONARY DECISIONS. IF YOU WANT TO GIVE YOUR AGENT THE RIGHT TO DELEGATE DISCRETIONARY DECISION-MAKING POWERS TO OTHERS, YOU SHOULD KEEP THE NEXT SENTENCE, OTHERWISE IT SHOULD BE STRICKEN.) </w:t>
        <w:br/>
        <w:br/>
      </w:r>
      <w:r>
        <w:rPr>
          <w:rFonts w:ascii="Times New Roman" w:hAnsi="Times New Roman" w:eastAsia="Times New Roman" w:cs="Times New Roman"/>
          <w:b/>
          <w:sz w:val="24"/>
        </w:rPr>
        <w:t>Authority to Delegate.</w:t>
      </w:r>
      <w:r>
        <w:rPr>
          <w:rFonts w:ascii="Times New Roman" w:hAnsi="Times New Roman" w:eastAsia="Times New Roman" w:cs="Times New Roman"/>
          <w:sz w:val="24"/>
        </w:rPr>
        <w:t xml:space="preserve">  My Agent shall have the right by written instrument to delegate any or all of the foregoing powers involving discretionary decision-making to any person or persons whom my Agent may select, but such delegation may be amended or revoked by any agent (including any successor) named by me who is acting under this power of attorney at the time of reference. </w:t>
        <w:br/>
        <w:br/>
        <w:t xml:space="preserve">(YOUR AGENT WILL BE ENTITLED TO REIMBURSEMENT FOR ALL REASONABLE EXPENSES INCURRED IN ACTING UNDER THIS POWER OF ATTORNEY. STRIKE OUT THE NEXT SENTENCE IF YOU DO NOT WANT YOUR AGENT TO ALSO BE ENTITLED TO REASONABLE COMPENSATION FOR SERVICES AS AGENT.) </w:t>
        <w:br/>
        <w:br/>
      </w:r>
      <w:r>
        <w:rPr>
          <w:rFonts w:ascii="Times New Roman" w:hAnsi="Times New Roman" w:eastAsia="Times New Roman" w:cs="Times New Roman"/>
          <w:b/>
          <w:sz w:val="24"/>
        </w:rPr>
        <w:t>Right to Compensation.</w:t>
      </w:r>
      <w:r>
        <w:rPr>
          <w:rFonts w:ascii="Times New Roman" w:hAnsi="Times New Roman" w:eastAsia="Times New Roman" w:cs="Times New Roman"/>
          <w:sz w:val="24"/>
        </w:rPr>
        <w:t xml:space="preserve">  My Agent shall be entitled to reasonable compensation for services rendered as agent under this power of attorney. </w:t>
        <w:br/>
        <w:br/>
        <w:t xml:space="preserve">(IF YOU WISH TO NAME SUCCESSOR AGENTS, INSERT THE NAME(S) AND ADDRESS(ES) OF SUCH SUCCESSOR(S) IN THE FOLLOWING PARAGRAPH.) </w:t>
        <w:br/>
        <w:br/>
      </w:r>
      <w:r>
        <w:rPr>
          <w:rFonts w:ascii="Times New Roman" w:hAnsi="Times New Roman" w:eastAsia="Times New Roman" w:cs="Times New Roman"/>
          <w:b/>
          <w:sz w:val="24"/>
        </w:rPr>
        <w:t>Successor Agent</w:t>
      </w:r>
      <w:r>
        <w:rPr>
          <w:rFonts w:ascii="Times New Roman" w:hAnsi="Times New Roman" w:eastAsia="Times New Roman" w:cs="Times New Roman"/>
          <w:sz w:val="24"/>
        </w:rPr>
        <w:t xml:space="preserve">.  If any Agent named by me shall die, become incompetent, resign or refuse to accept the office of Agent, I name the following (each to act alone and successively, in the order named) as successor(s) to such Agent: </w:t>
        <w:br/>
        <w:br/>
      </w:r>
      <w:r>
        <w:rPr>
          <w:rFonts w:ascii="Times New Roman" w:hAnsi="Times New Roman" w:eastAsia="Times New Roman" w:cs="Times New Roman"/>
          <w:sz w:val="24"/>
        </w:rPr>
        <w:t>[DETAILS]</w:t>
      </w:r>
    </w:p>
    <w:p>
      <w:pPr>
        <w:spacing w:before="280" w:after="280"/>
      </w:pPr>
      <w:r>
        <w:rPr>
          <w:rFonts w:ascii="Times New Roman" w:hAnsi="Times New Roman" w:eastAsia="Times New Roman" w:cs="Times New Roman"/>
          <w:b/>
          <w:sz w:val="24"/>
        </w:rPr>
        <w:t>Choice of Law.</w:t>
      </w:r>
      <w:r>
        <w:rPr>
          <w:rFonts w:ascii="Times New Roman" w:hAnsi="Times New Roman" w:eastAsia="Times New Roman" w:cs="Times New Roman"/>
          <w:sz w:val="24"/>
        </w:rPr>
        <w:t xml:space="preserve">  THIS POWER OF ATTORNEY WILL BE GOVERNED BY THE LAWS OF THE COMMONWEALTH OF PENNSYLVANIA WITHOUT REGARD FOR CONFLICTS OF LAWS PRINCIPLES. IT WAS EXECUTED IN THE COMMONWEALTH OF PENNSYLVANIA AND IS INTENDED TO BE VALID IN ALL JURISDICTIONS OF THE UNITED STATES OF AMERICA AND ALL FOREIGN NATIONS.</w:t>
      </w:r>
    </w:p>
    <w:p>
      <w:pPr>
        <w:spacing w:before="280" w:after="280"/>
      </w:pPr>
      <w:r>
        <w:rPr>
          <w:rFonts w:ascii="Times New Roman" w:hAnsi="Times New Roman" w:eastAsia="Times New Roman" w:cs="Times New Roman"/>
          <w:sz w:val="24"/>
        </w:rPr>
        <w:t xml:space="preserve">I am fully informed as to all the contents of this form and understand the full import of this grant of powers to my Agent. </w:t>
        <w:br/>
        <w:br/>
        <w:t>I agree that any third party who receives a copy of this document may act under it. Revocation of the power of attorney is not effective as to a third party until the third party learns of the revocation. I agree to indemnify the third party for any claims that arise against the third party because of reliance on this power of attorney.</w:t>
        <w:br/>
        <w:br/>
        <w:t xml:space="preserve">Signed </w:t>
      </w:r>
      <w:r>
        <w:rPr>
          <w:rFonts w:ascii="Times New Roman" w:hAnsi="Times New Roman" w:eastAsia="Times New Roman" w:cs="Times New Roman"/>
          <w:sz w:val="24"/>
        </w:rPr>
        <w:t>[DATE]</w:t>
      </w:r>
      <w:r>
        <w:rPr>
          <w:rFonts w:ascii="Times New Roman" w:hAnsi="Times New Roman" w:eastAsia="Times New Roman" w:cs="Times New Roman"/>
          <w:sz w:val="24"/>
        </w:rPr>
        <w:br/>
        <w:br/>
        <w:br/>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br/>
        <w:t>Principal’s Signature</w:t>
      </w:r>
    </w:p>
    <w:p>
      <w:pPr>
        <w:spacing w:before="280" w:after="280"/>
      </w:pPr>
      <w:r>
        <w:rPr>
          <w:rFonts w:ascii="Times New Roman" w:hAnsi="Times New Roman" w:eastAsia="Times New Roman" w:cs="Times New Roman"/>
          <w:sz w:val="24"/>
        </w:rPr>
        <w:t>[NAME]</w:t>
      </w:r>
      <w:r>
        <w:rPr>
          <w:rFonts w:ascii="Times New Roman" w:hAnsi="Times New Roman" w:eastAsia="Times New Roman" w:cs="Times New Roman"/>
          <w:sz w:val="24"/>
        </w:rPr>
        <w:br/>
        <w:t>Printed Name</w:t>
      </w:r>
    </w:p>
    <w:p>
      <w:pPr>
        <w:spacing w:before="280" w:after="280"/>
      </w:pPr>
      <w:r>
        <w:rPr>
          <w:rFonts w:ascii="Times New Roman" w:hAnsi="Times New Roman" w:eastAsia="Times New Roman" w:cs="Times New Roman"/>
          <w:sz w:val="24"/>
        </w:rPr>
        <w:t>[DATE]</w:t>
      </w:r>
      <w:r>
        <w:rPr>
          <w:rFonts w:ascii="Times New Roman" w:hAnsi="Times New Roman" w:eastAsia="Times New Roman" w:cs="Times New Roman"/>
          <w:sz w:val="24"/>
        </w:rPr>
        <w:br/>
        <w:t>Date</w:t>
      </w:r>
    </w:p>
    <w:p>
      <w:pPr/>
    </w:p>
    <w:p>
      <w:pPr/>
    </w:p>
    <w:p>
      <w:pPr>
        <w:spacing w:before="280" w:after="280"/>
      </w:pPr>
    </w:p>
    <w:p>
      <w:pPr>
        <w:spacing w:before="280" w:after="280"/>
      </w:pPr>
    </w:p>
    <w:p>
      <w:pPr>
        <w:spacing w:before="280" w:after="280"/>
      </w:pPr>
    </w:p>
    <w:p>
      <w:pPr>
        <w:spacing w:before="280" w:after="280"/>
      </w:pPr>
      <w:r>
        <w:rPr>
          <w:rFonts w:ascii="Times New Roman" w:hAnsi="Times New Roman" w:eastAsia="Times New Roman" w:cs="Times New Roman"/>
          <w:b/>
          <w:sz w:val="24"/>
        </w:rPr>
        <w:tab/>
        <w:tab/>
        <w:t>STATEMENT OF WITNESS</w:t>
      </w:r>
    </w:p>
    <w:p>
      <w:pPr>
        <w:spacing w:before="280" w:after="280"/>
      </w:pPr>
      <w:r>
        <w:rPr>
          <w:rFonts w:ascii="Times New Roman" w:hAnsi="Times New Roman" w:eastAsia="Times New Roman" w:cs="Times New Roman"/>
          <w:sz w:val="24"/>
        </w:rPr>
        <w:t>On the date written above, the principal declared to me in my presence that this instrument is his general durable power of attorney and that he or she had willingly signed or directed another to sign for him or her, and that he or she executed it as his or her free and voluntary act for the purposes therein expressed.</w:t>
      </w:r>
    </w:p>
    <w:p>
      <w:pPr/>
      <w:r>
        <w:rPr>
          <w:rFonts w:ascii="Times New Roman" w:hAnsi="Times New Roman" w:eastAsia="Times New Roman" w:cs="Times New Roman"/>
          <w:sz w:val="24"/>
        </w:rPr>
        <w:t>_______________________________________</w:t>
      </w:r>
      <w:r>
        <w:rPr>
          <w:rFonts w:ascii="Times New Roman" w:hAnsi="Times New Roman" w:eastAsia="Times New Roman" w:cs="Times New Roman"/>
          <w:sz w:val="24"/>
        </w:rPr>
        <w:t xml:space="preserve"> [Signature of Witness #1] </w:t>
        <w:br/>
      </w:r>
      <w:r>
        <w:rPr>
          <w:rFonts w:ascii="Times New Roman" w:hAnsi="Times New Roman" w:eastAsia="Times New Roman" w:cs="Times New Roman"/>
          <w:sz w:val="24"/>
        </w:rPr>
        <w:t>[NAME]</w:t>
      </w:r>
      <w:r>
        <w:rPr>
          <w:rFonts w:ascii="Times New Roman" w:hAnsi="Times New Roman" w:eastAsia="Times New Roman" w:cs="Times New Roman"/>
          <w:sz w:val="24"/>
        </w:rPr>
        <w:t xml:space="preserve"> [Printed or typed name of Witness #1] </w:t>
        <w:br/>
      </w:r>
      <w:r>
        <w:rPr>
          <w:rFonts w:ascii="Times New Roman" w:hAnsi="Times New Roman" w:eastAsia="Times New Roman" w:cs="Times New Roman"/>
          <w:sz w:val="24"/>
        </w:rPr>
        <w:t>[ADDRESS]</w:t>
      </w:r>
      <w:r>
        <w:rPr>
          <w:rFonts w:ascii="Times New Roman" w:hAnsi="Times New Roman" w:eastAsia="Times New Roman" w:cs="Times New Roman"/>
          <w:sz w:val="24"/>
        </w:rPr>
        <w:br/>
        <w:br/>
        <w:br/>
      </w:r>
      <w:r>
        <w:rPr>
          <w:rFonts w:ascii="Times New Roman" w:hAnsi="Times New Roman" w:eastAsia="Times New Roman" w:cs="Times New Roman"/>
          <w:sz w:val="24"/>
        </w:rPr>
        <w:t>_______________________________________</w:t>
      </w:r>
      <w:r>
        <w:rPr>
          <w:rFonts w:ascii="Times New Roman" w:hAnsi="Times New Roman" w:eastAsia="Times New Roman" w:cs="Times New Roman"/>
          <w:sz w:val="24"/>
        </w:rPr>
        <w:t xml:space="preserve"> [Signature of Witness #2] </w:t>
        <w:br/>
      </w:r>
      <w:r>
        <w:rPr>
          <w:rFonts w:ascii="Times New Roman" w:hAnsi="Times New Roman" w:eastAsia="Times New Roman" w:cs="Times New Roman"/>
          <w:sz w:val="24"/>
        </w:rPr>
        <w:t>[NAME]</w:t>
      </w:r>
      <w:r>
        <w:rPr>
          <w:rFonts w:ascii="Times New Roman" w:hAnsi="Times New Roman" w:eastAsia="Times New Roman" w:cs="Times New Roman"/>
          <w:sz w:val="24"/>
        </w:rPr>
        <w:t xml:space="preserve"> [Printed or typed name of Witness #1] </w:t>
        <w:br/>
      </w:r>
      <w:r>
        <w:rPr>
          <w:rFonts w:ascii="Times New Roman" w:hAnsi="Times New Roman" w:eastAsia="Times New Roman" w:cs="Times New Roman"/>
          <w:sz w:val="24"/>
        </w:rPr>
        <w:t>[ADDRESS]</w:t>
      </w:r>
      <w:r>
        <w:rPr>
          <w:rFonts w:ascii="Times New Roman" w:hAnsi="Times New Roman" w:eastAsia="Times New Roman" w:cs="Times New Roman"/>
          <w:sz w:val="24"/>
        </w:rPr>
        <w:br/>
      </w:r>
    </w:p>
    <w:p>
      <w:pPr/>
    </w:p>
    <w:p>
      <w:pPr/>
    </w:p>
    <w:p>
      <w:pPr>
        <w:spacing w:before="280" w:after="280"/>
        <w:jc w:val="center"/>
      </w:pPr>
      <w:r>
        <w:rPr>
          <w:rFonts w:ascii="Times New Roman" w:hAnsi="Times New Roman" w:eastAsia="Times New Roman" w:cs="Times New Roman"/>
          <w:b/>
          <w:sz w:val="24"/>
        </w:rPr>
        <w:t>ACKNOWLEDGMENT EXECUTED BY AGENT</w:t>
      </w:r>
    </w:p>
    <w:p>
      <w:pPr>
        <w:spacing w:before="280" w:after="280"/>
      </w:pPr>
      <w:r>
        <w:rPr>
          <w:rFonts w:ascii="Times New Roman" w:hAnsi="Times New Roman" w:eastAsia="Times New Roman" w:cs="Times New Roman"/>
          <w:sz w:val="24"/>
        </w:rPr>
        <w:t>An agent shall have no authority to act as agent under the power of attorney unless the agent has first executed and affixed to the power of attorney an acknowledgment in substantially the following form:</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have read the attached power of attorney and am the person identified as the agent for the principal. I hereby acknowledge that when I act as agent:</w:t>
      </w:r>
    </w:p>
    <w:p>
      <w:pPr>
        <w:spacing w:before="280" w:after="280"/>
      </w:pPr>
      <w:r>
        <w:rPr>
          <w:rFonts w:ascii="Times New Roman" w:hAnsi="Times New Roman" w:eastAsia="Times New Roman" w:cs="Times New Roman"/>
          <w:sz w:val="24"/>
        </w:rPr>
        <w:t>I shall act in accordance with the principal's reasonable expectations to the extent actually known by me and, otherwise, in the principal's best interest, act in good faith and act only within the scope of authority granted to me by the principal in the power of attorney.</w:t>
      </w:r>
    </w:p>
    <w:p>
      <w:pPr>
        <w:spacing w:before="280" w:after="280"/>
      </w:pP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br/>
        <w:t>Agent's Signature</w:t>
      </w:r>
    </w:p>
    <w:p>
      <w:pPr>
        <w:spacing w:before="280" w:after="280"/>
      </w:pPr>
      <w:r>
        <w:rPr>
          <w:rFonts w:ascii="Times New Roman" w:hAnsi="Times New Roman" w:eastAsia="Times New Roman" w:cs="Times New Roman"/>
          <w:sz w:val="24"/>
        </w:rPr>
        <w:t>[NAME]</w:t>
      </w:r>
      <w:r>
        <w:rPr>
          <w:rFonts w:ascii="Times New Roman" w:hAnsi="Times New Roman" w:eastAsia="Times New Roman" w:cs="Times New Roman"/>
          <w:sz w:val="24"/>
        </w:rPr>
        <w:br/>
        <w:t>Agent's Printed Name</w:t>
      </w:r>
    </w:p>
    <w:p>
      <w:pPr>
        <w:spacing w:before="280" w:after="280"/>
      </w:pPr>
      <w:r>
        <w:rPr>
          <w:rFonts w:ascii="Times New Roman" w:hAnsi="Times New Roman" w:eastAsia="Times New Roman" w:cs="Times New Roman"/>
          <w:sz w:val="24"/>
        </w:rPr>
        <w:t>[DATE]</w:t>
      </w:r>
      <w:r>
        <w:rPr>
          <w:rFonts w:ascii="Times New Roman" w:hAnsi="Times New Roman" w:eastAsia="Times New Roman" w:cs="Times New Roman"/>
          <w:sz w:val="24"/>
        </w:rPr>
        <w:b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