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PENNSYLVANIA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Pennsylvania,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10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(TENANTS LIVING AT THE PROPERTY FOR LESS THAN A YEAR)</w:t>
      </w:r>
      <w:r>
        <w:rPr>
          <w:rFonts w:ascii="Times New Roman" w:hAnsi="Times New Roman" w:eastAsia="Times New Roman" w:cs="Times New Roman"/>
          <w:sz w:val="24"/>
        </w:rPr>
        <w:t xml:space="preserve">. Within 15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non-compliance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(TENANTS LIVING AT THE PROPERTY FOR A YEAR OR MORE)</w:t>
      </w:r>
      <w:r>
        <w:rPr>
          <w:rFonts w:ascii="Times New Roman" w:hAnsi="Times New Roman" w:eastAsia="Times New Roman" w:cs="Times New Roman"/>
          <w:sz w:val="24"/>
        </w:rPr>
        <w:t xml:space="preserve">. Within 30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non-compliance with your Lease. You are hereby obligated to notify the Landlord by the end of the notice period that the violation has been cured or quit and deliver possession of the Premises.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ILLEGAL DRUGS</w:t>
      </w:r>
      <w:r>
        <w:rPr>
          <w:rFonts w:ascii="Times New Roman" w:hAnsi="Times New Roman" w:eastAsia="Times New Roman" w:cs="Times New Roman"/>
          <w:sz w:val="24"/>
        </w:rPr>
        <w:t xml:space="preserve">. Within 10 days, you are hereby required to quit and deliver possession of the Premises due to the following drug-related criminal acts: </w:t>
      </w:r>
    </w:p>
    <w:p>
      <w:pPr/>
      <w:r>
        <w:rPr>
          <w:rFonts w:ascii="Times New Roman" w:hAnsi="Times New Roman" w:eastAsia="Times New Roman" w:cs="Times New Roman"/>
          <w:sz w:val="24"/>
        </w:rPr>
        <w:t>[DESCRIBE THE CRIMES]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