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 w:after="0"/>
        <w:jc w:val="center"/>
      </w:pPr>
      <w:r>
        <w:rPr>
          <w:rFonts w:ascii="Times New Roman" w:hAnsi="Times New Roman" w:eastAsia="Times New Roman" w:cs="Times New Roman"/>
          <w:sz w:val="24"/>
        </w:rPr>
        <w:t>PENNSYLVANIA GENERAL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spacing w:before="8" w:after="0"/>
      </w:pPr>
    </w:p>
    <w:p>
      <w:pPr>
        <w:jc w:val="center"/>
      </w:pPr>
      <w:r>
        <w:rPr>
          <w:rFonts w:ascii="Times New Roman" w:hAnsi="Times New Roman" w:eastAsia="Times New Roman" w:cs="Times New Roman"/>
          <w:sz w:val="24"/>
        </w:rPr>
        <w:t>NOTICE TO PRINCIPAL /</w:t>
      </w:r>
      <w:r>
        <w:rPr>
          <w:rFonts w:ascii="Times New Roman" w:hAnsi="Times New Roman" w:eastAsia="Times New Roman" w:cs="Times New Roman"/>
          <w:sz w:val="24"/>
        </w:rPr>
        <w:t xml:space="preserve"> </w:t>
      </w:r>
      <w:r>
        <w:rPr>
          <w:rFonts w:ascii="Times New Roman" w:hAnsi="Times New Roman" w:eastAsia="Times New Roman" w:cs="Times New Roman"/>
          <w:sz w:val="24"/>
        </w:rPr>
        <w:t>GRANTOR:</w:t>
      </w:r>
    </w:p>
    <w:p>
      <w:pPr/>
    </w:p>
    <w:p>
      <w:pPr/>
      <w:r>
        <w:rPr>
          <w:rFonts w:ascii="Times New Roman" w:hAnsi="Times New Roman" w:eastAsia="Times New Roman" w:cs="Times New Roman"/>
          <w:sz w:val="24"/>
        </w:rPr>
        <w:t>THE PURPOSE OF THIS POWER OF ATTORNEY IS TO GIVE THE PERSON YOU DESIGNATE (YOUR "AGENT") BROAD POWERS TO HANDLE YOUR PROPERTY, WHICH MAY INCLUDE POWERS TO SELL OR OTHERWISE DISPOSE OF ANY REAL OR PERSONAL PROPERTY WITHOUT ADVANCE NOTICE TO YOU OR</w:t>
      </w:r>
      <w:r>
        <w:rPr>
          <w:rFonts w:ascii="Times New Roman" w:hAnsi="Times New Roman" w:eastAsia="Times New Roman" w:cs="Times New Roman"/>
          <w:sz w:val="24"/>
        </w:rPr>
        <w:t xml:space="preserve"> </w:t>
      </w:r>
      <w:r>
        <w:rPr>
          <w:rFonts w:ascii="Times New Roman" w:hAnsi="Times New Roman" w:eastAsia="Times New Roman" w:cs="Times New Roman"/>
          <w:sz w:val="24"/>
        </w:rPr>
        <w:t>APPROVAL BY</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p>
    <w:p>
      <w:pPr/>
    </w:p>
    <w:p>
      <w:pPr/>
      <w:r>
        <w:rPr>
          <w:rFonts w:ascii="Times New Roman" w:hAnsi="Times New Roman" w:eastAsia="Times New Roman" w:cs="Times New Roman"/>
          <w:sz w:val="24"/>
        </w:rPr>
        <w:t>THIS POWER OF ATTORNEY DOES NOT IMPOSE A DUTY ON YOUR AGENT TO EXERCISE GRANTED POWERS, BUT WHEN POWERS ARE EXERCISED, YOUR AGENT MUST USE DUE CARE TO ACT</w:t>
      </w:r>
      <w:r>
        <w:rPr>
          <w:rFonts w:ascii="Times New Roman" w:hAnsi="Times New Roman" w:eastAsia="Times New Roman" w:cs="Times New Roman"/>
          <w:sz w:val="24"/>
        </w:rPr>
        <w:t xml:space="preserve"> </w:t>
      </w:r>
      <w:r>
        <w:rPr>
          <w:rFonts w:ascii="Times New Roman" w:hAnsi="Times New Roman" w:eastAsia="Times New Roman" w:cs="Times New Roman"/>
          <w:sz w:val="24"/>
        </w:rPr>
        <w:t>FOR YOUR BENEFIT AND IN ACCORDANCE WITH THIS POWER OF ATTORNEY.</w:t>
      </w:r>
    </w:p>
    <w:p>
      <w:pPr/>
    </w:p>
    <w:p>
      <w:pPr/>
      <w:r>
        <w:rPr>
          <w:rFonts w:ascii="Times New Roman" w:hAnsi="Times New Roman" w:eastAsia="Times New Roman" w:cs="Times New Roman"/>
          <w:sz w:val="24"/>
        </w:rPr>
        <w:t>YOUR AGENT MAY EXERCISE THE POWERS GIVEN HERE THROUGHOUT YOUR LIFETIME, EVEN AFTER YOU BECOME INCAPACITATED, UNLESS YOU EXPRESSLY LIMIT THE</w:t>
      </w:r>
      <w:r>
        <w:rPr>
          <w:rFonts w:ascii="Times New Roman" w:hAnsi="Times New Roman" w:eastAsia="Times New Roman" w:cs="Times New Roman"/>
          <w:sz w:val="24"/>
        </w:rPr>
        <w:t xml:space="preserve"> </w:t>
      </w:r>
      <w:r>
        <w:rPr>
          <w:rFonts w:ascii="Times New Roman" w:hAnsi="Times New Roman" w:eastAsia="Times New Roman" w:cs="Times New Roman"/>
          <w:sz w:val="24"/>
        </w:rPr>
        <w:t>DURATION OF THESE POWERS OR YOU REVOKE THESE POWERS OR A COURT ACTING ON YOUR BEHALF TERMINATES YOUR AGENT'S AUTHORITY.</w:t>
      </w:r>
    </w:p>
    <w:p>
      <w:pPr/>
    </w:p>
    <w:p>
      <w:pPr/>
      <w:r>
        <w:rPr>
          <w:rFonts w:ascii="Times New Roman" w:hAnsi="Times New Roman" w:eastAsia="Times New Roman" w:cs="Times New Roman"/>
          <w:sz w:val="24"/>
        </w:rPr>
        <w:t>YOUR AGENT MUST KEEP YOUR FUNDS SEPARATE FROM</w:t>
      </w:r>
      <w:r>
        <w:rPr>
          <w:rFonts w:ascii="Times New Roman" w:hAnsi="Times New Roman" w:eastAsia="Times New Roman" w:cs="Times New Roman"/>
          <w:sz w:val="24"/>
        </w:rPr>
        <w:t xml:space="preserve"> </w:t>
      </w:r>
      <w:r>
        <w:rPr>
          <w:rFonts w:ascii="Times New Roman" w:hAnsi="Times New Roman" w:eastAsia="Times New Roman" w:cs="Times New Roman"/>
          <w:sz w:val="24"/>
        </w:rPr>
        <w:t>YOUR AGEN'TS</w:t>
      </w:r>
      <w:r>
        <w:rPr>
          <w:rFonts w:ascii="Times New Roman" w:hAnsi="Times New Roman" w:eastAsia="Times New Roman" w:cs="Times New Roman"/>
          <w:sz w:val="24"/>
        </w:rPr>
        <w:t xml:space="preserve"> </w:t>
      </w:r>
      <w:r>
        <w:rPr>
          <w:rFonts w:ascii="Times New Roman" w:hAnsi="Times New Roman" w:eastAsia="Times New Roman" w:cs="Times New Roman"/>
          <w:sz w:val="24"/>
        </w:rPr>
        <w:t>FUNDS.</w:t>
      </w:r>
    </w:p>
    <w:p>
      <w:pPr/>
    </w:p>
    <w:p>
      <w:pPr/>
      <w:r>
        <w:rPr>
          <w:rFonts w:ascii="Times New Roman" w:hAnsi="Times New Roman" w:eastAsia="Times New Roman" w:cs="Times New Roman"/>
          <w:sz w:val="24"/>
        </w:rPr>
        <w:t>A COURT CAN TAKE AWAY THE POWERS OF YOUR AGENT IF</w:t>
      </w:r>
      <w:r>
        <w:rPr>
          <w:rFonts w:ascii="Times New Roman" w:hAnsi="Times New Roman" w:eastAsia="Times New Roman" w:cs="Times New Roman"/>
          <w:sz w:val="24"/>
        </w:rPr>
        <w:t xml:space="preserve"> </w:t>
      </w:r>
      <w:r>
        <w:rPr>
          <w:rFonts w:ascii="Times New Roman" w:hAnsi="Times New Roman" w:eastAsia="Times New Roman" w:cs="Times New Roman"/>
          <w:sz w:val="24"/>
        </w:rPr>
        <w:t>IT FINDS YOUR AGENT IS NOT ACTING</w:t>
      </w:r>
      <w:r>
        <w:rPr>
          <w:rFonts w:ascii="Times New Roman" w:hAnsi="Times New Roman" w:eastAsia="Times New Roman" w:cs="Times New Roman"/>
          <w:sz w:val="24"/>
        </w:rPr>
        <w:t xml:space="preserve"> </w:t>
      </w:r>
      <w:r>
        <w:rPr>
          <w:rFonts w:ascii="Times New Roman" w:hAnsi="Times New Roman" w:eastAsia="Times New Roman" w:cs="Times New Roman"/>
          <w:sz w:val="24"/>
        </w:rPr>
        <w:t>PROPERLY.</w:t>
      </w:r>
    </w:p>
    <w:p>
      <w:pPr/>
    </w:p>
    <w:p>
      <w:pPr/>
      <w:r>
        <w:rPr>
          <w:rFonts w:ascii="Times New Roman" w:hAnsi="Times New Roman" w:eastAsia="Times New Roman" w:cs="Times New Roman"/>
          <w:sz w:val="24"/>
        </w:rPr>
        <w:t>THE POWERS AND DUTIES OF AN AGENT UNDER A POWER OF ATTORNEY ARE EXPLAINED MORE FULLY IN 20 PA.C.S. CH.</w:t>
      </w:r>
      <w:r>
        <w:rPr>
          <w:rFonts w:ascii="Times New Roman" w:hAnsi="Times New Roman" w:eastAsia="Times New Roman" w:cs="Times New Roman"/>
          <w:sz w:val="24"/>
        </w:rPr>
        <w:t xml:space="preserve"> </w:t>
      </w:r>
      <w:r>
        <w:rPr>
          <w:rFonts w:ascii="Times New Roman" w:hAnsi="Times New Roman" w:eastAsia="Times New Roman" w:cs="Times New Roman"/>
          <w:sz w:val="24"/>
        </w:rPr>
        <w:t>56.</w:t>
      </w:r>
    </w:p>
    <w:p>
      <w:pPr/>
    </w:p>
    <w:p>
      <w:pPr/>
      <w:r>
        <w:rPr>
          <w:rFonts w:ascii="Times New Roman" w:hAnsi="Times New Roman" w:eastAsia="Times New Roman" w:cs="Times New Roman"/>
          <w:sz w:val="24"/>
        </w:rPr>
        <w:t>IF THERE IS ANYTHING ABOUT THIS FORM THAT YOU DO</w:t>
      </w:r>
      <w:r>
        <w:rPr>
          <w:rFonts w:ascii="Times New Roman" w:hAnsi="Times New Roman" w:eastAsia="Times New Roman" w:cs="Times New Roman"/>
          <w:sz w:val="24"/>
        </w:rPr>
        <w:t xml:space="preserve"> </w:t>
      </w:r>
      <w:r>
        <w:rPr>
          <w:rFonts w:ascii="Times New Roman" w:hAnsi="Times New Roman" w:eastAsia="Times New Roman" w:cs="Times New Roman"/>
          <w:sz w:val="24"/>
        </w:rPr>
        <w:t>NOT UNDERSTAND, YOU SHOULD ASK A LAWYER OF YOUR OWN CHOOSING TO EXPLAIN IT TO</w:t>
      </w:r>
      <w:r>
        <w:rPr>
          <w:rFonts w:ascii="Times New Roman" w:hAnsi="Times New Roman" w:eastAsia="Times New Roman" w:cs="Times New Roman"/>
          <w:sz w:val="24"/>
        </w:rPr>
        <w:t xml:space="preserve"> </w:t>
      </w:r>
      <w:r>
        <w:rPr>
          <w:rFonts w:ascii="Times New Roman" w:hAnsi="Times New Roman" w:eastAsia="Times New Roman" w:cs="Times New Roman"/>
          <w:sz w:val="24"/>
        </w:rPr>
        <w:t>YOU.</w:t>
      </w:r>
    </w:p>
    <w:p>
      <w:pPr/>
    </w:p>
    <w:p>
      <w:pPr/>
      <w:r>
        <w:rPr>
          <w:rFonts w:ascii="Times New Roman" w:hAnsi="Times New Roman" w:eastAsia="Times New Roman" w:cs="Times New Roman"/>
          <w:sz w:val="24"/>
        </w:rPr>
        <w:t>I HAVE READ OR HAD EXPLAINED TO ME THIS NOTICE AND I UNDERSTAND ITS</w:t>
      </w:r>
      <w:r>
        <w:rPr>
          <w:rFonts w:ascii="Times New Roman" w:hAnsi="Times New Roman" w:eastAsia="Times New Roman" w:cs="Times New Roman"/>
          <w:sz w:val="24"/>
        </w:rPr>
        <w:t xml:space="preserve"> </w:t>
      </w:r>
      <w:r>
        <w:rPr>
          <w:rFonts w:ascii="Times New Roman" w:hAnsi="Times New Roman" w:eastAsia="Times New Roman" w:cs="Times New Roman"/>
          <w:sz w:val="24"/>
        </w:rPr>
        <w:t>CONTENTS.</w:t>
      </w:r>
    </w:p>
    <w:p>
      <w:pPr/>
    </w:p>
    <w:p>
      <w:pPr>
        <w:spacing w:before="2" w:after="0"/>
      </w:pPr>
      <w:r>
        <w:rPr>
          <w:rFonts w:ascii="Times New Roman" w:hAnsi="Times New Roman" w:eastAsia="Times New Roman" w:cs="Times New Roman"/>
          <w:sz w:val="24"/>
        </w:rPr>
        <w:tab/>
      </w:r>
      <w:r>
        <w:rPr>
          <w:rFonts w:ascii="Times New Roman" w:hAnsi="Times New Roman" w:eastAsia="Times New Roman" w:cs="Times New Roman"/>
          <w:sz w:val="24"/>
        </w:rPr>
        <w:t>[DATE]</w:t>
      </w:r>
    </w:p>
    <w:p>
      <w:pPr>
        <w:spacing w:line="20" w:lineRule="exact"/>
      </w:pPr>
      <w:r>
        <w:rPr>
          <w:rFonts w:ascii="Times New Roman" w:hAnsi="Times New Roman" w:eastAsia="Times New Roman" w:cs="Times New Roman"/>
          <w:sz w:val="24"/>
        </w:rPr>
        <w:tab/>
      </w:r>
    </w:p>
    <w:p>
      <w:pPr>
        <w:spacing w:line="266" w:lineRule="exact"/>
      </w:pPr>
      <w:r>
        <w:rPr>
          <w:rFonts w:ascii="Times New Roman" w:hAnsi="Times New Roman" w:eastAsia="Times New Roman" w:cs="Times New Roman"/>
          <w:sz w:val="24"/>
        </w:rPr>
        <w:t>Signature of Principal</w:t>
      </w:r>
      <w:r>
        <w:rPr>
          <w:rFonts w:ascii="Times New Roman" w:hAnsi="Times New Roman" w:eastAsia="Times New Roman" w:cs="Times New Roman"/>
          <w:sz w:val="24"/>
        </w:rPr>
        <w:t xml:space="preserve"> </w:t>
      </w:r>
      <w:r>
        <w:rPr>
          <w:rFonts w:ascii="Times New Roman" w:hAnsi="Times New Roman" w:eastAsia="Times New Roman" w:cs="Times New Roman"/>
          <w:sz w:val="24"/>
        </w:rPr>
        <w:t>/</w:t>
      </w:r>
      <w:r>
        <w:rPr>
          <w:rFonts w:ascii="Times New Roman" w:hAnsi="Times New Roman" w:eastAsia="Times New Roman" w:cs="Times New Roman"/>
          <w:sz w:val="24"/>
        </w:rPr>
        <w:t xml:space="preserve"> </w:t>
      </w:r>
      <w:r>
        <w:rPr>
          <w:rFonts w:ascii="Times New Roman" w:hAnsi="Times New Roman" w:eastAsia="Times New Roman" w:cs="Times New Roman"/>
          <w:sz w:val="24"/>
        </w:rPr>
        <w:t>Grantor</w:t>
        <w:tab/>
        <w:t>Date</w:t>
      </w:r>
    </w:p>
    <w:p>
      <w:pPr/>
    </w:p>
    <w:p>
      <w:pPr/>
      <w:r>
        <w:rPr>
          <w:rFonts w:ascii="Times New Roman" w:hAnsi="Times New Roman" w:eastAsia="Times New Roman" w:cs="Times New Roman"/>
          <w:sz w:val="24"/>
        </w:rPr>
        <w:t>[NAME]</w:t>
      </w:r>
    </w:p>
    <w:p>
      <w:pPr>
        <w:spacing w:line="20" w:lineRule="exact"/>
      </w:pPr>
    </w:p>
    <w:p>
      <w:pPr>
        <w:spacing w:line="266" w:lineRule="exact"/>
      </w:pPr>
      <w:r>
        <w:rPr>
          <w:rFonts w:ascii="Times New Roman" w:hAnsi="Times New Roman" w:eastAsia="Times New Roman" w:cs="Times New Roman"/>
          <w:sz w:val="24"/>
        </w:rPr>
        <w:t>Name of Principal /</w:t>
      </w:r>
      <w:r>
        <w:rPr>
          <w:rFonts w:ascii="Times New Roman" w:hAnsi="Times New Roman" w:eastAsia="Times New Roman" w:cs="Times New Roman"/>
          <w:sz w:val="24"/>
        </w:rPr>
        <w:t xml:space="preserve"> </w:t>
      </w:r>
      <w:r>
        <w:rPr>
          <w:rFonts w:ascii="Times New Roman" w:hAnsi="Times New Roman" w:eastAsia="Times New Roman" w:cs="Times New Roman"/>
          <w:sz w:val="24"/>
        </w:rPr>
        <w:t>Grantor</w:t>
      </w:r>
    </w:p>
    <w:p>
      <w:pPr/>
    </w:p>
    <w:p>
      <w:pPr>
        <w:spacing w:before="56" w:after="0"/>
      </w:pPr>
      <w:r>
        <w:rPr>
          <w:rFonts w:ascii="Times New Roman" w:hAnsi="Times New Roman" w:eastAsia="Times New Roman" w:cs="Times New Roman"/>
          <w:sz w:val="24"/>
        </w:rPr>
        <w:t>KNOW ALL PERSONS BY THESE</w:t>
      </w:r>
      <w:r>
        <w:rPr>
          <w:rFonts w:ascii="Times New Roman" w:hAnsi="Times New Roman" w:eastAsia="Times New Roman" w:cs="Times New Roman"/>
          <w:sz w:val="24"/>
        </w:rPr>
        <w:t xml:space="preserve"> </w:t>
      </w:r>
      <w:r>
        <w:rPr>
          <w:rFonts w:ascii="Times New Roman" w:hAnsi="Times New Roman" w:eastAsia="Times New Roman" w:cs="Times New Roman"/>
          <w:sz w:val="24"/>
        </w:rPr>
        <w:t>PRESENTS:</w:t>
      </w:r>
    </w:p>
    <w:p>
      <w:pPr/>
    </w:p>
    <w:p>
      <w:pP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 maintaining an address</w:t>
      </w:r>
      <w:r>
        <w:rPr>
          <w:rFonts w:ascii="Times New Roman" w:hAnsi="Times New Roman" w:eastAsia="Times New Roman" w:cs="Times New Roman"/>
          <w:sz w:val="24"/>
        </w:rPr>
        <w:t xml:space="preserve"> </w:t>
      </w:r>
      <w:r>
        <w:rPr>
          <w:rFonts w:ascii="Times New Roman" w:hAnsi="Times New Roman" w:eastAsia="Times New Roman" w:cs="Times New Roman"/>
          <w:sz w:val="24"/>
        </w:rPr>
        <w:t>at</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do hereby make and</w:t>
      </w:r>
      <w:r>
        <w:rPr>
          <w:rFonts w:ascii="Times New Roman" w:hAnsi="Times New Roman" w:eastAsia="Times New Roman" w:cs="Times New Roman"/>
          <w:sz w:val="24"/>
        </w:rPr>
        <w:t xml:space="preserve"> </w:t>
      </w:r>
      <w:r>
        <w:rPr>
          <w:rFonts w:ascii="Times New Roman" w:hAnsi="Times New Roman" w:eastAsia="Times New Roman" w:cs="Times New Roman"/>
          <w:sz w:val="24"/>
        </w:rPr>
        <w:t>appoint</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(“Agent”) maintaining an address</w:t>
      </w:r>
      <w:r>
        <w:rPr>
          <w:rFonts w:ascii="Times New Roman" w:hAnsi="Times New Roman" w:eastAsia="Times New Roman" w:cs="Times New Roman"/>
          <w:sz w:val="24"/>
        </w:rPr>
        <w:t xml:space="preserve"> </w:t>
      </w:r>
      <w:r>
        <w:rPr>
          <w:rFonts w:ascii="Times New Roman" w:hAnsi="Times New Roman" w:eastAsia="Times New Roman" w:cs="Times New Roman"/>
          <w:sz w:val="24"/>
        </w:rPr>
        <w:t>at:</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[ADDRESS]</w:t>
      </w:r>
      <w:r>
        <w:rPr>
          <w:rFonts w:ascii="Times New Roman" w:hAnsi="Times New Roman" w:eastAsia="Times New Roman" w:cs="Times New Roman"/>
          <w:sz w:val="24"/>
        </w:rPr>
        <w:t xml:space="preserve">  my true</w:t>
      </w:r>
      <w:r>
        <w:rPr>
          <w:rFonts w:ascii="Times New Roman" w:hAnsi="Times New Roman" w:eastAsia="Times New Roman" w:cs="Times New Roman"/>
          <w:sz w:val="24"/>
        </w:rPr>
        <w:t xml:space="preserve"> </w:t>
      </w:r>
      <w:r>
        <w:rPr>
          <w:rFonts w:ascii="Times New Roman" w:hAnsi="Times New Roman" w:eastAsia="Times New Roman" w:cs="Times New Roman"/>
          <w:sz w:val="24"/>
        </w:rPr>
        <w:t>and</w:t>
      </w:r>
      <w:r>
        <w:rPr>
          <w:rFonts w:ascii="Times New Roman" w:hAnsi="Times New Roman" w:eastAsia="Times New Roman" w:cs="Times New Roman"/>
          <w:sz w:val="24"/>
        </w:rPr>
        <w:t xml:space="preserve"> </w:t>
      </w:r>
      <w:r>
        <w:rPr>
          <w:rFonts w:ascii="Times New Roman" w:hAnsi="Times New Roman" w:eastAsia="Times New Roman" w:cs="Times New Roman"/>
          <w:sz w:val="24"/>
        </w:rPr>
        <w:t>lawful attorney-in-fact for me and in my name, and in my</w:t>
      </w:r>
      <w:r>
        <w:rPr>
          <w:rFonts w:ascii="Times New Roman" w:hAnsi="Times New Roman" w:eastAsia="Times New Roman" w:cs="Times New Roman"/>
          <w:sz w:val="24"/>
        </w:rPr>
        <w:t xml:space="preserve"> </w:t>
      </w:r>
      <w:r>
        <w:rPr>
          <w:rFonts w:ascii="Times New Roman" w:hAnsi="Times New Roman" w:eastAsia="Times New Roman" w:cs="Times New Roman"/>
          <w:sz w:val="24"/>
        </w:rPr>
        <w:t>behalf.</w:t>
      </w:r>
    </w:p>
    <w:p>
      <w:pPr/>
    </w:p>
    <w:p>
      <w:pPr/>
      <w:r>
        <w:rPr>
          <w:rFonts w:ascii="Times New Roman" w:hAnsi="Times New Roman" w:eastAsia="Times New Roman" w:cs="Times New Roman"/>
          <w:sz w:val="24"/>
        </w:rPr>
        <w:t>My Agent shall have full power and authority to perform any act, power, duty, legal right or obligation whatsoever that I now have or may later acquire in connection with or relating to any person, item, transaction, thing, business, property, real or personal, tangible or intangible, or matter whatsoever as I could do if personally present. I hereby ratify and confirm all acts that my Agent, or my Agent’s substitute or substitutes, shall lawfully do or cause to be done by virtue of this power of attorney and the rights hereby granted. My Agent’s powers and authority shall empower him (her) to do any or all of the following, each of which is defined in 20 Pa.C.S.A.5603 (relating to implementation of power of attorney):</w:t>
      </w:r>
    </w:p>
    <w:p>
      <w:pPr/>
    </w:p>
    <w:p>
      <w:pP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make limited</w:t>
      </w:r>
      <w:r>
        <w:rPr>
          <w:rFonts w:ascii="Times New Roman" w:hAnsi="Times New Roman" w:eastAsia="Times New Roman" w:cs="Times New Roman"/>
          <w:sz w:val="24"/>
        </w:rPr>
        <w:t xml:space="preserve"> </w:t>
      </w:r>
      <w:r>
        <w:rPr>
          <w:rFonts w:ascii="Times New Roman" w:hAnsi="Times New Roman" w:eastAsia="Times New Roman" w:cs="Times New Roman"/>
          <w:sz w:val="24"/>
        </w:rPr>
        <w:t>gifts.”</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create a trust for my</w:t>
      </w:r>
      <w:r>
        <w:rPr>
          <w:rFonts w:ascii="Times New Roman" w:hAnsi="Times New Roman" w:eastAsia="Times New Roman" w:cs="Times New Roman"/>
          <w:sz w:val="24"/>
        </w:rPr>
        <w:t xml:space="preserve"> </w:t>
      </w:r>
      <w:r>
        <w:rPr>
          <w:rFonts w:ascii="Times New Roman" w:hAnsi="Times New Roman" w:eastAsia="Times New Roman" w:cs="Times New Roman"/>
          <w:sz w:val="24"/>
        </w:rPr>
        <w:t>benefit.”</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make additions to an existing trust for my</w:t>
      </w:r>
      <w:r>
        <w:rPr>
          <w:rFonts w:ascii="Times New Roman" w:hAnsi="Times New Roman" w:eastAsia="Times New Roman" w:cs="Times New Roman"/>
          <w:sz w:val="24"/>
        </w:rPr>
        <w:t xml:space="preserve"> </w:t>
      </w:r>
      <w:r>
        <w:rPr>
          <w:rFonts w:ascii="Times New Roman" w:hAnsi="Times New Roman" w:eastAsia="Times New Roman" w:cs="Times New Roman"/>
          <w:sz w:val="24"/>
        </w:rPr>
        <w:t>benefit.”</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claim an elective share of the estate of my deceased</w:t>
      </w:r>
      <w:r>
        <w:rPr>
          <w:rFonts w:ascii="Times New Roman" w:hAnsi="Times New Roman" w:eastAsia="Times New Roman" w:cs="Times New Roman"/>
          <w:sz w:val="24"/>
        </w:rPr>
        <w:t xml:space="preserve"> </w:t>
      </w:r>
      <w:r>
        <w:rPr>
          <w:rFonts w:ascii="Times New Roman" w:hAnsi="Times New Roman" w:eastAsia="Times New Roman" w:cs="Times New Roman"/>
          <w:sz w:val="24"/>
        </w:rPr>
        <w:t>spouse.”</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disclaim any interest in</w:t>
      </w:r>
      <w:r>
        <w:rPr>
          <w:rFonts w:ascii="Times New Roman" w:hAnsi="Times New Roman" w:eastAsia="Times New Roman" w:cs="Times New Roman"/>
          <w:sz w:val="24"/>
        </w:rPr>
        <w:t xml:space="preserve"> </w:t>
      </w:r>
      <w:r>
        <w:rPr>
          <w:rFonts w:ascii="Times New Roman" w:hAnsi="Times New Roman" w:eastAsia="Times New Roman" w:cs="Times New Roman"/>
          <w:sz w:val="24"/>
        </w:rPr>
        <w:t>property.”</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renounce fiduciary</w:t>
      </w:r>
      <w:r>
        <w:rPr>
          <w:rFonts w:ascii="Times New Roman" w:hAnsi="Times New Roman" w:eastAsia="Times New Roman" w:cs="Times New Roman"/>
          <w:sz w:val="24"/>
        </w:rPr>
        <w:t xml:space="preserve"> </w:t>
      </w:r>
      <w:r>
        <w:rPr>
          <w:rFonts w:ascii="Times New Roman" w:hAnsi="Times New Roman" w:eastAsia="Times New Roman" w:cs="Times New Roman"/>
          <w:sz w:val="24"/>
        </w:rPr>
        <w:t>positions.”</w:t>
      </w:r>
    </w:p>
    <w:p>
      <w:pPr>
        <w:spacing w:line="275" w:lineRule="exact"/>
        <w:ind w:hanging="360"/>
      </w:pPr>
      <w:r>
        <w:rPr>
          <w:rFonts w:ascii="Times New Roman" w:hAnsi="Times New Roman" w:eastAsia="Times New Roman" w:cs="Times New Roman"/>
          <w:sz w:val="24"/>
        </w:rPr>
        <w:t>“</w:t>
      </w:r>
      <w:r>
        <w:rPr>
          <w:rFonts w:ascii="Times New Roman" w:hAnsi="Times New Roman" w:eastAsia="Times New Roman" w:cs="Times New Roman"/>
          <w:sz w:val="24"/>
        </w:rPr>
        <w:t>To withdraw and receive the income or corpus of a</w:t>
      </w:r>
      <w:r>
        <w:rPr>
          <w:rFonts w:ascii="Times New Roman" w:hAnsi="Times New Roman" w:eastAsia="Times New Roman" w:cs="Times New Roman"/>
          <w:sz w:val="24"/>
        </w:rPr>
        <w:t xml:space="preserve"> </w:t>
      </w:r>
      <w:r>
        <w:rPr>
          <w:rFonts w:ascii="Times New Roman" w:hAnsi="Times New Roman" w:eastAsia="Times New Roman" w:cs="Times New Roman"/>
          <w:sz w:val="24"/>
        </w:rPr>
        <w:t>trust.”</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authorize my admission to a medical, nursing, residential or similar facility and to enter into agreements for my</w:t>
      </w:r>
      <w:r>
        <w:rPr>
          <w:rFonts w:ascii="Times New Roman" w:hAnsi="Times New Roman" w:eastAsia="Times New Roman" w:cs="Times New Roman"/>
          <w:sz w:val="24"/>
        </w:rPr>
        <w:t xml:space="preserve"> </w:t>
      </w:r>
      <w:r>
        <w:rPr>
          <w:rFonts w:ascii="Times New Roman" w:hAnsi="Times New Roman" w:eastAsia="Times New Roman" w:cs="Times New Roman"/>
          <w:sz w:val="24"/>
        </w:rPr>
        <w:t>care.”</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authorize medical and surgical</w:t>
      </w:r>
      <w:r>
        <w:rPr>
          <w:rFonts w:ascii="Times New Roman" w:hAnsi="Times New Roman" w:eastAsia="Times New Roman" w:cs="Times New Roman"/>
          <w:sz w:val="24"/>
        </w:rPr>
        <w:t xml:space="preserve"> </w:t>
      </w:r>
      <w:r>
        <w:rPr>
          <w:rFonts w:ascii="Times New Roman" w:hAnsi="Times New Roman" w:eastAsia="Times New Roman" w:cs="Times New Roman"/>
          <w:sz w:val="24"/>
        </w:rPr>
        <w:t>procedures.”</w:t>
      </w:r>
    </w:p>
    <w:p>
      <w:pPr>
        <w:ind w:hanging="359"/>
      </w:pPr>
      <w:r>
        <w:rPr>
          <w:rFonts w:ascii="Times New Roman" w:hAnsi="Times New Roman" w:eastAsia="Times New Roman" w:cs="Times New Roman"/>
          <w:sz w:val="24"/>
        </w:rPr>
        <w:t>“</w:t>
      </w:r>
      <w:r>
        <w:rPr>
          <w:rFonts w:ascii="Times New Roman" w:hAnsi="Times New Roman" w:eastAsia="Times New Roman" w:cs="Times New Roman"/>
          <w:sz w:val="24"/>
        </w:rPr>
        <w:t>To engage in real property</w:t>
      </w:r>
      <w:r>
        <w:rPr>
          <w:rFonts w:ascii="Times New Roman" w:hAnsi="Times New Roman" w:eastAsia="Times New Roman" w:cs="Times New Roman"/>
          <w:sz w:val="24"/>
        </w:rPr>
        <w:t xml:space="preserve"> </w:t>
      </w:r>
      <w:r>
        <w:rPr>
          <w:rFonts w:ascii="Times New Roman" w:hAnsi="Times New Roman" w:eastAsia="Times New Roman" w:cs="Times New Roman"/>
          <w:sz w:val="24"/>
        </w:rPr>
        <w:t>transactions.”</w:t>
      </w:r>
    </w:p>
    <w:p>
      <w:pPr>
        <w:ind w:hanging="359"/>
      </w:pPr>
      <w:r>
        <w:rPr>
          <w:rFonts w:ascii="Times New Roman" w:hAnsi="Times New Roman" w:eastAsia="Times New Roman" w:cs="Times New Roman"/>
          <w:sz w:val="24"/>
        </w:rPr>
        <w:t>“</w:t>
      </w:r>
      <w:r>
        <w:rPr>
          <w:rFonts w:ascii="Times New Roman" w:hAnsi="Times New Roman" w:eastAsia="Times New Roman" w:cs="Times New Roman"/>
          <w:sz w:val="24"/>
        </w:rPr>
        <w:t>To engage in tangible personal property</w:t>
      </w:r>
      <w:r>
        <w:rPr>
          <w:rFonts w:ascii="Times New Roman" w:hAnsi="Times New Roman" w:eastAsia="Times New Roman" w:cs="Times New Roman"/>
          <w:sz w:val="24"/>
        </w:rPr>
        <w:t xml:space="preserve"> </w:t>
      </w:r>
      <w:r>
        <w:rPr>
          <w:rFonts w:ascii="Times New Roman" w:hAnsi="Times New Roman" w:eastAsia="Times New Roman" w:cs="Times New Roman"/>
          <w:sz w:val="24"/>
        </w:rPr>
        <w:t>transaction.”</w:t>
      </w:r>
    </w:p>
    <w:p>
      <w:pPr>
        <w:ind w:hanging="359"/>
      </w:pPr>
      <w:r>
        <w:rPr>
          <w:rFonts w:ascii="Times New Roman" w:hAnsi="Times New Roman" w:eastAsia="Times New Roman" w:cs="Times New Roman"/>
          <w:sz w:val="24"/>
        </w:rPr>
        <w:t>“</w:t>
      </w:r>
      <w:r>
        <w:rPr>
          <w:rFonts w:ascii="Times New Roman" w:hAnsi="Times New Roman" w:eastAsia="Times New Roman" w:cs="Times New Roman"/>
          <w:sz w:val="24"/>
        </w:rPr>
        <w:t>To engage in stock, bond and other securities</w:t>
      </w:r>
      <w:r>
        <w:rPr>
          <w:rFonts w:ascii="Times New Roman" w:hAnsi="Times New Roman" w:eastAsia="Times New Roman" w:cs="Times New Roman"/>
          <w:sz w:val="24"/>
        </w:rPr>
        <w:t xml:space="preserve"> </w:t>
      </w:r>
      <w:r>
        <w:rPr>
          <w:rFonts w:ascii="Times New Roman" w:hAnsi="Times New Roman" w:eastAsia="Times New Roman" w:cs="Times New Roman"/>
          <w:sz w:val="24"/>
        </w:rPr>
        <w:t>transactions.”</w:t>
      </w:r>
    </w:p>
    <w:p>
      <w:pPr>
        <w:ind w:hanging="359"/>
      </w:pPr>
      <w:r>
        <w:rPr>
          <w:rFonts w:ascii="Times New Roman" w:hAnsi="Times New Roman" w:eastAsia="Times New Roman" w:cs="Times New Roman"/>
          <w:sz w:val="24"/>
        </w:rPr>
        <w:t>“</w:t>
      </w:r>
      <w:r>
        <w:rPr>
          <w:rFonts w:ascii="Times New Roman" w:hAnsi="Times New Roman" w:eastAsia="Times New Roman" w:cs="Times New Roman"/>
          <w:sz w:val="24"/>
        </w:rPr>
        <w:t>To engage in commodity and option</w:t>
      </w:r>
      <w:r>
        <w:rPr>
          <w:rFonts w:ascii="Times New Roman" w:hAnsi="Times New Roman" w:eastAsia="Times New Roman" w:cs="Times New Roman"/>
          <w:sz w:val="24"/>
        </w:rPr>
        <w:t xml:space="preserve"> </w:t>
      </w:r>
      <w:r>
        <w:rPr>
          <w:rFonts w:ascii="Times New Roman" w:hAnsi="Times New Roman" w:eastAsia="Times New Roman" w:cs="Times New Roman"/>
          <w:sz w:val="24"/>
        </w:rPr>
        <w:t>transactions.”</w:t>
      </w:r>
    </w:p>
    <w:p>
      <w:pPr>
        <w:ind w:hanging="359"/>
      </w:pPr>
      <w:r>
        <w:rPr>
          <w:rFonts w:ascii="Times New Roman" w:hAnsi="Times New Roman" w:eastAsia="Times New Roman" w:cs="Times New Roman"/>
          <w:sz w:val="24"/>
        </w:rPr>
        <w:t>“</w:t>
      </w:r>
      <w:r>
        <w:rPr>
          <w:rFonts w:ascii="Times New Roman" w:hAnsi="Times New Roman" w:eastAsia="Times New Roman" w:cs="Times New Roman"/>
          <w:sz w:val="24"/>
        </w:rPr>
        <w:t>To engage in banking and financial</w:t>
      </w:r>
      <w:r>
        <w:rPr>
          <w:rFonts w:ascii="Times New Roman" w:hAnsi="Times New Roman" w:eastAsia="Times New Roman" w:cs="Times New Roman"/>
          <w:sz w:val="24"/>
        </w:rPr>
        <w:t xml:space="preserve"> </w:t>
      </w:r>
      <w:r>
        <w:rPr>
          <w:rFonts w:ascii="Times New Roman" w:hAnsi="Times New Roman" w:eastAsia="Times New Roman" w:cs="Times New Roman"/>
          <w:sz w:val="24"/>
        </w:rPr>
        <w:t>transactions.”</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borrow money.”</w:t>
      </w:r>
    </w:p>
    <w:p>
      <w:pPr>
        <w:ind w:hanging="359"/>
      </w:pPr>
      <w:r>
        <w:rPr>
          <w:rFonts w:ascii="Times New Roman" w:hAnsi="Times New Roman" w:eastAsia="Times New Roman" w:cs="Times New Roman"/>
          <w:sz w:val="24"/>
        </w:rPr>
        <w:t>“</w:t>
      </w:r>
      <w:r>
        <w:rPr>
          <w:rFonts w:ascii="Times New Roman" w:hAnsi="Times New Roman" w:eastAsia="Times New Roman" w:cs="Times New Roman"/>
          <w:sz w:val="24"/>
        </w:rPr>
        <w:t>To enter safe deposit</w:t>
      </w:r>
      <w:r>
        <w:rPr>
          <w:rFonts w:ascii="Times New Roman" w:hAnsi="Times New Roman" w:eastAsia="Times New Roman" w:cs="Times New Roman"/>
          <w:sz w:val="24"/>
        </w:rPr>
        <w:t xml:space="preserve"> </w:t>
      </w:r>
      <w:r>
        <w:rPr>
          <w:rFonts w:ascii="Times New Roman" w:hAnsi="Times New Roman" w:eastAsia="Times New Roman" w:cs="Times New Roman"/>
          <w:sz w:val="24"/>
        </w:rPr>
        <w:t>boxes.”</w:t>
      </w:r>
    </w:p>
    <w:p>
      <w:pPr>
        <w:ind w:hanging="359"/>
      </w:pPr>
      <w:r>
        <w:rPr>
          <w:rFonts w:ascii="Times New Roman" w:hAnsi="Times New Roman" w:eastAsia="Times New Roman" w:cs="Times New Roman"/>
          <w:sz w:val="24"/>
        </w:rPr>
        <w:t>“</w:t>
      </w:r>
      <w:r>
        <w:rPr>
          <w:rFonts w:ascii="Times New Roman" w:hAnsi="Times New Roman" w:eastAsia="Times New Roman" w:cs="Times New Roman"/>
          <w:sz w:val="24"/>
        </w:rPr>
        <w:t>To engage in insurance</w:t>
      </w:r>
      <w:r>
        <w:rPr>
          <w:rFonts w:ascii="Times New Roman" w:hAnsi="Times New Roman" w:eastAsia="Times New Roman" w:cs="Times New Roman"/>
          <w:sz w:val="24"/>
        </w:rPr>
        <w:t xml:space="preserve"> </w:t>
      </w:r>
      <w:r>
        <w:rPr>
          <w:rFonts w:ascii="Times New Roman" w:hAnsi="Times New Roman" w:eastAsia="Times New Roman" w:cs="Times New Roman"/>
          <w:sz w:val="24"/>
        </w:rPr>
        <w:t>transactions.”</w:t>
      </w:r>
    </w:p>
    <w:p>
      <w:pPr>
        <w:ind w:hanging="359"/>
      </w:pPr>
      <w:r>
        <w:rPr>
          <w:rFonts w:ascii="Times New Roman" w:hAnsi="Times New Roman" w:eastAsia="Times New Roman" w:cs="Times New Roman"/>
          <w:sz w:val="24"/>
        </w:rPr>
        <w:t>“</w:t>
      </w:r>
      <w:r>
        <w:rPr>
          <w:rFonts w:ascii="Times New Roman" w:hAnsi="Times New Roman" w:eastAsia="Times New Roman" w:cs="Times New Roman"/>
          <w:sz w:val="24"/>
        </w:rPr>
        <w:t>To engage in retirement plan</w:t>
      </w:r>
      <w:r>
        <w:rPr>
          <w:rFonts w:ascii="Times New Roman" w:hAnsi="Times New Roman" w:eastAsia="Times New Roman" w:cs="Times New Roman"/>
          <w:sz w:val="24"/>
        </w:rPr>
        <w:t xml:space="preserve"> </w:t>
      </w:r>
      <w:r>
        <w:rPr>
          <w:rFonts w:ascii="Times New Roman" w:hAnsi="Times New Roman" w:eastAsia="Times New Roman" w:cs="Times New Roman"/>
          <w:sz w:val="24"/>
        </w:rPr>
        <w:t>transactions.”</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handle interests in estates and</w:t>
      </w:r>
      <w:r>
        <w:rPr>
          <w:rFonts w:ascii="Times New Roman" w:hAnsi="Times New Roman" w:eastAsia="Times New Roman" w:cs="Times New Roman"/>
          <w:sz w:val="24"/>
        </w:rPr>
        <w:t xml:space="preserve"> </w:t>
      </w:r>
      <w:r>
        <w:rPr>
          <w:rFonts w:ascii="Times New Roman" w:hAnsi="Times New Roman" w:eastAsia="Times New Roman" w:cs="Times New Roman"/>
          <w:sz w:val="24"/>
        </w:rPr>
        <w:t>trusts.”</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pursue claims and</w:t>
      </w:r>
      <w:r>
        <w:rPr>
          <w:rFonts w:ascii="Times New Roman" w:hAnsi="Times New Roman" w:eastAsia="Times New Roman" w:cs="Times New Roman"/>
          <w:sz w:val="24"/>
        </w:rPr>
        <w:t xml:space="preserve"> </w:t>
      </w:r>
      <w:r>
        <w:rPr>
          <w:rFonts w:ascii="Times New Roman" w:hAnsi="Times New Roman" w:eastAsia="Times New Roman" w:cs="Times New Roman"/>
          <w:sz w:val="24"/>
        </w:rPr>
        <w:t>litigation.”</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receive government</w:t>
      </w:r>
      <w:r>
        <w:rPr>
          <w:rFonts w:ascii="Times New Roman" w:hAnsi="Times New Roman" w:eastAsia="Times New Roman" w:cs="Times New Roman"/>
          <w:sz w:val="24"/>
        </w:rPr>
        <w:t xml:space="preserve"> </w:t>
      </w:r>
      <w:r>
        <w:rPr>
          <w:rFonts w:ascii="Times New Roman" w:hAnsi="Times New Roman" w:eastAsia="Times New Roman" w:cs="Times New Roman"/>
          <w:sz w:val="24"/>
        </w:rPr>
        <w:t>benefits.”</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pursue tax</w:t>
      </w:r>
      <w:r>
        <w:rPr>
          <w:rFonts w:ascii="Times New Roman" w:hAnsi="Times New Roman" w:eastAsia="Times New Roman" w:cs="Times New Roman"/>
          <w:sz w:val="24"/>
        </w:rPr>
        <w:t xml:space="preserve"> </w:t>
      </w:r>
      <w:r>
        <w:rPr>
          <w:rFonts w:ascii="Times New Roman" w:hAnsi="Times New Roman" w:eastAsia="Times New Roman" w:cs="Times New Roman"/>
          <w:sz w:val="24"/>
        </w:rPr>
        <w:t>matters.”</w:t>
      </w:r>
    </w:p>
    <w:p>
      <w:pPr>
        <w:ind w:hanging="360"/>
      </w:pPr>
      <w:r>
        <w:rPr>
          <w:rFonts w:ascii="Times New Roman" w:hAnsi="Times New Roman" w:eastAsia="Times New Roman" w:cs="Times New Roman"/>
          <w:sz w:val="24"/>
        </w:rPr>
        <w:t>“</w:t>
      </w:r>
      <w:r>
        <w:rPr>
          <w:rFonts w:ascii="Times New Roman" w:hAnsi="Times New Roman" w:eastAsia="Times New Roman" w:cs="Times New Roman"/>
          <w:sz w:val="24"/>
        </w:rPr>
        <w:t>To make an anatomical gift of all or part of my</w:t>
      </w:r>
      <w:r>
        <w:rPr>
          <w:rFonts w:ascii="Times New Roman" w:hAnsi="Times New Roman" w:eastAsia="Times New Roman" w:cs="Times New Roman"/>
          <w:sz w:val="24"/>
        </w:rPr>
        <w:t xml:space="preserve"> </w:t>
      </w:r>
      <w:r>
        <w:rPr>
          <w:rFonts w:ascii="Times New Roman" w:hAnsi="Times New Roman" w:eastAsia="Times New Roman" w:cs="Times New Roman"/>
          <w:sz w:val="24"/>
        </w:rPr>
        <w:t>body.”</w:t>
      </w:r>
    </w:p>
    <w:p>
      <w:pPr>
        <w:spacing w:before="56" w:after="0"/>
      </w:pPr>
      <w:r>
        <w:rPr>
          <w:rFonts w:ascii="Times New Roman" w:hAnsi="Times New Roman" w:eastAsia="Times New Roman" w:cs="Times New Roman"/>
          <w:sz w:val="24"/>
        </w:rPr>
        <w:t>This General Power of Attorney and the rights, powers, and authority of my Agent shall become effective immediately upon execution of this instrument. The rights, powers,</w:t>
      </w:r>
      <w:r>
        <w:rPr>
          <w:rFonts w:ascii="Times New Roman" w:hAnsi="Times New Roman" w:eastAsia="Times New Roman" w:cs="Times New Roman"/>
          <w:sz w:val="24"/>
        </w:rPr>
        <w:t xml:space="preserve"> </w:t>
      </w:r>
      <w:r>
        <w:rPr>
          <w:rFonts w:ascii="Times New Roman" w:hAnsi="Times New Roman" w:eastAsia="Times New Roman" w:cs="Times New Roman"/>
          <w:sz w:val="24"/>
        </w:rPr>
        <w:t>and authority of this document shall remain in full force and effect thereafter until my death or until my disability or</w:t>
      </w:r>
      <w:r>
        <w:rPr>
          <w:rFonts w:ascii="Times New Roman" w:hAnsi="Times New Roman" w:eastAsia="Times New Roman" w:cs="Times New Roman"/>
          <w:sz w:val="24"/>
        </w:rPr>
        <w:t xml:space="preserve"> </w:t>
      </w:r>
      <w:r>
        <w:rPr>
          <w:rFonts w:ascii="Times New Roman" w:hAnsi="Times New Roman" w:eastAsia="Times New Roman" w:cs="Times New Roman"/>
          <w:sz w:val="24"/>
        </w:rPr>
        <w:t>incapacity.</w:t>
      </w:r>
    </w:p>
    <w:p>
      <w:pPr/>
    </w:p>
    <w:p>
      <w:pPr/>
      <w:r>
        <w:rPr>
          <w:rFonts w:ascii="Times New Roman" w:hAnsi="Times New Roman" w:eastAsia="Times New Roman" w:cs="Times New Roman"/>
          <w:sz w:val="24"/>
        </w:rPr>
        <w:t>As used herein, "disability" or "incapacity" shall mean a lack of capacity to receive and evaluate information effectively, to communicate decisions, and/or to manage my financial resources and affairs</w:t>
      </w:r>
      <w:r>
        <w:rPr>
          <w:rFonts w:ascii="Times New Roman" w:hAnsi="Times New Roman" w:eastAsia="Times New Roman" w:cs="Times New Roman"/>
          <w:sz w:val="24"/>
        </w:rPr>
        <w:t xml:space="preserve"> </w:t>
      </w:r>
      <w:r>
        <w:rPr>
          <w:rFonts w:ascii="Times New Roman" w:hAnsi="Times New Roman" w:eastAsia="Times New Roman" w:cs="Times New Roman"/>
          <w:sz w:val="24"/>
        </w:rPr>
        <w:t>properly.</w:t>
      </w:r>
    </w:p>
    <w:p>
      <w:pPr/>
    </w:p>
    <w:p>
      <w:pPr/>
      <w:r>
        <w:rPr>
          <w:rFonts w:ascii="Times New Roman" w:hAnsi="Times New Roman" w:eastAsia="Times New Roman" w:cs="Times New Roman"/>
          <w:sz w:val="24"/>
        </w:rPr>
        <w:t>My Agent shall be entitled to reimbursement of all reasonable expenses incurred as a result of carrying out any provision of this Power of Attorney. If desired, my Agent shall also be entitled to reasonable compensation for any services provided as my</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p>
    <w:p>
      <w:pPr/>
      <w:r>
        <w:rPr>
          <w:rFonts w:ascii="Times New Roman" w:hAnsi="Times New Roman" w:eastAsia="Times New Roman" w:cs="Times New Roman"/>
          <w:sz w:val="24"/>
        </w:rPr>
        <w:t>If so requested by myself or any authorized personal representative or fiduciary acting on my behalf, my Agent shall provide an accounting for all funds handled and all acts performed as my</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p>
    <w:p>
      <w:pPr/>
      <w:r>
        <w:rPr>
          <w:rFonts w:ascii="Times New Roman" w:hAnsi="Times New Roman" w:eastAsia="Times New Roman" w:cs="Times New Roman"/>
          <w:sz w:val="24"/>
        </w:rPr>
        <w:t>This Power of Attorney shall be construed broadly as a General Power of Attorney. The listing of specific terms, rights, acts or powers are not intended to restrict or limit the definition or scope of powers granted herein in any manner. If any part of this document is held to be invalid, illegal or unenforceable under applicable law, then the remaining unaffected parts of the document shall still remain in full force and effect and not be affected by any partial</w:t>
      </w:r>
      <w:r>
        <w:rPr>
          <w:rFonts w:ascii="Times New Roman" w:hAnsi="Times New Roman" w:eastAsia="Times New Roman" w:cs="Times New Roman"/>
          <w:sz w:val="24"/>
        </w:rPr>
        <w:t xml:space="preserve"> </w:t>
      </w:r>
      <w:r>
        <w:rPr>
          <w:rFonts w:ascii="Times New Roman" w:hAnsi="Times New Roman" w:eastAsia="Times New Roman" w:cs="Times New Roman"/>
          <w:sz w:val="24"/>
        </w:rPr>
        <w:t>invalidity.</w:t>
      </w:r>
    </w:p>
    <w:p>
      <w:pPr/>
    </w:p>
    <w:p>
      <w:pPr/>
      <w:r>
        <w:rPr>
          <w:rFonts w:ascii="Times New Roman" w:hAnsi="Times New Roman" w:eastAsia="Times New Roman" w:cs="Times New Roman"/>
          <w:sz w:val="24"/>
        </w:rPr>
        <w:t>No person needs to inquire as to the reasons for the use or issuance of this power-of- attorney or as to the disposition of any proceeds paid to my Agent based on this document.</w:t>
      </w:r>
    </w:p>
    <w:p>
      <w:pPr/>
    </w:p>
    <w:p>
      <w:pPr/>
      <w:r>
        <w:rPr>
          <w:rFonts w:ascii="Times New Roman" w:hAnsi="Times New Roman" w:eastAsia="Times New Roman" w:cs="Times New Roman"/>
          <w:sz w:val="24"/>
        </w:rPr>
        <w:t>The powers granted to my Agent by this power-of-attorney are limited to the extent necessary to prevent (a) my income to be taxable to my Agent; (b) my Agent to have any rights or ownership with respect to any life insurance policies I may own on the life of my Agent; and/or (c) my assets to be subject to a general power of appointment by my Agent.</w:t>
      </w:r>
    </w:p>
    <w:p>
      <w:pPr/>
    </w:p>
    <w:p>
      <w:pPr/>
      <w:r>
        <w:rPr>
          <w:rFonts w:ascii="Times New Roman" w:hAnsi="Times New Roman" w:eastAsia="Times New Roman" w:cs="Times New Roman"/>
          <w:sz w:val="24"/>
        </w:rPr>
        <w:t>Any third party who receives a copy of this document may act under it. Revocation of the power of attorney is not effective as to a third party until the third party has actual knowledge of the revocation. I agree to indemnify the third party for any claims that arise against the third party because of reliance on this power of attorney.  If this General Power of Attorney is terminated by operation of law, any person relying in good faith on the authority of this document, without notice of such termination, shall be held</w:t>
      </w:r>
      <w:r>
        <w:rPr>
          <w:rFonts w:ascii="Times New Roman" w:hAnsi="Times New Roman" w:eastAsia="Times New Roman" w:cs="Times New Roman"/>
          <w:sz w:val="24"/>
        </w:rPr>
        <w:t xml:space="preserve"> </w:t>
      </w:r>
      <w:r>
        <w:rPr>
          <w:rFonts w:ascii="Times New Roman" w:hAnsi="Times New Roman" w:eastAsia="Times New Roman" w:cs="Times New Roman"/>
          <w:sz w:val="24"/>
        </w:rPr>
        <w:t>harmless.</w:t>
      </w:r>
    </w:p>
    <w:p>
      <w:pPr/>
    </w:p>
    <w:p>
      <w:pPr>
        <w:jc w:val="both"/>
      </w:pPr>
      <w:r>
        <w:rPr>
          <w:rFonts w:ascii="Times New Roman" w:hAnsi="Times New Roman" w:eastAsia="Times New Roman" w:cs="Times New Roman"/>
          <w:sz w:val="24"/>
        </w:rPr>
        <w:t>Agent shall not be liable for losses resulting from judgment errors made in good faith. However, Agent will be liable for breach of fiduciary duty, failure to act in good faith and/or willful misconduct, while acting under the authority of this Power 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p>
    <w:p>
      <w:pPr>
        <w:spacing w:before="56" w:after="0"/>
      </w:pPr>
      <w:r>
        <w:rPr>
          <w:rFonts w:ascii="Times New Roman" w:hAnsi="Times New Roman" w:eastAsia="Times New Roman" w:cs="Times New Roman"/>
          <w:sz w:val="24"/>
        </w:rPr>
        <w:t>I may revoke this Power of Attorney at any time by providing written notice to my Agent.</w:t>
      </w:r>
    </w:p>
    <w:p>
      <w:pPr/>
    </w:p>
    <w:p>
      <w:pPr/>
      <w:r>
        <w:rPr>
          <w:rFonts w:ascii="Times New Roman" w:hAnsi="Times New Roman" w:eastAsia="Times New Roman" w:cs="Times New Roman"/>
          <w:sz w:val="24"/>
        </w:rPr>
        <w:t>Signed</w:t>
      </w:r>
      <w:r>
        <w:rPr>
          <w:rFonts w:ascii="Times New Roman" w:hAnsi="Times New Roman" w:eastAsia="Times New Roman" w:cs="Times New Roman"/>
          <w:sz w:val="24"/>
        </w:rPr>
        <w:t xml:space="preserve"> </w:t>
      </w:r>
      <w:r>
        <w:rPr>
          <w:rFonts w:ascii="Times New Roman" w:hAnsi="Times New Roman" w:eastAsia="Times New Roman" w:cs="Times New Roman"/>
          <w:sz w:val="24"/>
        </w:rPr>
        <w:t>on</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w:t>
      </w:r>
      <w:r>
        <w:rPr>
          <w:rFonts w:ascii="Times New Roman" w:hAnsi="Times New Roman" w:eastAsia="Times New Roman" w:cs="Times New Roman"/>
          <w:sz w:val="24"/>
        </w:rPr>
        <w:t>at</w:t>
      </w:r>
      <w:r>
        <w:rPr>
          <w:rFonts w:ascii="Times New Roman" w:hAnsi="Times New Roman" w:eastAsia="Times New Roman" w:cs="Times New Roman"/>
          <w:sz w:val="24"/>
        </w:rPr>
        <w:t xml:space="preserve"> </w:t>
      </w:r>
      <w:r>
        <w:rPr>
          <w:rFonts w:ascii="Times New Roman" w:hAnsi="Times New Roman" w:eastAsia="Times New Roman" w:cs="Times New Roman"/>
          <w:sz w:val="24"/>
        </w:rPr>
        <w:t>[CITY]</w:t>
      </w:r>
      <w:r>
        <w:rPr>
          <w:rFonts w:ascii="Times New Roman" w:hAnsi="Times New Roman" w:eastAsia="Times New Roman" w:cs="Times New Roman"/>
          <w:sz w:val="24"/>
        </w:rPr>
        <w:t xml:space="preserve"> </w:t>
      </w:r>
      <w:r>
        <w:rPr>
          <w:rFonts w:ascii="Times New Roman" w:hAnsi="Times New Roman" w:eastAsia="Times New Roman" w:cs="Times New Roman"/>
          <w:sz w:val="24"/>
        </w:rPr>
        <w:t>(city), Pennsylvania.</w:t>
      </w:r>
    </w:p>
    <w:p>
      <w:pPr/>
    </w:p>
    <w:p>
      <w:pPr/>
    </w:p>
    <w:p>
      <w:pPr/>
    </w:p>
    <w:p>
      <w:pPr/>
    </w:p>
    <w:p>
      <w:pPr>
        <w:spacing w:before="2" w:after="0"/>
      </w:pPr>
    </w:p>
    <w:p>
      <w:pPr>
        <w:spacing w:line="20" w:lineRule="exact"/>
      </w:pPr>
    </w:p>
    <w:p>
      <w:pPr>
        <w:spacing w:line="266" w:lineRule="exact"/>
      </w:pPr>
      <w:r>
        <w:rPr>
          <w:rFonts w:ascii="Times New Roman" w:hAnsi="Times New Roman" w:eastAsia="Times New Roman" w:cs="Times New Roman"/>
          <w:sz w:val="24"/>
        </w:rPr>
        <w:t>Signature of</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p>
    <w:p>
      <w:pPr/>
    </w:p>
    <w:p>
      <w:pPr/>
    </w:p>
    <w:p>
      <w:pPr>
        <w:spacing w:before="69" w:after="0"/>
        <w:ind w:hanging="1180"/>
      </w:pPr>
      <w:r>
        <w:rPr>
          <w:rFonts w:ascii="Times New Roman" w:hAnsi="Times New Roman" w:eastAsia="Times New Roman" w:cs="Times New Roman"/>
          <w:sz w:val="24"/>
        </w:rPr>
        <w:t>Witness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Signature: </w:t>
      </w:r>
      <w:r>
        <w:rPr>
          <w:rFonts w:ascii="Times New Roman" w:hAnsi="Times New Roman" w:eastAsia="Times New Roman" w:cs="Times New Roman"/>
          <w:sz w:val="24"/>
        </w:rPr>
        <w:t xml:space="preserve"> </w:t>
      </w:r>
      <w:r>
        <w:rPr>
          <w:rFonts w:ascii="Times New Roman" w:hAnsi="Times New Roman" w:eastAsia="Times New Roman" w:cs="Times New Roman"/>
          <w:sz w:val="24"/>
        </w:rPr>
        <w:tab/>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 xml:space="preserve"> City: </w:t>
      </w:r>
      <w:r>
        <w:rPr>
          <w:rFonts w:ascii="Times New Roman" w:hAnsi="Times New Roman" w:eastAsia="Times New Roman" w:cs="Times New Roman"/>
          <w:sz w:val="24"/>
        </w:rPr>
        <w:t xml:space="preserve"> </w:t>
      </w:r>
      <w:r>
        <w:rPr>
          <w:rFonts w:ascii="Times New Roman" w:hAnsi="Times New Roman" w:eastAsia="Times New Roman" w:cs="Times New Roman"/>
          <w:sz w:val="24"/>
        </w:rPr>
        <w:t>[CITY]</w:t>
      </w:r>
    </w:p>
    <w:p>
      <w:pPr>
        <w:spacing w:before="69" w:after="0"/>
        <w:ind w:hanging="1180"/>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State: </w:t>
      </w:r>
      <w:r>
        <w:rPr>
          <w:rFonts w:ascii="Times New Roman" w:hAnsi="Times New Roman" w:eastAsia="Times New Roman" w:cs="Times New Roman"/>
          <w:sz w:val="24"/>
        </w:rPr>
        <w:t xml:space="preserve"> </w:t>
      </w:r>
      <w:r>
        <w:rPr>
          <w:rFonts w:ascii="Times New Roman" w:hAnsi="Times New Roman" w:eastAsia="Times New Roman" w:cs="Times New Roman"/>
          <w:sz w:val="24"/>
        </w:rPr>
        <w:t>[STATE]</w:t>
      </w:r>
    </w:p>
    <w:p>
      <w:pPr/>
    </w:p>
    <w:p>
      <w:pPr/>
    </w:p>
    <w:p>
      <w:pPr>
        <w:spacing w:before="69" w:after="0"/>
        <w:ind w:hanging="1180"/>
      </w:pPr>
      <w:r>
        <w:rPr>
          <w:rFonts w:ascii="Times New Roman" w:hAnsi="Times New Roman" w:eastAsia="Times New Roman" w:cs="Times New Roman"/>
          <w:sz w:val="24"/>
        </w:rPr>
        <w:t>Witness</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Signature: </w:t>
      </w:r>
      <w:r>
        <w:rPr>
          <w:rFonts w:ascii="Times New Roman" w:hAnsi="Times New Roman" w:eastAsia="Times New Roman" w:cs="Times New Roman"/>
          <w:sz w:val="24"/>
        </w:rPr>
        <w:t xml:space="preserve"> </w:t>
      </w:r>
      <w:r>
        <w:rPr>
          <w:rFonts w:ascii="Times New Roman" w:hAnsi="Times New Roman" w:eastAsia="Times New Roman" w:cs="Times New Roman"/>
          <w:sz w:val="24"/>
        </w:rPr>
        <w:tab/>
      </w:r>
      <w:r>
        <w:rPr>
          <w:rFonts w:ascii="Times New Roman" w:hAnsi="Times New Roman" w:eastAsia="Times New Roman" w:cs="Times New Roman"/>
          <w:sz w:val="24"/>
        </w:rPr>
        <w:tab/>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[NAME]</w:t>
      </w:r>
      <w:r>
        <w:rPr>
          <w:rFonts w:ascii="Times New Roman" w:hAnsi="Times New Roman" w:eastAsia="Times New Roman" w:cs="Times New Roman"/>
          <w:sz w:val="24"/>
        </w:rPr>
        <w:tab/>
      </w:r>
      <w:r>
        <w:rPr>
          <w:rFonts w:ascii="Times New Roman" w:hAnsi="Times New Roman" w:eastAsia="Times New Roman" w:cs="Times New Roman"/>
          <w:sz w:val="24"/>
        </w:rPr>
        <w:t xml:space="preserve"> City: </w:t>
      </w:r>
      <w:r>
        <w:rPr>
          <w:rFonts w:ascii="Times New Roman" w:hAnsi="Times New Roman" w:eastAsia="Times New Roman" w:cs="Times New Roman"/>
          <w:sz w:val="24"/>
        </w:rPr>
        <w:t xml:space="preserve"> </w:t>
      </w:r>
      <w:r>
        <w:rPr>
          <w:rFonts w:ascii="Times New Roman" w:hAnsi="Times New Roman" w:eastAsia="Times New Roman" w:cs="Times New Roman"/>
          <w:sz w:val="24"/>
        </w:rPr>
        <w:t>[CITY]</w:t>
      </w:r>
    </w:p>
    <w:p>
      <w:pPr>
        <w:spacing w:before="69" w:after="0"/>
        <w:ind w:hanging="1180"/>
      </w:pP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State: </w:t>
      </w:r>
      <w:r>
        <w:rPr>
          <w:rFonts w:ascii="Times New Roman" w:hAnsi="Times New Roman" w:eastAsia="Times New Roman" w:cs="Times New Roman"/>
          <w:sz w:val="24"/>
        </w:rPr>
        <w:t xml:space="preserve"> </w:t>
      </w:r>
      <w:r>
        <w:rPr>
          <w:rFonts w:ascii="Times New Roman" w:hAnsi="Times New Roman" w:eastAsia="Times New Roman" w:cs="Times New Roman"/>
          <w:sz w:val="24"/>
        </w:rPr>
        <w:t>[STATE]</w:t>
      </w:r>
    </w:p>
    <w:p>
      <w:pPr/>
    </w:p>
    <w:p>
      <w:pPr/>
    </w:p>
    <w:p>
      <w:pPr/>
    </w:p>
    <w:p>
      <w:pPr>
        <w:spacing w:before="11" w:after="0"/>
      </w:pPr>
    </w:p>
    <w:p>
      <w:pPr/>
      <w:r>
        <w:rPr>
          <w:rFonts w:ascii="Times New Roman" w:hAnsi="Times New Roman" w:eastAsia="Times New Roman" w:cs="Times New Roman"/>
          <w:sz w:val="24"/>
        </w:rPr>
        <w:t>State</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PENNSYLVANIA</w:t>
        <w:tab/>
        <w:t>)</w:t>
      </w:r>
    </w:p>
    <w:p>
      <w:pPr>
        <w:ind w:firstLine="3960"/>
      </w:pPr>
      <w:r>
        <w:rPr>
          <w:rFonts w:ascii="Times New Roman" w:hAnsi="Times New Roman" w:eastAsia="Times New Roman" w:cs="Times New Roman"/>
          <w:sz w:val="24"/>
        </w:rPr>
        <w:t>) ss County</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[COUNTY]</w:t>
      </w:r>
      <w:r>
        <w:rPr>
          <w:rFonts w:ascii="Times New Roman" w:hAnsi="Times New Roman" w:eastAsia="Times New Roman" w:cs="Times New Roman"/>
          <w:sz w:val="24"/>
        </w:rPr>
        <w:t>)</w:t>
      </w:r>
    </w:p>
    <w:p>
      <w:pPr/>
    </w:p>
    <w:p>
      <w:pPr/>
    </w:p>
    <w:p>
      <w:pPr/>
      <w:r>
        <w:rPr>
          <w:rFonts w:ascii="Times New Roman" w:hAnsi="Times New Roman" w:eastAsia="Times New Roman" w:cs="Times New Roman"/>
          <w:sz w:val="24"/>
        </w:rPr>
        <w:t>The foregoing instrument was acknowledged before</w:t>
      </w:r>
      <w:r>
        <w:rPr>
          <w:rFonts w:ascii="Times New Roman" w:hAnsi="Times New Roman" w:eastAsia="Times New Roman" w:cs="Times New Roman"/>
          <w:sz w:val="24"/>
        </w:rPr>
        <w:t xml:space="preserve"> </w:t>
      </w:r>
      <w:r>
        <w:rPr>
          <w:rFonts w:ascii="Times New Roman" w:hAnsi="Times New Roman" w:eastAsia="Times New Roman" w:cs="Times New Roman"/>
          <w:sz w:val="24"/>
        </w:rPr>
        <w:t>me</w:t>
      </w:r>
      <w:r>
        <w:rPr>
          <w:rFonts w:ascii="Times New Roman" w:hAnsi="Times New Roman" w:eastAsia="Times New Roman" w:cs="Times New Roman"/>
          <w:sz w:val="24"/>
        </w:rPr>
        <w:t xml:space="preserve">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by</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of Principal), who is personally known to me or who has</w:t>
      </w:r>
      <w:r>
        <w:rPr>
          <w:rFonts w:ascii="Times New Roman" w:hAnsi="Times New Roman" w:eastAsia="Times New Roman" w:cs="Times New Roman"/>
          <w:sz w:val="24"/>
        </w:rPr>
        <w:t xml:space="preserve"> </w:t>
      </w:r>
      <w:r>
        <w:rPr>
          <w:rFonts w:ascii="Times New Roman" w:hAnsi="Times New Roman" w:eastAsia="Times New Roman" w:cs="Times New Roman"/>
          <w:sz w:val="24"/>
        </w:rPr>
        <w:t>produced</w:t>
      </w:r>
    </w:p>
    <w:p>
      <w:pPr/>
      <w:r>
        <w:rPr>
          <w:rFonts w:ascii="Times New Roman" w:hAnsi="Times New Roman" w:eastAsia="Times New Roman" w:cs="Times New Roman"/>
          <w:sz w:val="24"/>
        </w:rPr>
        <w:t xml:space="preserve"> </w:t>
      </w:r>
      <w:r>
        <w:rPr>
          <w:rFonts w:ascii="Times New Roman" w:hAnsi="Times New Roman" w:eastAsia="Times New Roman" w:cs="Times New Roman"/>
          <w:sz w:val="24"/>
        </w:rPr>
        <w:t>[DOCUMENT]</w:t>
      </w:r>
      <w:r>
        <w:rPr>
          <w:rFonts w:ascii="Times New Roman" w:hAnsi="Times New Roman" w:eastAsia="Times New Roman" w:cs="Times New Roman"/>
          <w:sz w:val="24"/>
        </w:rPr>
        <w:t xml:space="preserve"> </w:t>
      </w:r>
      <w:r>
        <w:rPr>
          <w:rFonts w:ascii="Times New Roman" w:hAnsi="Times New Roman" w:eastAsia="Times New Roman" w:cs="Times New Roman"/>
          <w:sz w:val="24"/>
        </w:rPr>
        <w:t xml:space="preserve"> as</w:t>
      </w:r>
      <w:r>
        <w:rPr>
          <w:rFonts w:ascii="Times New Roman" w:hAnsi="Times New Roman" w:eastAsia="Times New Roman" w:cs="Times New Roman"/>
          <w:sz w:val="24"/>
        </w:rPr>
        <w:t xml:space="preserve"> </w:t>
      </w:r>
      <w:r>
        <w:rPr>
          <w:rFonts w:ascii="Times New Roman" w:hAnsi="Times New Roman" w:eastAsia="Times New Roman" w:cs="Times New Roman"/>
          <w:sz w:val="24"/>
        </w:rPr>
        <w:t>identification.</w:t>
      </w:r>
    </w:p>
    <w:p>
      <w:pPr/>
    </w:p>
    <w:p>
      <w:pPr/>
    </w:p>
    <w:p>
      <w:pPr/>
    </w:p>
    <w:p>
      <w:pPr/>
    </w:p>
    <w:p>
      <w:pPr>
        <w:spacing w:before="2" w:after="0"/>
      </w:pPr>
    </w:p>
    <w:p>
      <w:pPr>
        <w:spacing w:line="20" w:lineRule="exact"/>
      </w:pPr>
    </w:p>
    <w:p>
      <w:pPr/>
      <w:r>
        <w:rPr>
          <w:rFonts w:ascii="Times New Roman" w:hAnsi="Times New Roman" w:eastAsia="Times New Roman" w:cs="Times New Roman"/>
          <w:sz w:val="24"/>
        </w:rPr>
        <w:t>Signature of person taking acknowledgment (Notary</w:t>
      </w:r>
      <w:r>
        <w:rPr>
          <w:rFonts w:ascii="Times New Roman" w:hAnsi="Times New Roman" w:eastAsia="Times New Roman" w:cs="Times New Roman"/>
          <w:sz w:val="24"/>
        </w:rPr>
        <w:t xml:space="preserve"> </w:t>
      </w:r>
      <w:r>
        <w:rPr>
          <w:rFonts w:ascii="Times New Roman" w:hAnsi="Times New Roman" w:eastAsia="Times New Roman" w:cs="Times New Roman"/>
          <w:sz w:val="24"/>
        </w:rPr>
        <w:t>Public)</w:t>
      </w:r>
    </w:p>
    <w:p>
      <w:pPr/>
    </w:p>
    <w:p>
      <w:pPr>
        <w:spacing w:before="2" w:after="0"/>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[NAME]</w:t>
      </w:r>
    </w:p>
    <w:p>
      <w:pPr>
        <w:spacing w:line="20" w:lineRule="exact"/>
      </w:pPr>
    </w:p>
    <w:p>
      <w:pPr>
        <w:spacing w:line="266" w:lineRule="exact"/>
      </w:pPr>
      <w:r>
        <w:rPr>
          <w:rFonts w:ascii="Times New Roman" w:hAnsi="Times New Roman" w:eastAsia="Times New Roman" w:cs="Times New Roman"/>
          <w:sz w:val="24"/>
        </w:rPr>
        <w:t>Name typed, printed, or</w:t>
      </w:r>
      <w:r>
        <w:rPr>
          <w:rFonts w:ascii="Times New Roman" w:hAnsi="Times New Roman" w:eastAsia="Times New Roman" w:cs="Times New Roman"/>
          <w:sz w:val="24"/>
        </w:rPr>
        <w:t xml:space="preserve"> </w:t>
      </w:r>
      <w:r>
        <w:rPr>
          <w:rFonts w:ascii="Times New Roman" w:hAnsi="Times New Roman" w:eastAsia="Times New Roman" w:cs="Times New Roman"/>
          <w:sz w:val="24"/>
        </w:rPr>
        <w:t>stamped</w:t>
      </w:r>
    </w:p>
    <w:p>
      <w:pPr/>
      <w:r>
        <w:rPr>
          <w:rFonts w:ascii="Times New Roman" w:hAnsi="Times New Roman" w:eastAsia="Times New Roman" w:cs="Times New Roman"/>
          <w:sz w:val="24"/>
        </w:rPr>
        <w:t>Acknowledgment by</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spacing w:before="8" w:after="0"/>
      </w:pPr>
    </w:p>
    <w:p>
      <w:pPr/>
      <w:r>
        <w:rPr>
          <w:rFonts w:ascii="Times New Roman" w:hAnsi="Times New Roman" w:eastAsia="Times New Roman" w:cs="Times New Roman"/>
          <w:sz w:val="24"/>
        </w:rPr>
        <w:t>I,</w:t>
      </w:r>
      <w:r>
        <w:rPr>
          <w:rFonts w:ascii="Times New Roman" w:hAnsi="Times New Roman" w:eastAsia="Times New Roman" w:cs="Times New Roman"/>
          <w:sz w:val="24"/>
        </w:rPr>
        <w:t xml:space="preserve"> </w:t>
      </w:r>
      <w:r>
        <w:rPr>
          <w:rFonts w:ascii="Times New Roman" w:hAnsi="Times New Roman" w:eastAsia="Times New Roman" w:cs="Times New Roman"/>
          <w:sz w:val="24"/>
        </w:rPr>
        <w:t>[NAME]</w:t>
      </w:r>
      <w:r>
        <w:rPr>
          <w:rFonts w:ascii="Times New Roman" w:hAnsi="Times New Roman" w:eastAsia="Times New Roman" w:cs="Times New Roman"/>
          <w:sz w:val="24"/>
        </w:rPr>
        <w:t xml:space="preserve"> </w:t>
      </w:r>
      <w:r>
        <w:rPr>
          <w:rFonts w:ascii="Times New Roman" w:hAnsi="Times New Roman" w:eastAsia="Times New Roman" w:cs="Times New Roman"/>
          <w:sz w:val="24"/>
        </w:rPr>
        <w:t>, have read the attached power</w:t>
      </w:r>
      <w:r>
        <w:rPr>
          <w:rFonts w:ascii="Times New Roman" w:hAnsi="Times New Roman" w:eastAsia="Times New Roman" w:cs="Times New Roman"/>
          <w:sz w:val="24"/>
        </w:rPr>
        <w:t xml:space="preserve"> </w:t>
      </w:r>
      <w:r>
        <w:rPr>
          <w:rFonts w:ascii="Times New Roman" w:hAnsi="Times New Roman" w:eastAsia="Times New Roman" w:cs="Times New Roman"/>
          <w:sz w:val="24"/>
        </w:rPr>
        <w:t>of</w:t>
      </w:r>
      <w:r>
        <w:rPr>
          <w:rFonts w:ascii="Times New Roman" w:hAnsi="Times New Roman" w:eastAsia="Times New Roman" w:cs="Times New Roman"/>
          <w:sz w:val="24"/>
        </w:rPr>
        <w:t xml:space="preserve"> </w:t>
      </w:r>
      <w:r>
        <w:rPr>
          <w:rFonts w:ascii="Times New Roman" w:hAnsi="Times New Roman" w:eastAsia="Times New Roman" w:cs="Times New Roman"/>
          <w:sz w:val="24"/>
        </w:rPr>
        <w:t>attorney</w:t>
      </w:r>
      <w:r>
        <w:rPr>
          <w:rFonts w:ascii="Times New Roman" w:hAnsi="Times New Roman" w:eastAsia="Times New Roman" w:cs="Times New Roman"/>
          <w:sz w:val="24"/>
        </w:rPr>
        <w:t xml:space="preserve"> </w:t>
      </w:r>
      <w:r>
        <w:rPr>
          <w:rFonts w:ascii="Times New Roman" w:hAnsi="Times New Roman" w:eastAsia="Times New Roman" w:cs="Times New Roman"/>
          <w:sz w:val="24"/>
        </w:rPr>
        <w:t>and am the person identified as the Agent for the Principal. I hereby acknowledge that in the absence of a specific provision to the contrary in the power of attorney or in 20 Pa.C.S. when I act as</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p>
    <w:p>
      <w:pPr/>
      <w:r>
        <w:rPr>
          <w:rFonts w:ascii="Times New Roman" w:hAnsi="Times New Roman" w:eastAsia="Times New Roman" w:cs="Times New Roman"/>
          <w:sz w:val="24"/>
        </w:rPr>
        <w:t>I shall exercise the powers for the benefit of the</w:t>
      </w:r>
      <w:r>
        <w:rPr>
          <w:rFonts w:ascii="Times New Roman" w:hAnsi="Times New Roman" w:eastAsia="Times New Roman" w:cs="Times New Roman"/>
          <w:sz w:val="24"/>
        </w:rPr>
        <w:t xml:space="preserve"> </w:t>
      </w:r>
      <w:r>
        <w:rPr>
          <w:rFonts w:ascii="Times New Roman" w:hAnsi="Times New Roman" w:eastAsia="Times New Roman" w:cs="Times New Roman"/>
          <w:sz w:val="24"/>
        </w:rPr>
        <w:t>principal.</w:t>
      </w:r>
    </w:p>
    <w:p>
      <w:pPr/>
    </w:p>
    <w:p>
      <w:pPr>
        <w:spacing w:line="480" w:lineRule="auto"/>
      </w:pPr>
      <w:r>
        <w:rPr>
          <w:rFonts w:ascii="Times New Roman" w:hAnsi="Times New Roman" w:eastAsia="Times New Roman" w:cs="Times New Roman"/>
          <w:sz w:val="24"/>
        </w:rPr>
        <w:t>I shall keep the assets of the principal separate from my assets. I shall exercise reasonable caution and</w:t>
      </w:r>
      <w:r>
        <w:rPr>
          <w:rFonts w:ascii="Times New Roman" w:hAnsi="Times New Roman" w:eastAsia="Times New Roman" w:cs="Times New Roman"/>
          <w:sz w:val="24"/>
        </w:rPr>
        <w:t xml:space="preserve"> </w:t>
      </w:r>
      <w:r>
        <w:rPr>
          <w:rFonts w:ascii="Times New Roman" w:hAnsi="Times New Roman" w:eastAsia="Times New Roman" w:cs="Times New Roman"/>
          <w:sz w:val="24"/>
        </w:rPr>
        <w:t>prudence.</w:t>
      </w:r>
    </w:p>
    <w:p>
      <w:pPr>
        <w:spacing w:before="10" w:after="0"/>
      </w:pPr>
      <w:r>
        <w:rPr>
          <w:rFonts w:ascii="Times New Roman" w:hAnsi="Times New Roman" w:eastAsia="Times New Roman" w:cs="Times New Roman"/>
          <w:sz w:val="24"/>
        </w:rPr>
        <w:t>I shall keep a full and accurate record of all actions, receipts and disbursements on behalf of the principal.</w:t>
      </w:r>
    </w:p>
    <w:p>
      <w:pPr/>
    </w:p>
    <w:p>
      <w:pPr/>
    </w:p>
    <w:p>
      <w:pPr/>
    </w:p>
    <w:p>
      <w:pPr>
        <w:spacing w:before="2" w:after="0"/>
      </w:pPr>
    </w:p>
    <w:p>
      <w:pPr>
        <w:spacing w:line="20" w:lineRule="exact"/>
      </w:pPr>
    </w:p>
    <w:p>
      <w:pPr>
        <w:spacing w:line="266" w:lineRule="exact"/>
      </w:pPr>
      <w:r>
        <w:rPr>
          <w:rFonts w:ascii="Times New Roman" w:hAnsi="Times New Roman" w:eastAsia="Times New Roman" w:cs="Times New Roman"/>
          <w:sz w:val="24"/>
        </w:rPr>
        <w:t>Signature of</w:t>
      </w:r>
      <w:r>
        <w:rPr>
          <w:rFonts w:ascii="Times New Roman" w:hAnsi="Times New Roman" w:eastAsia="Times New Roman" w:cs="Times New Roman"/>
          <w:sz w:val="24"/>
        </w:rPr>
        <w:t xml:space="preserve"> </w:t>
      </w:r>
      <w:r>
        <w:rPr>
          <w:rFonts w:ascii="Times New Roman" w:hAnsi="Times New Roman" w:eastAsia="Times New Roman" w:cs="Times New Roman"/>
          <w:sz w:val="24"/>
        </w:rPr>
        <w:t>Agent</w:t>
      </w:r>
    </w:p>
    <w:p>
      <w:pPr/>
    </w:p>
    <w:p>
      <w:pPr>
        <w:spacing w:before="2" w:after="0"/>
      </w:pPr>
    </w:p>
    <w:p>
      <w:pPr>
        <w:spacing w:line="20" w:lineRule="exact"/>
      </w:pPr>
    </w:p>
    <w:p>
      <w:pPr>
        <w:spacing w:line="266" w:lineRule="exact"/>
      </w:pPr>
      <w:r>
        <w:rPr>
          <w:rFonts w:ascii="Times New Roman" w:hAnsi="Times New Roman" w:eastAsia="Times New Roman" w:cs="Times New Roman"/>
          <w:sz w:val="24"/>
        </w:rPr>
        <w:t>Date</w:t>
      </w:r>
    </w:p>
    <w:p>
      <w:pPr>
        <w:spacing w:before="57" w:after="0"/>
      </w:pPr>
      <w:r>
        <w:rPr>
          <w:rFonts w:ascii="Times New Roman" w:hAnsi="Times New Roman" w:eastAsia="Times New Roman" w:cs="Times New Roman"/>
          <w:sz w:val="24"/>
        </w:rPr>
        <w:t>20 Pa.C.S.A. Section 5606 states that an affidavit executed by the agent under a power of attorney stating that he did not have at the time of exercise of the power actual knowledge of the termination of the power by revocation, death or, if applicable, disability or incapacity or the filing of an action in divorce and that, if applicable, the specified future time or contingency has occurred, is conclusive proof of the nonrevocation or nontermination of the power at that time and conclusive proof that the specified time or contingency has occurred.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