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Pennsylvania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center"/>
      </w:pPr>
      <w:r>
        <w:rPr>
          <w:rFonts w:ascii="Times New Roman" w:hAnsi="Times New Roman" w:eastAsia="Times New Roman" w:cs="Times New Roman"/>
          <w:b/>
          <w:sz w:val="24"/>
        </w:rPr>
        <w:t>NOTICE</w:t>
      </w:r>
    </w:p>
    <w:p>
      <w:pPr>
        <w:jc w:val="both"/>
      </w:pPr>
    </w:p>
    <w:p>
      <w:pPr>
        <w:jc w:val="both"/>
      </w:pPr>
      <w:r>
        <w:rPr>
          <w:rFonts w:ascii="Times New Roman" w:hAnsi="Times New Roman" w:eastAsia="Times New Roman" w:cs="Times New Roman"/>
          <w:sz w:val="24"/>
        </w:rPr>
        <w:t>NOTICE - THIS DOCUMENT MAY NOT SELL, CONVEY, TRANSFER, INCLUDE OR INSURE THE TITLE TO THE COAL AND RIGHT OF SUPPORT UNDERNEATH THE SURFACE LAND DESCRIBED OR REFERRED TO HEREIN, AND THE OWNER OR OWNERS OF SUCH COAL MAY HAVE THE COMPLETE LEGAL RIGHT TO REMOVE ALL OF SUCH COAL AND, IN THAT CONNECTION, DAMAGE MAY RESULT TO THE SURFACE OF THE LAND AND ANY HOUSE, BUILDING OR OTHER STRUCTURE ON OR IN SUCH LAND. THE INCLUSION OF THIS NOTICE DOES NOT ENLARGE, RESTRICT OR MODIFY ANY LEGAL RIGHTS OR ESTATES OTHERWISE CREATED, TRANSFERRED, EXCEPTED OR RESERVED BY THIS INSTRUMENT.</w:t>
      </w:r>
    </w:p>
    <w:p>
      <w:pPr>
        <w:jc w:val="both"/>
      </w:pPr>
    </w:p>
    <w:p>
      <w:pPr>
        <w:jc w:val="both"/>
      </w:pPr>
      <w:r>
        <w:rPr>
          <w:rFonts w:ascii="Times New Roman" w:hAnsi="Times New Roman" w:eastAsia="Times New Roman" w:cs="Times New Roman"/>
          <w:sz w:val="24"/>
        </w:rPr>
        <w:t>In accordance with the Bituminous Mine Subsidence and Land Conservation Act of 1966 (52 P.S. §§ 1406.1 to 1406.21), Grantee(s) hereby acknowledges that Grantee(s) may not be obtaining the right of protection against subsidence resulting from coal mining operations and that the Property conveyed by this Deed may be protected from damage due to mine subsidence by a private contract with the owners of the economic interests in the coal.</w:t>
      </w: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sz w:val="24"/>
        </w:rPr>
        <w:t>AND</w:t>
      </w:r>
      <w:r>
        <w:rPr>
          <w:rFonts w:ascii="Times New Roman" w:hAnsi="Times New Roman" w:eastAsia="Times New Roman" w:cs="Times New Roman"/>
          <w:sz w:val="24"/>
        </w:rPr>
        <w:t xml:space="preserve"> in accordance with the Bituminous Mine Subsidence and Land Conservation Act of 1966 (52 P.S. §§ 1406.1 to 1406.21), Grantor(s) does hereby covenant that structures now or hereafter erected on the land conveyed by this deed are entitled to support from the underlying coal.</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Pennsylvania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