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225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PENNSYLVANIA NOTARY ACKNOWLEDGMENT</w:t>
      </w:r>
    </w:p>
    <w:p>
      <w:pPr>
        <w:spacing w:before="0" w:after="225"/>
      </w:pPr>
    </w:p>
    <w:p>
      <w:pPr>
        <w:spacing w:before="0" w:after="225"/>
      </w:pPr>
      <w:r>
        <w:rPr>
          <w:rFonts w:ascii="Times New Roman" w:hAnsi="Times New Roman" w:eastAsia="Times New Roman" w:cs="Times New Roman"/>
          <w:sz w:val="24"/>
        </w:rPr>
        <w:t xml:space="preserve">State of </w:t>
      </w:r>
      <w:r>
        <w:rPr>
          <w:rFonts w:ascii="Times New Roman" w:hAnsi="Times New Roman" w:eastAsia="Times New Roman" w:cs="Times New Roman"/>
          <w:sz w:val="24"/>
        </w:rPr>
        <w:t>[STATE]</w:t>
      </w:r>
    </w:p>
    <w:p>
      <w:pPr/>
    </w:p>
    <w:p>
      <w:pPr>
        <w:spacing w:before="0" w:after="225"/>
      </w:pPr>
      <w:r>
        <w:rPr>
          <w:rFonts w:ascii="Times New Roman" w:hAnsi="Times New Roman" w:eastAsia="Times New Roman" w:cs="Times New Roman"/>
          <w:sz w:val="24"/>
        </w:rPr>
        <w:t xml:space="preserve">County of </w:t>
      </w:r>
      <w:r>
        <w:rPr>
          <w:rFonts w:ascii="Times New Roman" w:hAnsi="Times New Roman" w:eastAsia="Times New Roman" w:cs="Times New Roman"/>
          <w:sz w:val="24"/>
        </w:rPr>
        <w:t>[COUNTY]</w:t>
      </w:r>
    </w:p>
    <w:p>
      <w:pPr>
        <w:spacing w:before="0" w:after="225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On this, the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, before me </w:t>
      </w:r>
      <w:r>
        <w:rPr>
          <w:rFonts w:ascii="Times New Roman" w:hAnsi="Times New Roman" w:eastAsia="Times New Roman" w:cs="Times New Roman"/>
          <w:sz w:val="24"/>
        </w:rPr>
        <w:t>[NOTARY NAME]</w:t>
      </w:r>
      <w:r>
        <w:rPr>
          <w:rFonts w:ascii="Times New Roman" w:hAnsi="Times New Roman" w:eastAsia="Times New Roman" w:cs="Times New Roman"/>
          <w:sz w:val="24"/>
        </w:rPr>
        <w:t xml:space="preserve">, the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undersigned officer, personally appeared </w:t>
      </w:r>
      <w:r>
        <w:rPr>
          <w:rFonts w:ascii="Times New Roman" w:hAnsi="Times New Roman" w:eastAsia="Times New Roman" w:cs="Times New Roman"/>
          <w:sz w:val="24"/>
        </w:rPr>
        <w:t>[SIGNER NAME]</w:t>
      </w:r>
      <w:r>
        <w:rPr>
          <w:rFonts w:ascii="Times New Roman" w:hAnsi="Times New Roman" w:eastAsia="Times New Roman" w:cs="Times New Roman"/>
          <w:sz w:val="24"/>
        </w:rPr>
        <w:t xml:space="preserve">, known to me (or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satisfactorily proven) to be the person(s) whose name(s) is/are subscribed to the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within instrument, and acknowledged that </w:t>
      </w:r>
      <w:r>
        <w:rPr>
          <w:rFonts w:ascii="Times New Roman" w:hAnsi="Times New Roman" w:eastAsia="Times New Roman" w:cs="Times New Roman"/>
          <w:sz w:val="24"/>
        </w:rPr>
        <w:t>[SIGNER NAME]</w:t>
      </w:r>
      <w:r>
        <w:rPr>
          <w:rFonts w:ascii="Times New Roman" w:hAnsi="Times New Roman" w:eastAsia="Times New Roman" w:cs="Times New Roman"/>
          <w:sz w:val="24"/>
        </w:rPr>
        <w:t xml:space="preserve"> executed the same for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the purposes therein contained.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In witness whereof, I hereunto set my hand and official seals. </w:t>
      </w: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ab/>
        <w:tab/>
        <w:tab/>
        <w:tab/>
        <w:tab/>
        <w:tab/>
        <w:tab/>
        <w:tab/>
        <w:t xml:space="preserve">    </w:t>
      </w:r>
    </w:p>
    <w:p>
      <w:pPr/>
      <w:r>
        <w:rPr>
          <w:rFonts w:ascii="Times New Roman" w:hAnsi="Times New Roman" w:eastAsia="Times New Roman" w:cs="Times New Roman"/>
          <w:sz w:val="24"/>
        </w:rPr>
        <w:t>(Stamp)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   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ind w:firstLine="720"/>
      </w:pPr>
    </w:p>
    <w:p>
      <w:pPr>
        <w:ind w:firstLine="720"/>
      </w:pPr>
      <w:r>
        <w:rPr>
          <w:rFonts w:ascii="Times New Roman" w:hAnsi="Times New Roman" w:eastAsia="Times New Roman" w:cs="Times New Roman"/>
          <w:sz w:val="24"/>
        </w:rPr>
        <w:t xml:space="preserve">Signature 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    </w:t>
      </w:r>
      <w:r>
        <w:rPr>
          <w:rFonts w:ascii="Times New Roman" w:hAnsi="Times New Roman" w:eastAsia="Times New Roman" w:cs="Times New Roman"/>
          <w:sz w:val="24"/>
        </w:rPr>
        <w:t>[TITLE OF OFFICER]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               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                </w:t>
      </w:r>
      <w:r>
        <w:rPr>
          <w:rFonts w:ascii="Times New Roman" w:hAnsi="Times New Roman" w:eastAsia="Times New Roman" w:cs="Times New Roman"/>
          <w:sz w:val="24"/>
        </w:rPr>
        <w:t>Title of Officer</w:t>
      </w: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