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ENNSYLVANI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Pennsylvani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