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Performance Evaluation Form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[Company name] (the Company) requires [annual / semi-annual] performance evaluations. The performance evaluation process allows managers and employees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dialogue regarding performance strengths and deficiencies that serve to benefit both the employees and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for Managers.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Managers should evaluate employees on their performance of their required job duties. All comments must be job-related. Please use the following ratings system to rate employees on each of the performance factors listed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below: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Unsatisfactory: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performance in this area is unacceptable and does not meet the Company’s expectations for the position. Employee must demonstrate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significant, and sustained improvement in performance.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Needs Improvement: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performance in this area is below satisfactory and does not meet the Company’s expectations for the position. Employee must demonstrate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and sustained improvement in performance.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Meets Expectations: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performance in this area is satisfactory. Employee meets the Company’s expectations for the position.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Exceeds Expectations: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performance in this area is above satisfactory. Employee exceeds the Company’s expectations for the position.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Outstanding: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performance in this area is consistently stellar. Employee substantially exceeds the Company’s expectations for the position.</w:t>
      </w:r>
    </w:p>
    <w:p>
      <w:pPr>
        <w:keepNext w:val="0"/>
        <w:spacing w:before="200" w:after="0" w:line="260" w:lineRule="exact"/>
        <w:ind w:left="1080" w:right="0" w:firstLine="0"/>
        <w:jc w:val="both"/>
      </w:pPr>
      <w:r>
        <w:rPr>
          <w:rFonts w:ascii="Times New Roman" w:hAnsi="Times New Roman" w:eastAsia="Times New Roman" w:cs="Times New Roman"/>
          <w:b w:val="0"/>
          <w:sz w:val="24"/>
        </w:rPr>
        <w:t>Please add comments with specific examples and explanations supporting your rating for each performance factor.</w:t>
      </w:r>
    </w:p>
    <w:p>
      <w:pPr>
        <w:keepNext w:val="0"/>
        <w:spacing w:before="200" w:after="0" w:line="260" w:lineRule="exact"/>
        <w:ind w:left="1080" w:right="0" w:firstLine="0"/>
        <w:jc w:val="both"/>
      </w:pPr>
      <w:r>
        <w:rPr>
          <w:rFonts w:ascii="Times New Roman" w:hAnsi="Times New Roman" w:eastAsia="Times New Roman" w:cs="Times New Roman"/>
          <w:b w:val="0"/>
          <w:sz w:val="24"/>
        </w:rPr>
        <w:t>After completing this performance evaluation, please do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Obtain Supervisor Approval.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Submit the evaluation to your supervisor for approval.</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Hold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Performance Review Meeting.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your supervisor approves the evaluation, meet with the employee and communicate both the employee’s performance strengths and areas where you expect improvement. Allow the employee to respond in writing and have him or her sign the evaluation acknowledging receipt.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Transmit to Human Resources.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transmit the signed evaluation to Human Resources for filing.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Rating of Performance Factors.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and Training Needs.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Comments: 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Overall Rating and Additional Comments.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Overall Rating (circle one):</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Unsatisfactory:</w:t>
      </w:r>
      <w:r>
        <w:rPr>
          <w:rFonts w:ascii="Times New Roman" w:hAnsi="Times New Roman" w:eastAsia="Times New Roman" w:cs="Times New Roman"/>
          <w:b w:val="0"/>
          <w:sz w:val="24"/>
        </w:rPr>
        <w:t xml:space="preserve"> Employee’s overall performance of job duties and requirements is unacceptable and does not meet the Company’s expectations for the position. Employee must demonstrate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significant, and sustained improvement in performance.</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Needs Improvement:</w:t>
      </w:r>
      <w:r>
        <w:rPr>
          <w:rFonts w:ascii="Times New Roman" w:hAnsi="Times New Roman" w:eastAsia="Times New Roman" w:cs="Times New Roman"/>
          <w:b w:val="0"/>
          <w:sz w:val="24"/>
        </w:rPr>
        <w:t xml:space="preserve"> Employee’s overall performance of job duties and requirements is below satisfactory and does not meet the Company’s expectations for the position. Employee must demonstrate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and sustained improvement in performance.</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Meets Expectations:</w:t>
      </w:r>
      <w:r>
        <w:rPr>
          <w:rFonts w:ascii="Times New Roman" w:hAnsi="Times New Roman" w:eastAsia="Times New Roman" w:cs="Times New Roman"/>
          <w:b w:val="0"/>
          <w:sz w:val="24"/>
        </w:rPr>
        <w:t xml:space="preserve"> Employee’s overall performance of job duties and requirements is satisfactory. Employee meets the Company’s expectations for the position.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Exceeds Expectations:</w:t>
      </w:r>
      <w:r>
        <w:rPr>
          <w:rFonts w:ascii="Times New Roman" w:hAnsi="Times New Roman" w:eastAsia="Times New Roman" w:cs="Times New Roman"/>
          <w:b w:val="0"/>
          <w:sz w:val="24"/>
        </w:rPr>
        <w:t xml:space="preserve"> Employee’s performance of job duties and requirements is above satisfactory. Employee exceeds the Company’s expectations for the position.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Outstanding:</w:t>
      </w:r>
      <w:r>
        <w:rPr>
          <w:rFonts w:ascii="Times New Roman" w:hAnsi="Times New Roman" w:eastAsia="Times New Roman" w:cs="Times New Roman"/>
          <w:b w:val="0"/>
          <w:sz w:val="24"/>
        </w:rPr>
        <w:t xml:space="preserve"> Employee’s performance of job duties and requirements is consistently stellar. Employee substantially exceeds the Company’s expectations for the position.</w:t>
      </w:r>
    </w:p>
    <w:p>
      <w:pPr>
        <w:keepNext w:val="0"/>
        <w:spacing w:before="200" w:after="0" w:line="260" w:lineRule="exact"/>
        <w:ind w:left="1080" w:right="0" w:firstLine="0"/>
        <w:jc w:val="both"/>
      </w:pPr>
      <w:r>
        <w:rPr>
          <w:rFonts w:ascii="Times New Roman" w:hAnsi="Times New Roman" w:eastAsia="Times New Roman" w:cs="Times New Roman"/>
          <w:b w:val="0"/>
          <w:sz w:val="24"/>
        </w:rPr>
        <w:t>Comments: 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Comments.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Comments: 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Section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Reviewer: 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 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Reviewer’s Supervisor: 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 _____________________</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employee’s signature is only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acknowledgment that the evaluation has been completed, examined, and discussed in detail with the employee’s supervisor and is not to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the evaluation.</w:t>
      </w:r>
    </w:p>
    <w:p>
      <w:pPr>
        <w:keepNext w:val="0"/>
        <w:spacing w:before="120" w:after="0" w:line="260" w:lineRule="exact"/>
        <w:ind w:left="1080" w:right="0" w:firstLine="0"/>
        <w:jc w:val="left"/>
      </w:pPr>
      <w:r>
        <w:rPr>
          <w:rFonts w:ascii="Times New Roman" w:hAnsi="Times New Roman" w:eastAsia="Times New Roman" w:cs="Times New Roman"/>
          <w:b w:val="0"/>
          <w:sz w:val="24"/>
        </w:rPr>
        <w:t>Employee: 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